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INFORMATIKA — FASE D (KELAS 9)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9)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Informatika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Analisis Data Skala Besar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Eksplorasi Berpikir Komputasional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Laboratorium komputer, software spreadsheet &amp; visual programming Scratch, proyektor,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konsep Big Data dan karakteristik 3V/5V.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melakukan transformasi dan analisis tren pada kumpulan data terstruktur.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menerapkan prinsip etika perlindungan data pribadi dalam pengelolaan informasi.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konsep data besar (Big Data), siklus pengolahan data analitis (koleksi, pembersihan, agregasi, pemodelan visual), serta etika perlindungan data pribadi menurut undang-undang.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Karakteristik dan Siklus Hidup Big Data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prinsip Volume, Velocity, Variety, Veracity, Value, dan tahapan pipeline data.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Pengolahan dan Transformasi Data Lanjutan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Melakukan penanganan nilai hilang (missing values), pemfilteran kondisi majemuk, dan normalisasi.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Visualisasi Data dan Analisis Tren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Memilih grafik representatif (scatter plot, heatmap, garis tren) untuk mengekstraksi wawasan berharga.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Etika Data dan Perlindungan Privasi (UU PDP)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Memahami hak privasi data pengguna, persetujuan (consent), dan anonimisasi data riset.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Tiga karakteristik utama (*3V*) yang mendefinisikan fenomena Big Data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Virus, Vulnerability, Version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Volume, Velocity, dan Variety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Vector, Value, Visual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Viewer, Video, Vocal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Tiga pilar esensial Big Data yang dirumuskan Gartner adalah Volume (ukuran raksasa), Velocity (kecepatan tinggi), dan Variety (keberagaman format data).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Dalam tahapan pembersihan data (*data cleansing*), tindakan yang tepat saat menemukan baris data survei umur yang terisi angka tidak wajar seperti '-15' atau '999'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Membiarkan data tersebut apa adanya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Mengidentifikasi data anomali (*outlier/error*), menghapus atau mengoreksinya sesuai pedoman validasi data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Mengalikan angka tersebut dengan 10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Mengubah seluruh data umur menjadi nol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Data anomali/pencilan akibat salah ketik harus dibersihkan agar tidak merusak validitas perhitungan rata-rata statistik.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Jenis diagram visualisasi yang paling efektif untuk melihat hubungan korelasi antara lama waktu belajar harian siswa dengan nilai ujian akhir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Diagram Lingkaran (Pie Chart)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Diagram Tebar (Scatter Plot)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Diagram Batang Bertumpuk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Diagram Donat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Scatter Plot memetakan pasangan dua variabel kuantitatif pada sumbu x dan y untuk mendeteksi pola korelasi positif/negatif antarvariabel.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Proses menghapus nama lengkap, nomor NIK, dan alamat rumah dari dataset survei kesehatan sebelum diolah untuk penelitian publik disebut proses...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Enkripsi disket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Anonimisasi Data / De-identifikasi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Kompresi Lossy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Defragmentasi hard disk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Anonimisasi data melindungi hak privasi subjek penelitian dengan meniadakan keterkaitan langsung antara data medis dan identitas personal individu.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Berdasarkan Undang-Undang Perlindungan Data Pribadi (UU PDP), tindakan pengembang aplikasi yang menjual nomor kontak pengguna kepada pihak ketiga tanpa persetujuan eksplisit merupakan...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Praktik pemasaran yang sah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Bentuk pelanggaran hukum pidana perlindungan data pribadi yang memiliki sanksi hukum berat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Bentuk kerja sama yang dianjurkan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Layanan gratis bagi pelanggan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UU PDP melarang keras pemrosesan, transfer, dan komersialisasi data pribadi tanpa persetujuan tertulis (*explicit consent*) dari pemilik data.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Informatika • Bab 5: Analisis Data Skala Besar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Karakteristik dan Siklus Hidup Big Data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prinsip Volume, Velocity, Variety, Veracity, Value, dan tahapan pipeline data.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Pengolahan dan Transformasi Data Lanjutan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Melakukan penanganan nilai hilang (missing values), pemfilteran kondisi majemuk, dan normalisasi.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Visualisasi Data dan Analisis Tren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Memilih grafik representatif (scatter plot, heatmap, garis tren) untuk mengekstraksi wawasan berharga.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Etika Data dan Perlindungan Privasi (UU PDP)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Memahami hak privasi data pengguna, persetujuan (consent), dan anonimisasi data riset.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Analisis Data Skala Besar memperkenalkan era *Big Data* di mana volume data raksasa diproduksi setiap detik oleh perangkat internet, media sosial, dan transaksi elektronik di seluruh dunia.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karakteristik 3V (*Volume, Velocity, Variety*) dari data besar, tahapan ekstraksi data, pembersihan nilai kosong/anomali (*outlier*), analisis korelasi multivariabel, serta visualisasi data interaktif menggunakan dasbor analitik.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ini menekankan pentingnya etika penanganan data, privasi digital, serta kepatuhan terhadap regulasi Undang-Undang Perlindungan Data Pribadi (UU PDP) demi mencegah penyalahgunaan data personal warga negara.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Big Data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Kumpulan data dalam jumlah sangat besar, beragam tipe, dan bergerak sangat cepat sehingga tidak dapat diolah dengan perangkat lunak basis data tradisional.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Volume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Dimensi Big Data yang mengacu pada besarnya ukuran kapasitas data yang dihasilkan (terabyte hingga petabyte).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Velocity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Dimensi Big Data yang mengacu pada kecepatan aliran data yang masuk dan harus diproses secara seketika (real-time).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Anonimisasi Data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Teknik pemrosesan data untuk menghapus atau menyamarkan informasi identitas pribadi sehingga pemilik data tidak dapat diidentifikasi secara langsung.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Data Pribadi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Setiap data tentang seseorang baik yang teridentifikasi secara tersendiri atau dikombinasikan dengan informasi lain (seperti NIK, sidik jari, riwayat medis).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Informatika Kelas 9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