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Jaringan Komputer dan Keamanan Siber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prinsip dasar enkripsi dan dekripsi dalam kriptografi.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berbagai jenis ancaman kejahatan siber (phishing, malware).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praktik keamanan digital untuk melindungi akun dan perangkat pribadi.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konsep dasar kriptografi (kunci simetris dan asimetris), ancaman keamanan siber (malware, phishing, ransomware), protokol pertahanan (firewall, VPN, 2FA), dan etika digital.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Dasar Kriptografi dan Enkripsi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konsep plaintext, ciphertext, algoritma enkripsi/dekripsi, serta kunci publik-privat.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Ragam Ancaman Keamanan Siber Modern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bahaya phishing, spyware, ransomware, keylogger, dan serangan DDoS.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Mekanisme Perlindungan Sistem dan Akun Digital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autentikasi dua faktor (2FA), pengelola kata sandi, dan pembaharuan sistem berkala.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Keamanan Jaringan Nirkabel dan Privasi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Mengonfigurasi keamanan router Wi-Fi (WPA3), fungsi firewall, dan etika keamanan siber.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Proses mengubah teks asli yang dapat dibaca (*plaintext*) menjadi teks tersandi yang acak (*ciphertext*) menggunakan rumus algoritma kunci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Dekripsi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Enkripsi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Dekompresi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Formatting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Enkripsi mengacak data asli menjadi ciphertext agar terlindung dari akses pihak yang tidak berhak saat transmisi.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Seorang pengguna menerima email mencurigakan yang mengatasnamakan bank dan meminta pengguna mengklik tautan untuk memasukkan nomor PIN rekening. Modus serangan siber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Phishing (Rekayasa Sosial)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DDoS Attack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Hardware Failure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Data Cleansing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Phishing memalsukan identitas institusi resmi untuk menjebak korban agar menyerahkan informasi rahasia perbankan atau kata sandi.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Alasan mengapa fitur Autentikasi Dua Faktor (*2FA*) sangat disarankan diaktifkan pada semua akun penting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proses masuk menjadi lebih lambat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Meskipun peretas mengetahui kata sandi Anda, peretas tetap tidak bisa masuk tanpa kode OTP verifikasi di perangkat pribadi Anda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riwayat pencarian web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Mengurangi ukuran berkas foto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2FA menambah lapisan keamanan kedua sehingga pencurian kata sandi saja tidak cukup untuk membobol akun tanpa persetujuan fisik dari ponsel pemilik.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Kombinasi kata sandi berikut yang PALING KUAT dan sulit ditebak oleh serangan *brute force*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12345678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password2026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Ajar!#2026_Kmr@9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namasaya123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sandi yang kuat memiliki panjang minimal 12 karakter dan memadukan huruf kapital, huruf kecil, angka, serta simbol khusus tanpa pola kata kamus biasa.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Fungsi utama program *Firewall* pada sistem operasi komputer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Mencegah komputer dari suhu panas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Memeriksa dan menyaring lalu lintas data jaringan yang masuk dan keluar untuk memblokir akses berbahaya yang tidak sah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Membersihkan file sampah pada recycle bin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salinan cadangan dokumen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Firewall bertindak sebagai dinding pertahanan logis yang mengontrol paket data jaringan berdasarkan aturan keamanan tertentu.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4: Jaringan Komputer dan Keamanan Siber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Dasar Kriptografi dan Enkripsi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konsep plaintext, ciphertext, algoritma enkripsi/dekripsi, serta kunci publik-privat.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Ragam Ancaman Keamanan Siber Modern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bahaya phishing, spyware, ransomware, keylogger, dan serangan DDoS.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Mekanisme Perlindungan Sistem dan Akun Digital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autentikasi dua faktor (2FA), pengelola kata sandi, dan pembaharuan sistem berkala.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Keamanan Jaringan Nirkabel dan Privasi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Mengonfigurasi keamanan router Wi-Fi (WPA3), fungsi firewall, dan etika keamanan siber.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Jaringan Komputer dan Keamanan Siber mengkaji urgensi perlindungan data, integritas informasi, dan ketahanan sistem digital di tengah ancaman kejahatan siber (*cybercrime*) yang semakin kompleks.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prinsip dasar kriptografi klasik (seperti *Caesar Cipher*) dan modern (kriptografi kunci simetris AES dan kunci asimetris publik-privat RSA) yang menjadi fondasi keamanan tanda tangan digital dan transaksi perbankan.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menyoroti teknik identifikasi ancaman siber (rekayasa sosial *phishing*, malware, trojan, ransomware), serta melatih penerapan langkah proteksi berlapis seperti autentikasi dua faktor (*2FA*), pengelolaan kata sandi kuat, konfigurasi dinding api (*firewall*), dan pemanfaatan jaringan privat virtual (*VPN*).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Kriptografi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Seni dan ilmu menyandikan informasi rahasia agar tidak dapat dibaca oleh pihak yang tidak memiliki kunci dekripsi sah.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Enkripsi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konversi data teks asli (plaintext) menjadi kode tersandi yang tidak bermakna (ciphertext).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Phishing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kejahatan rekayasa sosial yang memanipulasi korban agar menyerahkan data sensitif (seperti kata sandi/OTP) melalui situs atau pesan palsu.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Ransomware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Jenis malware berbahaya yang mengenkripsi berkas korban dan meminta tebusan uang untuk membuka kunci dekripsi berkas tersebut.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Autentikasi Dua Faktor (2FA)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verifikasi keamanan berlapis yang meminta dua bukti identitas berbeda (misal kata sandi dan kode OTP SMS) saat masuk ke akun.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