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Sistem Komputer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fungsi mikrokontroler dan sistem tertanam dalam kehidupan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karakteristik dan cara kerja komponen sensor serta aktuator.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prototipe sistem otomasi elektronik sederhana menggunakan mikrokontroler.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mikrokontroler dan sistem tertanam (embedded system), komponen input sensor dan output aktuator, logika pemrograman otomasi, serta perancangan proyek Internet of Things (IoT)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Sistem Tertanam dan Papan Mikrokontroler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arsitektur mikrokontroler vs mikroprosesor, fungsi pin I/O digital dan analog.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Sensor sebagai Perangkat Input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cara kerja sensor ultrasonik (jarak), LDR (intensitas cahaya), dan DHT11 (suhu/kelembaban).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Aktuator sebagai Perangkat Output Respons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Mengendalikan aktuator motor servo, relai sakelar otomatis, lampu LED, dan layar OLED.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Perancangan Proyek Otomasi Cerdas (IoT Sederhana)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Merakit sistem lampu otomatis atau tempat sampah nirsentuh berbasis sensor ultrasonik.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komputer meja (PC) umum dan sebuah Mikrokontroler (seperti Arduino)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Mikrokontroler tidak menggunakan listrik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Mikrokontroler adalah komputer chip tunggal yang dirancang khusus untuk menjalankan satu fungsi kendali tertentu secara hemat daya dan mandiri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Mikrokontroler memiliki layar monitor berukuran sangat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PC tidak memiliki memori penyimpanan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Mikrokontroler mengintegrasikan prosesor, memori, dan periferal I/O dalam satu chip yang dioptimalkan untuk sistem tertanam (*dedicated control*).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Sensor yang bekerja dengan memancarkan gelombang suara frekuensi tinggi lalu menghitung waktu pantulannya untuk mengukur jarak benda di depannya adalah sensor...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LDR (Light Dependent Resistor)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Ultrasonik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PIR (Passive Infrared)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Sensor Gas MQ-2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Sensor ultrasonik (seperti HC-SR04) menggunakan prinsip gema gelombang suara ultrasonik (40 kHz) untuk mengukur jarak objek.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Komponen yang bertindak sebagai *Aktuator* pada proyek tempat sampah otomatis berbasis sensor jarak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Sensor ultrasonik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Baterai 9V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Motor Servo yang menarik tuas tutup sampah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Kabel jumper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Motor servo adalah aktuator yang menghasilkan gerakan mekanis sudut putar untuk membuka tutup tempat sampah saat sensor mendeteksi tangan mendekat.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Pin Digital pada mikrokontroler bekerja membaca atau mengeluarkan sinyal yang bernilai...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Rentang nilai kontinu dari 0 sampai 1023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Biner: HIGH (1 / tegangan penuh) atau LOW (0 / tanpa tegangan)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gelombang suara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angka pecahan negatif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Pin digital hanya mengenal dua kondisi logika diskrit: HIGH (1/5V/3.3V) atau LOW (0/0V).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Penerapan konsep *Internet of Things* (IoT) pada sistem penyiraman tanaman otomatis di kebun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Menyiram tanaman dengan ember air setiap sore secara manual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Sensor kelembaban tanah mengirimkan data kondisi tanah ke aplikasi ponsel pintar petani secara nirkabel dan menyalakan pompa air otomatis saat tanah kering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Membeli tanaman hias plastik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Memagari kebun dengan kawat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IoT memadukan sensor fisik, konektivitas nirkabel, dan otomasi aktuator pompa yang dapat dimonitor melalui aplikasi awan/ponsel.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3: Sistem Komputer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Sistem Tertanam dan Papan Mikrokontroler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arsitektur mikrokontroler vs mikroprosesor, fungsi pin I/O digital dan analog.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Sensor sebagai Perangkat Input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cara kerja sensor ultrasonik (jarak), LDR (intensitas cahaya), dan DHT11 (suhu/kelembaban).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Aktuator sebagai Perangkat Output Respons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Mengendalikan aktuator motor servo, relai sakelar otomatis, lampu LED, dan layar OLED.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Perancangan Proyek Otomasi Cerdas (IoT Sederhana)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Merakit sistem lampu otomatis atau tempat sampah nirsentuh berbasis sensor ultrasonik.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Sistem Komputer kelas 9 memperluas pemahaman arsitektur perangkat keras dari komputer meja konvensional menuju sistem tertanam (*embedded system*) dan mikrokontroler cerdas yang mengendalikan peralatan modern.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membedah anatomi papan sirkuit mikrokontroler (seperti Arduino atau Micro:bit), pin input-output digital/analog, mikromemori, unit pemroses, serta catu daya operasi.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difokuskan pada perakitan sirkuit elektronik terpadu yang memadukan berbagai sensor (*LDR/sensor cahaya, PIR/sensor gerak, sensor ultrasonik*) dengan aktuator (*LED, buzzer, motor servo*) untuk merancang prototipe otomasi cerdas berbasis Internet of Things (*IoT*).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Mikrokontroler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Sebuah sirkuit terpadu (chip IC) tunggal yang memuat inti prosesor, memori RAM/ROM, dan pin I/O terprogram untuk mengontrol tugas spesifik.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Sistem Tertanam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komputer khusus yang dirancang untuk menjalankan fungsi tertentu di dalam perangkat yang lebih besar (seperti mesin cuci, mobil, microwave).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Sensor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Komponen elektronik yang mendeteksi perubahan besaran fisik di lingkungan (suhu, cahaya, jarak) dan mengubahnya menjadi sinyal listrik.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Aktuator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Komponen elektromekanik yang mengubah sinyal kendali listrik menjadi gerakan fisik, suara, atau cahaya (seperti motor listrik, buzzer).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Internet of Things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Jaringan objek fisik terhubung internet yang saling bertukar data sensor dan perintah kontrol secara nirkabel.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