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Algoritma dan Pemrograman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menulis program sederhana menggunakan variabel dan tipe data yang tepat dalam bahasa Python.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struktur kendali percabangan dan perulangan untuk memecahkan persoalan komputasi.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menelusuri kesalahan (*debugging*) pada kode program dan menghasilkan luaran yang diharapkan.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dasar pemrograman tekstual bahasa Python, variabel, tipe data, struktur kendali percabangan (if-elif-else), perulangan (for/while), dan pembuatan program modular.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Sintaksis Dasar dan Variabel Python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Menulis baris kode pertama, aturan penamaan variabel, input pengguna, dan cetak output.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Tipe Data dan Operator Aritmatika-Logika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Mengoperasikan tipe data angka, string, serta operator komparasi dan logika.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Struktur Kendali Percabangan (If-Elif-Else)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Mengontrol alur eksekusi instruksi berdasarkan pengujian kondisi logis.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Struktur Kendali Perulangan (For dan While)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Mengotomasi eksekusi instruksi berulang dengan rentang range() dan kondisi terminasi.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Perhatikan potongan kode Python berikut:</w:t>
        <w:br/>
        <w:t>```python</w:t>
        <w:br/>
        <w:t>x = 10</w:t>
        <w:br/>
        <w:t>y = 3</w:t>
        <w:br/>
        <w:t>print(x // y)</w:t>
        <w:br/>
        <w:t>```</w:t>
        <w:br/>
        <w:t>Luaran (*output*) yang dihasilkan dari kode di atas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3.3333333333333335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Operator `//` di Python adalah *floor division* (pembagian bulat), sehingga hasil pembagian 10 dibagi 3 dibulatkan ke bawah menghasilkan nilai integer 3.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Aturan penting dalam penulisan bahasa pemrograman Python yang membedakannya dari kebanyakan bahasa lain seperti C++ atau Java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Setiap baris kode wajib diakhiri tanda titik koma (;)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Blok instruksi seperti isi percabangan atau perulangan ditentukan oleh spasi indentasi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Semua variabel wajib diawali tanda simbol dolar ($)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Nama variabel hanya boleh menggunakan huruf kapital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Python menggunakan indentasi (spasi di awal baris) sebagai penanda cakupan (*scope*) blok kode, bukan tanda kurung kurawal `{}` seperti bahasa turunan C.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Perhatikan potongan kode Python berikut:</w:t>
        <w:br/>
        <w:t>```python</w:t>
        <w:br/>
        <w:t>total = 0</w:t>
        <w:br/>
        <w:t>for i in range(1, 5):</w:t>
        <w:br/>
        <w:t xml:space="preserve">    total = total + i</w:t>
        <w:br/>
        <w:t>print(total)</w:t>
        <w:br/>
        <w:t>```</w:t>
        <w:br/>
        <w:t>Nilai akhir dari variabel `total` saat dicetak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`range(1, 5)` menghasilkan urutan nilai 1, 2, 3, 4 (angka 5 tidak termasuk). Penjumlahan: 0 + 1 + 2 + 3 + 4 = 10.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Tipe data yang paling tepat untuk menyimpan status apakah seorang murid sudah mengumpulkan tugas atau belum (`True` / `False`)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Integer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String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Boolean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Float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Tipe data Boolean hanya memiliki dua kemungkinan nilai kebenaran, yaitu True atau False, sangat cocok untuk status biner.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Perhatikan kode program Python berikut:</w:t>
        <w:br/>
        <w:t>```python</w:t>
        <w:br/>
        <w:t>angka = 7</w:t>
        <w:br/>
        <w:t>if angka % 2 == 0:</w:t>
        <w:br/>
        <w:t xml:space="preserve">    print('Genap')</w:t>
        <w:br/>
        <w:t>else:</w:t>
        <w:br/>
        <w:t xml:space="preserve">    print('Ganjil')</w:t>
        <w:br/>
        <w:t>```</w:t>
        <w:br/>
        <w:t>Program tersebut berfungsi untuk...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Menghitung akar dari 7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Mengecek apakah suatu bilangan merupakan bilangan genap atau ganjil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Mengalikan angka dengan 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Mengubah angka 7 menjadi teks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Operator modulus `%` menghitung sisa pembagian. Jika angka dibagi 2 menghasilkan sisa 0, angka tersebut Genap, jika tidak maka Ganjil.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6: Algoritma dan Pemrograman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Sintaksis Dasar dan Variabel Python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Menulis baris kode pertama, aturan penamaan variabel, input pengguna, dan cetak output.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Tipe Data dan Operator Aritmatika-Logika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Mengoperasikan tipe data angka, string, serta operator komparasi dan logika.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Struktur Kendali Percabangan (If-Elif-Else)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Mengontrol alur eksekusi instruksi berdasarkan pengujian kondisi logis.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Struktur Kendali Perulangan (For dan While)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Mengotomasi eksekusi instruksi berulang dengan rentang range() dan kondisi terminasi.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Algoritma dan Pemrograman kelas 8 menandai transisi penting dari pemrograman visual berbasis blok (*Scratch*) menuju pemrograman berbasis teks menggunakan bahasa pemrograman Python yang banyak digunakan di industri teknologi global.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sintaksis dasar Python, tata kelola indentasi blok kode, pendefinisian variabel, manipulasi tipe data (integer, float, string, boolean), serta operasi aritmatika dan relasional.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dilanjutkan dengan logika kontrol percabangan multi-kondisi (*if-elif-else*), perulangan terhitung (*for loop*) dan bersyarat (*while loop*), serta latihan menelusuri bug (*debugging*) untuk menyelesaikan proyek program interaktif.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Python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Bahasa pemrograman tingkat tinggi yang mengutamakan keterbacaan kode dengan sintaksis yang bersih dan ekspresif.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Variabel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Lokasi penyimpanan di memori komputer yang diberi nama untuk menampung nilai data yang dapat berubah selama program berjalan.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Indentasi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Spasi di awal baris kode yang dalam bahasa Python digunakan secara ketat untuk menandai hierarki blok kode program.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Loop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Struktur kontrol dalam pemrograman yang mengeksekusi sekumpulan instruksi secara berulang hingga suatu kondisi tertentu terpenuhi.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Debugging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mengidentifikasi, menganalisis, dan memperbaiki kesalahan (bug) sintaksis maupun logika pada kode program.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