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Analisis Data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menerapkan rumus logika kondisional dan rumus pencarian data pada lembar kerja.</w:t>
      </w:r>
    </w:p>
    <w:p>
      <w:pPr>
        <w:pStyle w:val="ListNumber"/>
      </w:pPr>
      <w:r>
        <w:rPr>
          <w:rFonts w:ascii="Calibri" w:hAnsi="Calibri"/>
          <w:b w:val="0"/>
          <w:i w:val="0"/>
          <w:color w:val="000000"/>
          <w:sz w:val="19"/>
        </w:rPr>
        <w:t>Peserta didik mampu melakukan pembersihan data (*data cleansing*) dan validasi data input.</w:t>
      </w:r>
    </w:p>
    <w:p>
      <w:pPr>
        <w:pStyle w:val="ListNumber"/>
      </w:pPr>
      <w:r>
        <w:rPr>
          <w:rFonts w:ascii="Calibri" w:hAnsi="Calibri"/>
          <w:b w:val="0"/>
          <w:i w:val="0"/>
          <w:color w:val="000000"/>
          <w:sz w:val="19"/>
        </w:rPr>
        <w:t>Peserta didik mampu menyusun ringkasan data analitis menggunakan fitur Pivot Table dan grafik yang relevan.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pengolahan data terstruktur dengan lembar sebar tingkat lanjut, fungsi logika bertingkat (IF-AND-OR), fungsi pencarian (VLOOKUP/HLOOKUP), dan penyusunan tabel pivot analitis.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Fungsi Logika Majemuk dan Kondisional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formula IF bertingkat, COUNTIF, dan SUMIF untuk kalkulasi bersyarat.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Fungsi Referensi dan Pencarian Data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formula VLOOKUP, HLOOKUP, dan XLOOKUP untuk menghubungkan tabel basis data.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Pembersihan Data dan Validasi Input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fitur Data Validation, Remove Duplicates, dan Text to Columns untuk merapikan dataset.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Tabel Pivot dan Visualisasi Dashboard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ringkasan agregasi data dinamis dengan Pivot Table dan merancang grafik representatif.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Jika pada sel B2 tertulis nilai 85, dan rumus yang ditulis pada sel C2 adalah `=IF(B2&gt;=90; "A"; IF(B2&gt;=80; "B"; "C"))`, maka hasil yang ditampilkan pada sel C2 adalah...</w:t>
      </w:r>
    </w:p>
    <w:p>
      <w:pPr>
        <w:spacing w:before="0" w:after="20"/>
        <w:ind w:left="576"/>
      </w:pPr>
      <w:r>
        <w:rPr>
          <w:rFonts w:ascii="Calibri" w:hAnsi="Calibri"/>
          <w:b w:val="0"/>
          <w:i w:val="0"/>
          <w:color w:val="000000"/>
          <w:sz w:val="18"/>
        </w:rPr>
        <w:t>A</w:t>
      </w:r>
    </w:p>
    <w:p>
      <w:pPr>
        <w:spacing w:before="0" w:after="20"/>
        <w:ind w:left="576"/>
      </w:pPr>
      <w:r>
        <w:rPr>
          <w:rFonts w:ascii="Calibri" w:hAnsi="Calibri"/>
          <w:b w:val="0"/>
          <w:i w:val="0"/>
          <w:color w:val="000000"/>
          <w:sz w:val="18"/>
        </w:rPr>
        <w:t>B</w:t>
      </w:r>
    </w:p>
    <w:p>
      <w:pPr>
        <w:spacing w:before="0" w:after="20"/>
        <w:ind w:left="576"/>
      </w:pPr>
      <w:r>
        <w:rPr>
          <w:rFonts w:ascii="Calibri" w:hAnsi="Calibri"/>
          <w:b w:val="0"/>
          <w:i w:val="0"/>
          <w:color w:val="000000"/>
          <w:sz w:val="18"/>
        </w:rPr>
        <w:t>C</w:t>
      </w:r>
    </w:p>
    <w:p>
      <w:pPr>
        <w:spacing w:before="0" w:after="20"/>
        <w:ind w:left="576"/>
      </w:pPr>
      <w:r>
        <w:rPr>
          <w:rFonts w:ascii="Calibri" w:hAnsi="Calibri"/>
          <w:b w:val="0"/>
          <w:i w:val="0"/>
          <w:color w:val="000000"/>
          <w:sz w:val="18"/>
        </w:rPr>
        <w:t>FALSE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Nilai 85 tidak memenuhi syarat B2&gt;=90 (False), sehingga evaluasi berlanjut ke percabangan kedua. Karena 85&gt;=80 (True), rumus menghasilkan teks 'B'.</w:t>
      </w:r>
    </w:p>
    <w:p>
      <w:pPr>
        <w:spacing w:before="80" w:after="40"/>
        <w:ind w:left="216"/>
      </w:pPr>
      <w:r>
        <w:rPr>
          <w:rFonts w:ascii="Calibri" w:hAnsi="Calibri"/>
          <w:b/>
          <w:color w:val="000000"/>
          <w:sz w:val="19"/>
        </w:rPr>
        <w:t xml:space="preserve">2. </w:t>
      </w:r>
      <w:r>
        <w:rPr>
          <w:rFonts w:ascii="Calibri" w:hAnsi="Calibri"/>
          <w:b w:val="0"/>
          <w:i w:val="0"/>
          <w:color w:val="000000"/>
          <w:sz w:val="19"/>
        </w:rPr>
        <w:t>Rumus `=VLOOKUP("P002"; A2:D50; 3; FALSE)` digunakan untuk...</w:t>
      </w:r>
    </w:p>
    <w:p>
      <w:pPr>
        <w:spacing w:before="0" w:after="20"/>
        <w:ind w:left="576"/>
      </w:pPr>
      <w:r>
        <w:rPr>
          <w:rFonts w:ascii="Calibri" w:hAnsi="Calibri"/>
          <w:b w:val="0"/>
          <w:i w:val="0"/>
          <w:color w:val="000000"/>
          <w:sz w:val="18"/>
        </w:rPr>
        <w:t>Menghitung berapa kali kode P002 muncul di kolom ke-3</w:t>
      </w:r>
    </w:p>
    <w:p>
      <w:pPr>
        <w:spacing w:before="0" w:after="20"/>
        <w:ind w:left="576"/>
      </w:pPr>
      <w:r>
        <w:rPr>
          <w:rFonts w:ascii="Calibri" w:hAnsi="Calibri"/>
          <w:b w:val="0"/>
          <w:i w:val="0"/>
          <w:color w:val="000000"/>
          <w:sz w:val="18"/>
        </w:rPr>
        <w:t>Mencari kode P002 di kolom A lalu mengambil data dari kolom C pada baris yang cocok secara persis (*exact match*)</w:t>
      </w:r>
    </w:p>
    <w:p>
      <w:pPr>
        <w:spacing w:before="0" w:after="20"/>
        <w:ind w:left="576"/>
      </w:pPr>
      <w:r>
        <w:rPr>
          <w:rFonts w:ascii="Calibri" w:hAnsi="Calibri"/>
          <w:b w:val="0"/>
          <w:i w:val="0"/>
          <w:color w:val="000000"/>
          <w:sz w:val="18"/>
        </w:rPr>
        <w:t>Mengurutkan data dari kolom A sampai D berdasarkan abjad</w:t>
      </w:r>
    </w:p>
    <w:p>
      <w:pPr>
        <w:spacing w:before="0" w:after="20"/>
        <w:ind w:left="576"/>
      </w:pPr>
      <w:r>
        <w:rPr>
          <w:rFonts w:ascii="Calibri" w:hAnsi="Calibri"/>
          <w:b w:val="0"/>
          <w:i w:val="0"/>
          <w:color w:val="000000"/>
          <w:sz w:val="18"/>
        </w:rPr>
        <w:t>Menjumlahkan seluruh angka pada baris P002</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VLOOKUP mencari nilai 'P002' di kolom pertama rentang (kolom A), lalu mengembalikan nilai dari kolom ke-3 (kolom C) dengan pencarian tepat karena parameter range_lookup bernilai FALSE.</w:t>
      </w:r>
    </w:p>
    <w:p>
      <w:pPr>
        <w:spacing w:before="80" w:after="40"/>
        <w:ind w:left="216"/>
      </w:pPr>
      <w:r>
        <w:rPr>
          <w:rFonts w:ascii="Calibri" w:hAnsi="Calibri"/>
          <w:b/>
          <w:color w:val="000000"/>
          <w:sz w:val="19"/>
        </w:rPr>
        <w:t xml:space="preserve">3. </w:t>
      </w:r>
      <w:r>
        <w:rPr>
          <w:rFonts w:ascii="Calibri" w:hAnsi="Calibri"/>
          <w:b w:val="0"/>
          <w:i w:val="0"/>
          <w:color w:val="000000"/>
          <w:sz w:val="19"/>
        </w:rPr>
        <w:t>Fungsi lembar kerja yang paling tepat untuk menghitung total nominal uang kas yang terkumpul hanya dari anggota yang berstatus 'Lunas' adalah...</w:t>
      </w:r>
    </w:p>
    <w:p>
      <w:pPr>
        <w:spacing w:before="0" w:after="20"/>
        <w:ind w:left="576"/>
      </w:pPr>
      <w:r>
        <w:rPr>
          <w:rFonts w:ascii="Calibri" w:hAnsi="Calibri"/>
          <w:b w:val="0"/>
          <w:i w:val="0"/>
          <w:color w:val="000000"/>
          <w:sz w:val="18"/>
        </w:rPr>
        <w:t>SUM</w:t>
      </w:r>
    </w:p>
    <w:p>
      <w:pPr>
        <w:spacing w:before="0" w:after="20"/>
        <w:ind w:left="576"/>
      </w:pPr>
      <w:r>
        <w:rPr>
          <w:rFonts w:ascii="Calibri" w:hAnsi="Calibri"/>
          <w:b w:val="0"/>
          <w:i w:val="0"/>
          <w:color w:val="000000"/>
          <w:sz w:val="18"/>
        </w:rPr>
        <w:t>COUNTIF</w:t>
      </w:r>
    </w:p>
    <w:p>
      <w:pPr>
        <w:spacing w:before="0" w:after="20"/>
        <w:ind w:left="576"/>
      </w:pPr>
      <w:r>
        <w:rPr>
          <w:rFonts w:ascii="Calibri" w:hAnsi="Calibri"/>
          <w:b w:val="0"/>
          <w:i w:val="0"/>
          <w:color w:val="000000"/>
          <w:sz w:val="18"/>
        </w:rPr>
        <w:t>SUMIF</w:t>
      </w:r>
    </w:p>
    <w:p>
      <w:pPr>
        <w:spacing w:before="0" w:after="20"/>
        <w:ind w:left="576"/>
      </w:pPr>
      <w:r>
        <w:rPr>
          <w:rFonts w:ascii="Calibri" w:hAnsi="Calibri"/>
          <w:b w:val="0"/>
          <w:i w:val="0"/>
          <w:color w:val="000000"/>
          <w:sz w:val="18"/>
        </w:rPr>
        <w:t>AVERAGE</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Fungsi SUMIF menjumlahkan nilai pada rentang angka tertentu hanya jika sel referensi pada kolom status memenuhi kriteria 'Lunas'.</w:t>
      </w:r>
    </w:p>
    <w:p>
      <w:pPr>
        <w:spacing w:before="80" w:after="40"/>
        <w:ind w:left="216"/>
      </w:pPr>
      <w:r>
        <w:rPr>
          <w:rFonts w:ascii="Calibri" w:hAnsi="Calibri"/>
          <w:b/>
          <w:color w:val="000000"/>
          <w:sz w:val="19"/>
        </w:rPr>
        <w:t xml:space="preserve">4. </w:t>
      </w:r>
      <w:r>
        <w:rPr>
          <w:rFonts w:ascii="Calibri" w:hAnsi="Calibri"/>
          <w:b w:val="0"/>
          <w:i w:val="0"/>
          <w:color w:val="000000"/>
          <w:sz w:val="19"/>
        </w:rPr>
        <w:t>Seorang analis data ingin meringkas data 5.000 transaksi penjualan toko untuk mengetahui total penjualan per kategori produk dan per kota dalam bentuk tabel silang dua dimensi. Fitur tercepat yang dapat digunakan adalah...</w:t>
      </w:r>
    </w:p>
    <w:p>
      <w:pPr>
        <w:spacing w:before="0" w:after="20"/>
        <w:ind w:left="576"/>
      </w:pPr>
      <w:r>
        <w:rPr>
          <w:rFonts w:ascii="Calibri" w:hAnsi="Calibri"/>
          <w:b w:val="0"/>
          <w:i w:val="0"/>
          <w:color w:val="000000"/>
          <w:sz w:val="18"/>
        </w:rPr>
        <w:t>Mail Merge</w:t>
      </w:r>
    </w:p>
    <w:p>
      <w:pPr>
        <w:spacing w:before="0" w:after="20"/>
        <w:ind w:left="576"/>
      </w:pPr>
      <w:r>
        <w:rPr>
          <w:rFonts w:ascii="Calibri" w:hAnsi="Calibri"/>
          <w:b w:val="0"/>
          <w:i w:val="0"/>
          <w:color w:val="000000"/>
          <w:sz w:val="18"/>
        </w:rPr>
        <w:t>Pivot Table</w:t>
      </w:r>
    </w:p>
    <w:p>
      <w:pPr>
        <w:spacing w:before="0" w:after="20"/>
        <w:ind w:left="576"/>
      </w:pPr>
      <w:r>
        <w:rPr>
          <w:rFonts w:ascii="Calibri" w:hAnsi="Calibri"/>
          <w:b w:val="0"/>
          <w:i w:val="0"/>
          <w:color w:val="000000"/>
          <w:sz w:val="18"/>
        </w:rPr>
        <w:t>Format Painter</w:t>
      </w:r>
    </w:p>
    <w:p>
      <w:pPr>
        <w:spacing w:before="0" w:after="20"/>
        <w:ind w:left="576"/>
      </w:pPr>
      <w:r>
        <w:rPr>
          <w:rFonts w:ascii="Calibri" w:hAnsi="Calibri"/>
          <w:b w:val="0"/>
          <w:i w:val="0"/>
          <w:color w:val="000000"/>
          <w:sz w:val="18"/>
        </w:rPr>
        <w:t>AutoCorrect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Pivot Table dirancang khusus untuk mengagregasi, mengelompokkan, dan memutar data mentah berukuran besar menjadi tabel ringkasan multi-dimensi dalam hitungan detik.</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menerapkan fitur 'Data Validation' dengan aturan 'Whole Number antara 1 sampai 100' pada kolom nilai ujian adalah...</w:t>
      </w:r>
    </w:p>
    <w:p>
      <w:pPr>
        <w:spacing w:before="0" w:after="20"/>
        <w:ind w:left="576"/>
      </w:pPr>
      <w:r>
        <w:rPr>
          <w:rFonts w:ascii="Calibri" w:hAnsi="Calibri"/>
          <w:b w:val="0"/>
          <w:i w:val="0"/>
          <w:color w:val="000000"/>
          <w:sz w:val="18"/>
        </w:rPr>
        <w:t>Menghapus baris nilai secara otomatis</w:t>
      </w:r>
    </w:p>
    <w:p>
      <w:pPr>
        <w:spacing w:before="0" w:after="20"/>
        <w:ind w:left="576"/>
      </w:pPr>
      <w:r>
        <w:rPr>
          <w:rFonts w:ascii="Calibri" w:hAnsi="Calibri"/>
          <w:b w:val="0"/>
          <w:i w:val="0"/>
          <w:color w:val="000000"/>
          <w:sz w:val="18"/>
        </w:rPr>
        <w:t>Mencegah kesalahan ketik (*human error*) seperti memasukkan angka negatif atau angka di atas 100</w:t>
      </w:r>
    </w:p>
    <w:p>
      <w:pPr>
        <w:spacing w:before="0" w:after="20"/>
        <w:ind w:left="576"/>
      </w:pPr>
      <w:r>
        <w:rPr>
          <w:rFonts w:ascii="Calibri" w:hAnsi="Calibri"/>
          <w:b w:val="0"/>
          <w:i w:val="0"/>
          <w:color w:val="000000"/>
          <w:sz w:val="18"/>
        </w:rPr>
        <w:t>Mengubah format font menjadi huruf tebal</w:t>
      </w:r>
    </w:p>
    <w:p>
      <w:pPr>
        <w:spacing w:before="0" w:after="20"/>
        <w:ind w:left="576"/>
      </w:pPr>
      <w:r>
        <w:rPr>
          <w:rFonts w:ascii="Calibri" w:hAnsi="Calibri"/>
          <w:b w:val="0"/>
          <w:i w:val="0"/>
          <w:color w:val="000000"/>
          <w:sz w:val="18"/>
        </w:rPr>
        <w:t>Membuat grafik batang secara instan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Data Validation bertindak sebagai penjaga gerbang kualitas data dengan menolak masukan nilai yang tidak sesuai dengan batasan yang telah ditetapkan.</w:t>
      </w:r>
    </w:p>
    <w:p>
      <w:r>
        <w:br w:type="page"/>
      </w:r>
    </w:p>
    <w:p>
      <w:pPr>
        <w:pStyle w:val="Title"/>
      </w:pPr>
      <w:r>
        <w:t>LEMBAR KERJA PESERTA DIDIK (LKPD)</w:t>
      </w:r>
    </w:p>
    <w:p>
      <w:pPr>
        <w:pStyle w:val="Subtitle"/>
      </w:pPr>
      <w:r>
        <w:t>Mata Pelajaran: Informatika • Bab 5: Analisis Data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Fungsi Logika Majemuk dan Kondisional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formula IF bertingkat, COUNTIF, dan SUMIF untuk kalkulasi bersyarat.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Fungsi Referensi dan Pencarian Data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formula VLOOKUP, HLOOKUP, dan XLOOKUP untuk menghubungkan tabel basis data.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Pembersihan Data dan Validasi Input</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fitur Data Validation, Remove Duplicates, dan Text to Columns untuk merapikan dataset.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Tabel Pivot dan Visualisasi Dashboard</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ringkasan agregasi data dinamis dengan Pivot Table dan merancang grafik representatif.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Analisis Data kelas 8 membekali peserta didik dengan kecakapan manipulasi data kuantitatif menggunakan perangkat lunak lembar kerja untuk mengekstraksi informasi berharga dan mendukung pengambilan keputusan berbasis data.</w:t>
      </w:r>
    </w:p>
    <w:p>
      <w:pPr>
        <w:spacing w:before="40" w:after="60" w:line="276" w:lineRule="auto"/>
      </w:pPr>
      <w:r>
        <w:rPr>
          <w:rFonts w:ascii="Calibri" w:hAnsi="Calibri"/>
          <w:b w:val="0"/>
          <w:i w:val="0"/>
          <w:color w:val="000000"/>
          <w:sz w:val="19"/>
        </w:rPr>
        <w:t>Peserta didik mempelajari penerapan fungsi logika majemuk (*nested IF*), fungsi pencarian dan referensi vertikal/horizontal (*VLOOKUP* dan *HLOOKUP*), serta teknik validasi data untuk meminimalkan kesalahan input data mentah.</w:t>
      </w:r>
    </w:p>
    <w:p>
      <w:pPr>
        <w:spacing w:before="40" w:after="60" w:line="276" w:lineRule="auto"/>
      </w:pPr>
      <w:r>
        <w:rPr>
          <w:rFonts w:ascii="Calibri" w:hAnsi="Calibri"/>
          <w:b w:val="0"/>
          <w:i w:val="0"/>
          <w:color w:val="000000"/>
          <w:sz w:val="19"/>
        </w:rPr>
        <w:t>Materi ini ditutup dengan keterampilan merangkum ribuan baris data transaksi ke dalam Tabel Pivot (*Pivot Table*) dan menyajikan visualisasi grafik interaktif yang komunikatif bagi berbagai pemangku kepentingan.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VLOOKUP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Fungsi lembar kerja untuk mencari nilai pada kolom paling kiri sebuah tabel dan mengembalikan nilai dari kolom lain pada baris yang 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Pivot Table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Fitur interaktif lembar sebar untuk merangkum, mengelompokkan, dan menganalisis volume data besar secara otomatis tanpa rumus manual.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SUMIF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Fungsi matematika pada lembar sebar yang menjumlahkan nilai sel-sel yang memenuhi kriteria pengujian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Data Validation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Fitur pembatasan input yang memastikan data yang dimasukkan ke dalam sel memenuhi kriteria tipe atau rentang nilai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Data Cleansing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mendeteksi, memperbaiki, atau menghapus data yang salah, rusak, terduplikasi, atau tidak lengkap dari sebuah kumpulan data.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