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Jaringan Komputer dan Internet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karakteristik topologi jaringan dan fungsi perangkat keras jaringan komputer.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prinsip pengalamatan IP dan fungsi Domain Name System (DNS).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mekanisme keamanan transmisi data dan bahaya penggunaan jaringan nirkabel terbuka.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topologi jaringan kabel dan nirkabel, pengalamatan IP address dan subnetting dasar, model protokol komunikasi TCP/IP, serta keamanan transmisi data internet.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Topologi dan Perangkat Keras Jaringan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kelebihan dan kelemahan topologi Star, Bus, dan Mesh serta fungsi Router dan Switch.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Pengalamatan Logis IPv4 dan DNS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format alamat IP, subnet mask dasar, dan mekanisme kerja penerjemahan alamat DNS.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Model Protokol Komunikasi TCP/IP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Menelusuri proses transmisi paket data dari lapisan aplikasi hingga lapisan fisik jaringan.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Keamanan Transmisi Data dan Enkripsi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fungsi sertifikat SSL/TLS, protokol HTTPS, dan pencegahan ancaman intersepsi Wi-Fi publik.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Kelebihan utama topologi Star dibandingkan topologi Bus pada jaringan laboratorium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Membutuhkan kabel yang paling sedikit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Jika salah satu kabel komputer klien rusak, komputer lain tetap dapat terhubung ke jaringan secara normal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memerlukan perangkat Switch atau Hub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Kecepatan transfer data selalu tak terbatas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Pada topologi Star, setiap simpul memiliki koneksi langsung ke konsentrator (switch). Kerusakan pada kabel satu komputer tidak akan memutus koneksi komputer lainnya.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Ketika pengguna mengetikkan 'kemdikbud.go.id' di bilah alamat peramban web, layanan internet yang bertugas mengubah nama tersebut menjadi alamat IP 118.98.228.68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DHCP Server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DNS Server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FTP Server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Proxy Server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DNS (Domain Name System) berfungsi sebagai buku telepon internet yang memetakan nama domain ramah manusia ke alamat IP numerik yang dipahami mesin.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Fungsi utama perangkat keras Router dalam infrastruktur jaringan komputer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Mengubah sinyal analog menjadi digital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Mengarahkan dan menghubungkan lalu lintas data antara dua atau lebih jaringan yang memiliki subnet berbeda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Membersihkan debu pada kabel serat optik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Menyimpan berkas video secara permanen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Router bekerja pada lapisan jaringan (Network Layer) untuk menentukan jalur perutean (*routing*) dan meneruskan paket data antar subnet atau ke jaringan internet luar.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Alasan utama mengapa transaksi perbankan atau pengisian kata sandi wajib dilakukan pada situs web berawalan 'https://' dengan simbol gembok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Situs web otomatis tidak memerlukan koneksi internet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Seluruh data yang dikirim dienkripsi sehingga tidak dapat dibaca oleh pihak penyerang di jaringan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Tampilan grafis situs web menjadi lebih berwarna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Mengurangi ukuran berkas halaman web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Protokol HTTPS mengenkripsi seluruh paket data antara browser dan server web, sehingga data rahasia seperti kata sandi tidak dapat disadap (*sniffing*) di jaringan perantara.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Tindakan pengamanan yang paling bijak saat terpaksa menggunakan jaringan Wi-Fi publik gratis tanpa kata sandi di tempat umum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Melakukan transaksi perbankan dan transfer uang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Virtual Private Network (VPN) dan menghindari mengakses akun perbankan penting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Menonaktifkan firewall perangkat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Membagikan folder hard disk ke publik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Wi-Fi publik tanpa proteksi rentan terhadap serangan Man-in-the-Middle (MitM). Penggunaan VPN mengenkripsi terowongan data, dan menghindari transaksi finansial mencegah kebocoran data penting.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4: Jaringan Komputer dan Internet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Topologi dan Perangkat Keras Jaringan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kelebihan dan kelemahan topologi Star, Bus, dan Mesh serta fungsi Router dan Switch.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Pengalamatan Logis IPv4 dan DNS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format alamat IP, subnet mask dasar, dan mekanisme kerja penerjemahan alamat DNS.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Model Protokol Komunikasi TCP/IP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Menelusuri proses transmisi paket data dari lapisan aplikasi hingga lapisan fisik jaringan.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Keamanan Transmisi Data dan Enkripsi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fungsi sertifikat SSL/TLS, protokol HTTPS, dan pencegahan ancaman intersepsi Wi-Fi publik.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Jaringan Komputer dan Internet kelas 8 memberikan wawasan komprehensif mengenai bagaimana perangkat digital saling bertukar paket data melalui infrastruktur jaringan lokal (LAN) maupun jaringan global internet.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struktur fisik dan logis topologi jaringan seperti Star, Mesh, dan Bus, serta memahami peran esensial perangkat jaringan perantara seperti Switch, Router, Modem, dan Access Point.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ini juga mengulas pengalamatan IP (*Internet Protocol*) versi 4, mekanisme penerjemahan nama domain oleh DNS (*Domain Name System*), serta prinsip enkripsi data menggunakan protokol aman HTTPS untuk mencegah penyadapan informasi sensitif.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Topologi Star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susunan jaringan di mana semua komputer terhubung secara individual ke sebuah konsentrator pusat (Switch/Hub).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IP Address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Alamat identifikasi numerik unik yang diberikan kepada setiap perangkat yang terhubung ke dalam jaringan komputer TCP/IP.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DNS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Domain Name System, sistem basis data terdistribusi yang menerjemahkan nama domain web (seperti ajar.id) menjadi alamat IP numerik.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Router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Perangkat jaringan yang bertugas meneruskan dan memilih rute terbaik bagi paket data antar jaringan yang berbeda subnet.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HTTPS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Hypertext Transfer Protocol Secure, protokol komunikasi web terenkripsi menggunakan sertifikat SSL/TLS untuk menjamin kerahasiaan data.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