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Sistem Komputer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fungsi komponen internal CPU dan hierarki memori komputer.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menguraikan tahapan siklus instruksi Fetch-Decode-Execute pada sistem komputer.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penyebab gangguan perangkat keras dan menentukan langkah troubleshooting yang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arsitektur perangkat keras internal, siklus kerja pemrosesan instruksi mesin (Fetch-Decode-Execute), gerbang logika dasar, dan mekanisme troubleshooting perangkat.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Arsitektur CPU dan Komponen Internal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peran Control Unit (CU), Arithmetic Logic Unit (ALU), dan Register dalam memproses instruksi.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Siklus Mesin Fetch-Decode-Execute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alur pemrosesan instruksi dari memori utama hingga eksekusi kalkulasi oleh CPU.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Hierarki Memori Komputer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karakteristik kecepatan, kapasitas, dan volatilitas antara Register, Cache, RAM, ROM, dan Penyimpanan Sekunder.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Gerbang Logika dan Troubleshooting Dasar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rangkaian gerbang logika digital serta langkah perbaikan gangguan sistem komputer.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Bagian CPU yang bertugas melakukan perbandingan logika seperti memeriksa apakah nilai A lebih besar dari nilai B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Control Unit (CU)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Arithmetic Logic Unit (ALU)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Register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BIOS ROM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ALU bertanggung jawab atas seluruh operasi matematis (penjumlahan, pengurangan) dan perbandingan relasional logika (sama dengan, lebih besar, lebih kecil).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siklus instruksi mesin, tahap di mana Control Unit menginterpretasikan kode instruksi biner menjadi serangkaian sinyal kendali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Fetch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Decode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Execute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Writeback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Tahap Decode adalah proses di mana unit kontrol membaca kode operasi instruksi dan menerjemahkannya ke dalam sinyal kontrol untuk dieksekusi komponen terkait.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Memori komputer yang memiliki kecepatan akses paling tinggi namun kapasitas penyimpanannya paling kecil dan terletak langsung di dalam inti prosesor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Hard Disk Drive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Register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Solid State Drive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Register adalah unit memori internal prosesor dengan latensi terendah dan kecepatan tertinggi untuk menampung operan instruksi yang sedang dieksekusi seketika.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Komputer menyala dengan kipas berputar kencang namun layar monitor tidak menampilkan gambar apa pun dan terdengar bunyi bip panjang berulang kali. Kemungkinan besar masalah terjadi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Kabel jaringan LAN terputus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Modul RAM kotor atau tidak terpasang dengan benar pada slot motherboard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Driver printer belum terpasang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Ruang penyimpanan hard disk penuh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Kode bunyi bip panjang berulang pada proses booting (POST) umumnya menandakan kegagalan deteksi atau inisialisasi modul memori RAM.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Karakteristik memori ROM (*Read-Only Memory*) yang membedakannya secara fundamental dari RAM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ROM bersifat volatil dan kecepatannya lebih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ROM bersifat non-volatil sehingga data firmware di dalamnya tidak hilang saat aliran listrik padam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ROM dapat diubah-ubah isinya dengan bebas oleh pengguna setiap saat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ROM hanya digunakan untuk memutar video berkualitas tinggi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ROM bersifat non-volatil, menjadikannya media permanen yang ideal untuk menyimpan kode booting awal seperti BIOS atau UEFI tanpa khawatir hilang saat komputer dimatikan.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3: Sistem Komputer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Arsitektur CPU dan Komponen Internal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peran Control Unit (CU), Arithmetic Logic Unit (ALU), dan Register dalam memproses instruksi.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Siklus Mesin Fetch-Decode-Execute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alur pemrosesan instruksi dari memori utama hingga eksekusi kalkulasi oleh CPU.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Hierarki Memori Komputer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karakteristik kecepatan, kapasitas, dan volatilitas antara Register, Cache, RAM, ROM, dan Penyimpanan Sekunder.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Gerbang Logika dan Troubleshooting Dasar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rangkaian gerbang logika digital serta langkah perbaikan gangguan sistem komputer.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Sistem Komputer kelas 8 mendalami mekanisme internal pemrosesan data di dalam unit pemroses sentral (CPU) serta interaksi terstruktur antara komponen perangkat keras, perangkat lunak sistem operasi, dan antarmuka pengguna.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siklus instruksi dasar mesin yang meliputi tahap penjemputan instruksi (*fetch*), penerjemahan kode operasi (*decode*), dan pengeksekusian kalkulasi (*execute*) oleh Arithmetic Logic Unit (ALU) di bawah koordinasi Control Unit (CU).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konsep teoritis gerbang logika penyusun sirkuit digital, materi ini melatih keterampilan praktis peserta didik dalam mendiagnosis masalah perangkat keras (*hardware troubleshooting*) dan memahami fungsi memori bertingkat (Cache, RAM, ROM, Secondary Storage).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Arithmetic Logic Unit, bagian CPU yang bertugas melakukan operasi perhitungan aritmatika dan perbandingan logika biner.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Control Unit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Unit pengontrol pada CPU yang mengatur jalannya instruksi dan mengarahkan aliran data antar komponen sistem komputer.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Siklus Fetch-Decode-Execute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Siklus berkelanjutan CPU dalam mengambil instruksi dari memori, menerjemahkannya, lalu mengeksekusinya.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Random Access Memory, memori utama yang bersifat volatil (data hilang saat daya padam) untuk menampung program dan data yang sedang aktif diproses.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Cache Memory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Memori berkecepatan sangat tinggi yang berada di dekat atau di dalam CPU untuk menyimpan data dan instruksi yang sering diakses.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