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Teknologi Informasi dan Komunikasi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mengintegrasikan data lembar kerja ke dalam dokumen pengolah kata dan presentasi.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membuat dokumen massal otomatis menggunakan fitur mail merge.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mengelola penyimpanan komputasi awan dan menerapkan etika kolaborasi dokumen daring.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integrasi aplikasi perkantoran (pengolah kata, lembar sebar, presentasi), fitur automasi surat massal (mail merge), penyimpanan komputasi awan, dan etika kolaborasi daring.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Integrasi Konten Aplikasi Perkantoran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Menyematkan tabel dan grafik dinamis dari lembar kerja ke dalam dokumen pengolah kata dan salindia presentasi.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Automasi Dokumen Massal (Mail Merge)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Membuat surat dinamis, piagam, dan label undangan otomatis dengan sumber data lembar sebar.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Penyimpanan Awan dan Manajemen Berkas Kolaboratif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Mengelola struktur folder awan, sinkronisasi berkas, serta pengaturan hak akses pembaca dan penyunting.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Etika dan Keamanan Kolaborasi Daring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etika rekam jejak revisi dokumen (version history) dan perlindungan data pribadi saat berbagi berkas.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Seorang ketua panitia ingin membuat 200 lembar sertifikat seminar dengan nama peserta yang berbeda-beda secara cepat dan akurat. Fitur yang paling efektif digunakan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Hyperlink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Mail Merge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Macro Scripting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Track Changes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Mail Merge menggabungkan templat dokumen sertifikat di pengolah kata dengan daftar nama peserta di tabel lembar kerja untuk menghasilkan ratusan dokumen individual secara otomatis.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Perbedaan utama antara menempelkan (*pasting*) tabel sebagai gambar biasa dengan menempelkan tabel menggunakan opsi 'Link &amp; Keep Source Formatting'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Tabel gambar otomatis bertambah barisnya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Tabel dengan Link akan otomatis memperbarui datanya jika tabel di lembar kerja sumber diubah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Tabel dengan Link tidak memerlukan aplikasi lembar kerja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Tabel gambar memiliki resolusi teks yang selalu lebih tajam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Opsi Link (tautan OLE) menjaga hubungan dinamis antara dokumen pengolah kata dan lembar kerja sumber, sehingga setiap perubahan angka pada lembar kerja langsung terrefleksi pada dokumen.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Saat membagikan dokumen proposal di Google Drive kepada teman sekelompok untuk dikoreksi komentarnya tanpa mengubah teks asli secara langsung, opsi hak akses yang tepat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Editor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Viewer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Commenter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Owner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Hak akses Commenter memungkinkan kolaborator memberikan catatan saran dan komentar di tepi dokumen tanpa merusak atau mengubah isi teks utama dokumen.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Fitur 'Version History' pada aplikasi perkantoran berbasis komputasi awan sangat berguna untuk...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Menghapus akun pengguna yang tidak aktif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Melihat siapa yang mengubah teks dan mengembalikan dokumen ke kondisi sebelum terjadi kesalahan suntingan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Mengonversi dokumen ke format audio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Mempercepat koneksi internet pengguna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Version History mencatat rekaman setiap revisi dokumen beserta identitas penyuntingnya, sehingga mempermudah audit kolaborasi dan pemulihan data jika terjadi kekeliruan.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Tindakan yang paling mencerminkan etika yang baik saat berkolaborasi dalam dokumen daring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Menghapus paragraf teman tanpa memberikan catatan penjelasan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 komentar sopan untuk menyarankan perbaikan dan tidak membagikan tautan publik sembarangan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Mengubah pengaturan akses menjadi privat agar teman lain tidak bisa bekerja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Menyalin seluruh teks ke berkas baru tanpa izin pemilik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Etika kolaborasi daring menuntut komunikasi yang santun melalui fitur komentar serta menjaga kerahasiaan tautan berbagi agar berkas tidak diakses oleh pihak yang tidak berhak.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2: Teknologi Informasi dan Komunikasi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Integrasi Konten Aplikasi Perkantoran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Menyematkan tabel dan grafik dinamis dari lembar kerja ke dalam dokumen pengolah kata dan salindia presentasi.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Automasi Dokumen Massal (Mail Merge)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Membuat surat dinamis, piagam, dan label undangan otomatis dengan sumber data lembar sebar.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Penyimpanan Awan dan Manajemen Berkas Kolaboratif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Mengelola struktur folder awan, sinkronisasi berkas, serta pengaturan hak akses pembaca dan penyunting.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Etika dan Keamanan Kolaborasi Daring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etika rekam jejak revisi dokumen (version history) dan perlindungan data pribadi saat berbagi berkas.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Teknologi Informasi dan Komunikasi kelas 8 memfokuskan peserta didik pada penguasaan integrasi antar-aplikasi perkantoran untuk menghasilkan dokumen laporan terpadu yang memadukan narasi, grafik analitis, dan materi presentasi.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mempraktikkan penyisipan objek terhubung (*Object Linking and Embedding* / OLE), pembuatan surat atau sertifikat massal (*mail merge*) dengan menghubungkan basis data lembar kerja ke dokumen pengolah kata secara otomatis.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Selain keterampilan teknis, bab ini juga menanamkan protokol manajemen berkas kolaboratif pada platform penyimpanan awan (*cloud storage*), pengaturan hak akses berbagi pakai, serta etika berkolaborasi dalam dokumen bersama.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Mail Merge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Fitur pengolah kata yang memungkinkan pembuatan dokumen massal seperti surat atau sertifikat dengan menggabungkan data dari lembar kerja terpisah.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OLE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Object Linking and Embedding, yaitu teknologi yang memungkinkan integrasi data antar aplikasi sehingga data sumber dapat terhubung dan diperbarui secara otomatis.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Cloud Storage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Layanan penyimpanan data digital di server internet terpusat yang dapat diakses dari mana saja menggunakan jaringan internet.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Version History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Fitur pencatatan riwayat perubahan dokumen dari waktu ke waktu yang memungkinkan pemulihan ke versi sebelumnya.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Hak Akses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Tingkat izin yang diberikan kepada pengguna dalam sistem berbagi berkas, seperti viewer (melihat), commenter (mengomentari), atau editor (mengubah).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