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Dampak Sosial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sejarah singkat evolusi komputer dan teknologi informasi.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dampak positif dan negatif penggunaan teknologi informasi dalam masyarakat.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etika berkomunikasi digital (netiket), menjaga jejak digital, dan menyaring berita hoaks.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sejarah perkembangan teknologi informasi, dampak positif dan negatif media sosial, literasi digital dan pencegahan hoaks, jejak digital, serta etika dan hukum siber (UU ITE).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Sejarah dan Evolusi Komputer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Menelusuri generasi komputer dari tabung hampa udara hingga microchip modern.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Dampak Positif dan Negatif Teknologi Digital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fenomena media sosial, produktivitas kerja, dan kecanduan digital.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Literasi Digital dan Pencegahan Berita Hoaks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metode cek fakta mandiri dan mengenali ciri-ciri berita palsu manipulatif.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Etika Berinternet (Netiket), Jejak Digital, dan UU ITE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dampak rekam jejak digital serta pasal pencegahan perundungan siber.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Tindakan bijak pertama yang harus dilakukan saat menerima pesan berantai yang berisi klaim bombastis di grup perpesanan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Langsung membagikan pesan tersebut ke semua kontak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Menghapus akun perpesanan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Memeriksa kebenaran sumber informasi ke situs berita resmi atau portal cek fakta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Menambahkan komentar opini pribadi lalu memviralkannya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Langkah literasi digital yang benar adalah memverifikasi (*fact-checking*) keaslian sumber dan isi berita sebelum memercayai atau menyebarkannya.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Semua riwayat unggahan foto, komentar di media sosial, dan riwayat penelusuran yang tersimpan di server internet dan tidak mudah dihapus disebut sebagai...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Jejak Digital (*Digital Footprint*)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Cache Browser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Folder Direktori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Koneksi LAN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Jejak digital (*digital footprint*) adalah rekaman abadi dari aktivitas daring pengguna yang dapat ditelusuri kembali di masa depan.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Perilaku mengirimkan komentar bernada kebencian, mengancam, atau mempermalukan teman di kolom komentar media sosial tergolong tindakan...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Cyberbullying (Perundungan Siber)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Netiket Positif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Digital Marketing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E-Commerce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Perundungan daring (*cyberbullying*) adalah tindakan agresif yang disengaja untuk mengintimidasi atau merendahkan korban di platform digital.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Landasan hukum di Indonesia yang mengatur tentang pemanfaatan teknologi informasi dan sanksi bagi penyebar konten ilegal atau pencemaran nama baik di dunia siber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UU Hak Cipta No. 28 Tahun 2014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UU Informasi dan Transaksi Elektronik (UU ITE)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UU Ketenagakerjaan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UU Perbankan Nasional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UU ITE (Undang-Undang Informasi dan Transaksi Elektronik) adalah regulasi hukum utama di Indonesia yang mengatur keabsahan transaksi digital dan kejahatan siber.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Salah satu dampak positif perkembangan teknologi informasi dalam bidang pendidikan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Meningkatnya ketergantungan bermain game daring saat jam sekolah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Akses terhadap sumber belajar digital, perpustakaan daring, dan kelas kolaboratif tanpa batas geografis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Berkurangnya interaksi tatap muka dengan keluarga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Penyebaran informasi tanpa penyaringan fakta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Teknologi informasi memfasilitasi demokratisasi ilmu pengetahuan melalui platform e-learning, materi pembelajaran terbuka, dan kolaborasi riset global.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7: Dampak Sosial Informatika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Sejarah dan Evolusi Komputer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Menelusuri generasi komputer dari tabung hampa udara hingga microchip modern.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Dampak Positif dan Negatif Teknologi Digital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fenomena media sosial, produktivitas kerja, dan kecanduan digital.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Literasi Digital dan Pencegahan Berita Hoaks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metode cek fakta mandiri dan mengenali ciri-ciri berita palsu manipulatif.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Etika Berinternet (Netiket), Jejak Digital, dan UU ITE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dampak rekam jejak digital serta pasal pencegahan perundungan siber.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Perkembangan teknologi informasi mentransformasi tatanan peradaban manusia dalam berinteraksi, bekerja, dan mengakses informasi. Era komputasi modern membuka peluang kolaborasi global, kecerdasan buatan, dan efisiensi komunikasi lintas batas.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Pemanfaatan media digital membawa dampak positif seperti kemudahan belajar daring dan inovasi ekonomi digital, namun juga menimbulkan tantangan sosial seperti kecanduan gawai, *cyberbullying*, penyebaran berita bohong (*hoaks*), serta kebocoran data pribadi.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Literasi digital membekali peserta didik kesadaran menjaga jejak digital (*digital footprint*) yang bersih, memverifikasi kebenaran informasi sebelum membagikannya, bersikap santun di media sosial (*netiket*), serta mematuhi norma hukum dalam Undang-Undang Informasi dan Transaksi Elektronik (UU ITE).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Literasi Digital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individu untuk menemukan, mengevaluasi, menggunakan, dan menciptakan informasi secara bijak dan kritis di dunia digital.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Jejak Digital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Rekam jejak seluruh riwayat aktivitas, unggahan, komentar, dan pencarian yang ditinggalkan pengguna saat menggunakan internet.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Hoaks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Informasi atau berita palsu yang sengaja disamarkan menyerupai kebenaran untuk menipu atau memprovokasi opini publik.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Cyberbullying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Tindakan perundungan, intimidasi, pelecehan, atau penghinaan yang dilakukan seseorang melalui media elektronik.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Netiket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Etika dan tata krama kesopanan dalam berkomunikasi dan berinteraksi di ruang internet.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