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D (KELAS 7)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7)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Algoritma dan Pemrograman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memahami lingkungan kerja dan blok instruksi pemrograman visual.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struktur sekuensial, percabangan, dan perulangan dalam kode blok.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membuat program animasi atau game edukasi interaktif menggunakan variabel dan sensor.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pemrograman visual berbasis blok (Block-based programming Scratch), struktur kontrol sekuensial, percabangan kondisional (if-else), perulangan (loop), variabel, dan pembuatan animasi/game interaktif.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Lingkungan Kerja Pemrograman Visual (Scratch)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Stage, Sprite, Code Blocks Palette, dan antarmuka Scratch.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Struktur Algoritma Sekuensial dan Gerak Sprite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blok kode gerak, suara, dan tampilan secara berurutan.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Struktur Kontrol Percabangan dan Perulangan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blok if-then-else, repeat, forever, dan operator logika perbandingan.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Variabel, Sensor, dan Proyek Game Edukasi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Membuat skor variabel, deteksi tabrakan (sensing), dan proyek game sederhana.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Blok kode pada Scratch yang digunakan untuk menjalankan suatu rangkaian perintah berulang-ulang tanpa henti selama program berjalan adalah blok...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repeat (10)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forever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if &lt;then&gt;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wait (1) seconds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Blok 'forever' adalah blok perulangan tak hingga (*infinite loop*) yang mengeksekusi kode di dalamnya terus-menerus sampai tombol stop merah ditekan.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Blok peristiwa (*Events*) yang paling umum diletakkan di awal susunan skrip agar program Scratch mulai berjalan saat bendera hijau diklik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when [space] key pressed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when green flag clicked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when this sprite clicked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broadcast [message1]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Blok 'when green flag clicked' adalah pemicu (*trigger event*) standar untuk memulai eksekusi proyek Scratch.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Jika seorang pembuat game ingin menambah nilai skor sebanyak 1 poin setiap kali Sprite menangkap apel, blok variabel yang digunakan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set [skor] to (0)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change [skor] by (1)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hide variable [skor]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show variable [skor]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Blok 'change [variabel] by (1)' berfungsi menambahkan nilai variabel yang ada dengan angka 1.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Untuk mendeteksi apakah Sprite menyentuh tepi layar panggung, blok sensor (*Sensing*) yang dimasukkan ke dalam kondisi if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&lt;touching [edge] ?&gt;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&lt;key [any] pressed ?&gt;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&lt;mouse down ?&gt;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&lt;distance to [mouse-pointer] &gt; 10&gt;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Blok boolean '&lt;touching [edge] ?&gt;' mendeteksi tabrakan fisik antara batas tubuh Sprite dengan tepi panggung (*edge*).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Keunggulan utama pemrograman visual berbasis blok dibandingkan pemrograman teks konvensional bagi pemula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Menghasilkan aplikasi komputer yang lebih rumit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Mencegah kesalahan pengetikan sintaksis (*syntax error*) karena blok tersusun pas seperti puzzle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Tidak memerlukan logika berpikir sama sekali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bisa dijalankan tanpa komputer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Pemrograman blok memungkinkan pembelajar fokus pada logika dan algoritma tanpa terhambat oleh kesalahan pengetikan tanda baca titik koma atau kurung (*syntax error*).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6: Algoritma dan Pemrograman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Lingkungan Kerja Pemrograman Visual (Scratch)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Stage, Sprite, Code Blocks Palette, dan antarmuka Scratch.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Struktur Algoritma Sekuensial dan Gerak Sprite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blok kode gerak, suara, dan tampilan secara berurutan.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Struktur Kontrol Percabangan dan Perulangan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blok if-then-else, repeat, forever, dan operator logika perbandingan.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Variabel, Sensor, dan Proyek Game Edukasi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Membuat skor variabel, deteksi tabrakan (sensing), dan proyek game sederhana.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Pemrograman adalah proses menulis instruksi terstruktur menggunakan bahasa yang dapat dimengerti komputer untuk memecahkan masalah atau menciptakan karya digital. Pemrograman visual berbasis blok (*block-based visual programming*) seperti Scratch memudahkan pemula mempelajari logika kode tanpa khawatir kesalahan sintaks ketik (*syntax error*).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Tiga struktur kontrol fundamental pemrograman mencakup struktur sekuensial (eksekusi baris demi baris berurutan), struktur percabangan (*conditional branching* dengan blok *if-then* dan *if-then-else*), serta struktur perulangan (*looping* dengan blok *repeat* dan *forever*).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Penggunaan variabel dan *event-driven programming* (aksi saat tombol spasi ditekan atau objek diklik) memungkinkan peserta didik merancang animasi interaktif, kuis edukasi, dan game sederhana secara kreatif dan kolaboratif.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Scratch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Platform lingkungan pemrograman visual berbasis blok interaktif yang dirancang khusus untuk pembelajaran koding pemula.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Sprite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Karakter atau objek grafis 2D dalam proyek Scratch yang dapat diprogram gerak dan perilakunya.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Looping (Perulangan)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Struktur kontrol kode yang menjalankan sekumpulan blok instruksi secara berulang-ulang sampai kondisi tertentu terpenuhi.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Kondisional (If-Else)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Struktur pengambilan keputusan yang mengeksekusi instruksi tertentu hanya jika suatu syarat bernilai benar.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Variabel Program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Tempat penyimpanan nilai data di memori program yang nilainya dapat berubah selama program berjalan (misal: variabel skor).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7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