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Analisis Data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menginput dan mengelola data pada aplikasi lembar kerja (spreadsheet).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fungsi formula statistik (SUM, AVERAGE, MAX, MIN, COUNT) dan logika 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hasil analisis data ke dalam grafik visual yang informatif.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pengumpulan data terstruktur, pembersihan dan validasi data, pengolahan lembar kerja spreadsheet menggunakan fungsi formula (SUM, AVERAGE, COUNT, MAX, MIN, IF), serta visualisasi grafik.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Data dan Lembar Kerja Spreadsheet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sel, baris, kolom, range, dan tipe data pada aplikasi spreadsheet.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Pembersihan Data dan Pengurutan (Sorting/Filtering)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Memfilter data dan mengurutkan data ascending/descending.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Fungsi Statistik Dasar (SUM, AVERAGE, COUNT, MAX, MIN)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Mengoperasikan formula matematika dan statistik pada tabel nilai.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Fungsi Logika IF dan Visualisasi Grafik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logika kelulusan bersyarat dan membuat grafik batang/garis otomatis.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Formula spreadsheet yang tepat untuk menghitung nilai rata-rata dari nilai sel B2 sampai B11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=SUM(B2:B11)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=AVERAGE(B2:B11)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=COUNT(B2:B11)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=MAX(B2:B11)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Fungsi =AVERAGE(range) digunakan khusus untuk menghitung rata-rata aritmetika dari sekumpulan data angka dalam rentang sel yang dipilih.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pada sel C2 tertulis rumus '=IF(B2&gt;=75; "Tuntas"; "Remedial")' dan nilai pada sel B2 adalah 82, hasil yang akan ditampilkan pada sel C2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Remedial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Tuntas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ERROR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Karena nilai B2 (82) lebih besar atau sama dengan 75 (kondisi TRUE), maka fungsi IF menghasilkan teks 'Tuntas'.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Fitur pada spreadsheet yang digunakan untuk menyaring baris data sehingga hanya menampilkan data yang memenuhi kriteria tertentu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Merge &amp; Center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Filter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Wrap Text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Conditional Formatting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Fitur Filter berfungsi menyaring dan menampilkan sebagian data tabel yang cocok dengan kriteria pilihan tanpa menghapus data lainnya.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Untuk mencari nilai tertinggi dari kumpulan nilai pada range D2:D20, fungsi formula yang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=MIN(D2:D20)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=MAX(D2:D20)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=TOP(D2:D20)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=HIGHEST(D2:D20)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Fungsi =MAX(range) adalah fungsi standar spreadsheet untuk menemukan nilai numerik terbesar (*maximum*) dalam suatu rentang.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Notasi 'B3:E8' dalam terminologi aplikasi lembar kerja merujuk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Pembagian nilai sel B3 dengan E8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Rentang area sel (*range*) dari sel B3 hingga sel E8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sheet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Rumus perkalian sel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Tanda titik dua (:) pada alamat sel spreadsheet menandai *range* atau blok persegi panjang sel dari sudut kiri atas (B3) hingga sudut kanan bawah (E8).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5: Analisis Data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Data dan Lembar Kerja Spreadsheet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sel, baris, kolom, range, dan tipe data pada aplikasi spreadsheet.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Pembersihan Data dan Pengurutan (Sorting/Filtering)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Memfilter data dan mengurutkan data ascending/descending.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Fungsi Statistik Dasar (SUM, AVERAGE, COUNT, MAX, MIN)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Mengoperasikan formula matematika dan statistik pada tabel nilai.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Fungsi Logika IF dan Visualisasi Grafik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logika kelulusan bersyarat dan membuat grafik batang/garis otomatis.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Analisis data adalah proses inspeksi, pembersihan, transformasi, dan pemodelan data untuk menemukan informasi bermakna, pola tren, dan mendukung pengambilan keputusan rasional berbasis bukti empiris.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Aplikasi lembar kerja (*spreadsheet* seperti Google Sheets atau Microsoft Excel) mengorganisasi data ke dalam sel-sel perpotongan baris dan kolom. Keterampilan memasukkan data terstruktur, mengatur tipe data (teks, angka, mata uang, tanggal), dan memvalidasi keabsahan data mencegah kekeliruan perhitungan.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Penguasaan formula dan fungsi matematika dasar (*SUM, AVERAGE, MAX, MIN, COUNT*) serta fungsi logika kondisional (*IF*) mempercepat pemrosesan data bervolume besar. Visualisasi data dalam format diagram batang dan garis memudahkan penyampaian pesan kuantitatif.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Spreadsheet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Aplikasi lembar kerja digital berupa kisi-kisi baris dan kolom untuk pengolahan data angka dan rumus matematika.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Cell (Sel)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Kotak perpotongan antara baris (angka) dan kolom (huruf) pada lembar kerja, misalnya sel B4.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Range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sekumpulan sel yang dipilih secara bersamaan, ditulis dengan tanda titik dua (contoh: A1:A10).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Fungsi AVERAGE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Formula bawaan spreadsheet yang digunakan untuk menghitung nilai rata-rata dari rentang data angka.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Fungsi 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Fungsi logika untuk menghasilkan nilai tertentu jika kondisi pengujian bernilai BENAR dan nilai lain jika SALAH.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