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Jaringan Komputer dan Internet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jenis-jenis jaringan komputer dan topologinya.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fungsi perangkat keras jaringan dan konektivitas internet.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praktik keamanan data dan perlindungan informasi pribadi di internet.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konsep jaringan lokal (LAN) dan internet (WAN), konektivitas kabel dan nirkabel/tethering, mekanisme routing dan IP address, enkripsi data dasar, serta perlindungan privasi siber.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Jaringan Komputer dan Internet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karakteristik LAN, MAN, WAN, dan jaringan internet global.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Media Transmisi dan Perangkat Jaringan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kabel serat optik, Wi-Fi, router, modem, switch, dan tethering ponsel.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Mekanisme Alamat IP dan Pengiriman Paket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konsep IP Address, DNS, dan pengiriman paket data digital.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Keamanan Data dan Perlindungan Privasi Siber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enkripsi HTTPS, bahaya serangan phishing, dan kebersihan siber.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Jaringan komputer yang menghubungkan komputer-komputer di dalam satu laboratorium sekolah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WAN (Wide Area Network)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 (Local Area Network)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MAN (Metropolitan Area Network)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Internet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LAN (*Local Area Network*) adalah jaringan berjangkauan lokal terbatas seperti ruangan lab, kelas, atau satu gedung sekolah.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Ikon gembok terkunci pada bilah alamat peramban web dan awalan URL 'https://' menunjukkan bahwa...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Situs web tersebut diblokir oleh pemerintah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Koneksi pengiriman data antara browser dan situs telah terenkripsi secara 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Komputer sedang tidak terhubung ke jaringan internet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Situs tersebut mengandung virus berbahaya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Protokol HTTPS dengan sertifikat SSL/TLS mengenkripsi komunikasi data antara pengguna dan server sehingga aman dari penyadapan pihak ketiga.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Perangkat jaringan yang berfungsi menghubungkan jaringan lokal rumah ke penyedia layanan internet (ISP) dengan mengubah sinyal analog ke digital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Kabel HDMI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Modem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Sound Card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Flashdisk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Modem (*Modulator Demodulator*) bertugas mengubah sinyal transmisi dari ISP menjadi sinyal digital yang dapat dipahami komputer dan router.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Fitur pada ponsel pintar yang memungkinkan perangkat lain (seperti laptop) berbagi koneksi data internet ponsel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Bluetooth Audio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Tethering / Hotspot Portabel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Airplane Mode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Screen Mirroring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Tethering atau Personal Hotspot membagikan koneksi internet seluler smartphone ke perangkat lain melalui pemancar Wi-Fi ponsel.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pencegahan yang paling efektif untuk melindungi akun digital dari kejahatan siber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kata sandi '123456' untuk semua akun agar mudah diingat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Mengaktifkan Autentikasi Dua Faktor (2FA) dan membuat kombinasi kata sandi yang unik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Membagikan kata sandi ke teman dekat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Mengklik semua tautan hadiah yang dikirim dari nomor tak dikenal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Autentikasi Dua Faktor (2FA) dan kombinasi password yang kuat (memadukan huruf besar, kecil, angka, simbol) memberikan proteksi ganda terhadap upaya peretasan akun.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4: Jaringan Komputer dan Internet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Jaringan Komputer dan Internet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karakteristik LAN, MAN, WAN, dan jaringan internet global.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Media Transmisi dan Perangkat Jaringan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kabel serat optik, Wi-Fi, router, modem, switch, dan tethering ponsel.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Mekanisme Alamat IP dan Pengiriman Paket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konsep IP Address, DNS, dan pengiriman paket data digital.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Keamanan Data dan Perlindungan Privasi Siber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enkripsi HTTPS, bahaya serangan phishing, dan kebersihan siber.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Jaringan komputer menghubungkan dua atau lebih perangkat komputer untuk saling bertukar data dan berbagi sumber daya seperti berkas, printer, dan akses internet. Jaringan lokal (*Local Area Network* / LAN) mencakup area terbatas seperti lab sekolah, sedangkan Internet adalah jaringan global yang menghubungkan miliaran komputer di seluruh dunia.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Koneksi jaringan memanfaatkan media transmisi berkabel (kabel UTP, serat optik) dan nirkabel (*wireless* Wi-Fi dan seluler 4G/5G). Perangkat jaringan seperti *router*, *switch*, dan *modem* bertugas merutekan paket data berdasarkan alamat IP (*Internet Protocol*) unik setiap perangkat.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Keamanan data di ruang siber menuntut pemahaman dasar enkripsi HTTPS dan perlindungan privasi. Peserta didik dilatih membuat kata sandi yang kuat (*strong password*), mewaspadai ancaman *phishing*, serta menghindari berbagi informasi pribadi di jaringan Wi-Fi publik terbuka.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Local Area Network, yaitu jaringan komputer berskala lokal dalam area geografis kecil seperti laboratorium sekolah atau rumah.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Router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Perangkat jaringan yang mengarahkan dan merutekan paket data antardua atau lebih jaringan komputer yang berbeda.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IP Address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Deretan angka biner unik yang menjadi identitas alamat setiap perangkat yang terhubung ke jaringan internet.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Phishing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penipuan siber yang memancing korban untuk memberikan data sensitif (kata sandi/PIN) melalui pesan atau situs tiruan palsu.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HTTPS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Hypertext Transfer Protocol Secure, yaitu protokol komunikasi web yang mengenkripsi data antara peramban dan server.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