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Sistem Komputer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komponen perangkat keras komputer dan fungsinya.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jenis perangkat lunak sistem operasi dan aplikasi.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siklus pemrosesan data dan interaksi antardua perangkat digital.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komponen perangkat keras (input, proses, output, storage), perangkat lunak (sistem operasi, aplikasi), interaksi antarperangkat (USB, Bluetooth, Wi-Fi), dan siklus pemrosesan data (IPO).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Komponen Perangkat Keras Komputer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fungsi CPU, RAM, ROM, Motherboard, GPU, dan media storage.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Perangkat Lunak Sistem Operasi dan Aplikasi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sistem operasi (Windows, Linux, Android) dengan perangkat lunak aplikasi.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Siklus Pemrosesan Data Komputer (IPOS)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alur Input -&gt; Processing -&gt; Output -&gt; Storage pada komputer.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Interaksi Antarperangkat dan Konektivitas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mekanisme transfer data melalui port USB, Bluetooth, dan Wi-Fi.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Komponen perangkat keras yang berfungsi sebagai otak utama pengendali dan pemroses seluruh instruksi perhitungan pada komputer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Power Supply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CPU (Processor)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Monitor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CPU (*Central Processing Unit*) atau prosesor bertanggung jawab memproses instruksi, mengontrol alur data, dan melakukan operasi perhitungan aritmetika dan logika.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Kelompok perangkat keras yang seluruhnya termasuk unit masukan (*input device*)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Monitor, printer, dan speaker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Keyboard, mouse, scanner, dan mikrofon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CPU, RAM, dan SSD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Flashdisk, proyektor, dan webcam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Keyboard, mouse, scanner, dan mikrofon adalah peranti masukan (*input*) yang berfungsi memasukkan data teks, gerak, gambar, dan suara ke dalam komputer.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Sifat memori RAM (*Random Access Memory*) yang membedakannya dari SSD (*Solid State Drive*)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Data tersimpan permanen meskipun komputer dimatikan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Bersifat *volatile*, yaitu data yang tersimpan akan hilang ketika komputer mati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bisa dibaca dan tidak bisa ditulis ulang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digunakan untuk menyimpan video saja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RAM bersifat *volatile* (sementara), yang artinya data di dalamnya akan terhapus seketika saat suplai daya listrik terputus (komputer dimatikan).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Program di bawah ini yang termasuk dalam kelompok Sistem Operasi (*Operating System*)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Microsoft Word dan Google Chrome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Linux, Windows, dan macOS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Adobe Photoshop dan VLC Player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Scratch dan Microsoft Excel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Linux, Microsoft Windows, macOS, and Android are Operating Systems, whereas Word, Chrome, and Photoshop are application software.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Teknologi konektivitas nirkabel jarak pendek yang lazim digunakan untuk menghubungkan headphone nirkabel atau mouse ke laptop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Kabel VGA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Bluetooth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Kabel LAN Ethernet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Port HDMI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Bluetooth adalah protokol komunikasi data nirkabel jarak pendek (sekitar 10 meter) yang efisien untuk periferal audio, mouse, dan transfer file antarperangkat.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3: Sistem Komputer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Komponen Perangkat Keras Komputer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fungsi CPU, RAM, ROM, Motherboard, GPU, dan media storage.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Perangkat Lunak Sistem Operasi dan Aplikasi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sistem operasi (Windows, Linux, Android) dengan perangkat lunak aplikasi.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Siklus Pemrosesan Data Komputer (IPOS)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alur Input -&gt; Processing -&gt; Output -&gt; Storage pada komputer.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Interaksi Antarperangkat dan Konektivitas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mekanisme transfer data melalui port USB, Bluetooth, dan Wi-Fi.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Sistem komputer adalah kesatuan terpadu yang terdiri atas perangkat keras (*hardware*), perangkat lunak (*software*), dan pengguna (*brainware*) yang saling berkolaborasi memproses data mentah menjadi informasi berharga.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Perangkat keras diklasifikasikan berdasarkan fungsinya: unit masukan (*input device* seperti keyboard dan mouse), unit pemrosesan (*central processing unit* / CPU dan RAM), unit keluaran (*output device* seperti monitor dan printer), serta unit penyimpanan sekunder (*secondary storage* seperti SSD dan flashdisk).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Siklus pemrosesan data mengikuti alur *Input - Process - Output - Storage* (IPOS). Komunikasi antarkomponen dihubungkan oleh *motherboard* dan antarmuka konektivitas kabel (USB, HDMI) maupun nirkabel (Bluetooth, Wi-Fi), yang diatur secara sentral oleh sistem operasi.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CPU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Central Processing Unit, yaitu otak komputer yang mengeksekusi instruksi program dan melakukan operasi aritmetika serta logika.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Random Access Memory, yaitu memori utama komputer yang bersifat sementara (*volatile*) untuk menyimpan data yang sedang diproses.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Storage Device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Media penyimpanan data permanen (*non-volatile*) seperti Hard Disk Drive (HDD) dan Solid State Drive (SSD).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Sistem Operasi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Perangkat lunak dasar yang bertugas mengelola seluruh sumber daya perangkat keras dan menyediakan antarmuka bagi aplikasi.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Brainware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Manusia yang mengoperasikan, memprogram, atau mengelola sistem komputer.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