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Teknologi Informasi dan Komunikasi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memanfaatkan fitur antarmuka grafis (GUI) dan pintasan keyboard sistem operasi.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mengelola struktur berkas dan folder secara sistematis.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membuat dokumen formal menggunakan aplikasi pengolah kata dan melakukan pencarian informasi digital secara efektif.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antarmuka grafis pengguna (GUI), manajemen struktur file dan folder pada sistem operasi, pemanfaatan aplikasi pengolah kata dan lembar kerja, serta etika penelusuran mesin pencari.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Antarmuka Pengguna Berbasis Grafis (GUI)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elemen GUI seperti desktop, window, icon, menu bar, dan shortcut keyboard.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Pengelolaan Berkas dan Struktur Direktori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hierarki folder, mengelola ekstensi berkas, dan backup data digital.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Aplikasi Pengolah Kata untuk Dokumen Formal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Mengatur margin, tipografi, tabel, daftar isi, dan format halaman laporan.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Mesin Pencari dan Evaluasi Informasi Daring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teknik penelusuran kata kunci efektif dan memilah sumber kredibel.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Kombinasi tombol keyboard yang digunakan untuk menyalin (*copy*) dan menempel (*paste*) teks atau berkas secara cepat pada sistem operasi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Ctrl + X dan Ctrl + V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Ctrl + C dan Ctrl + V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Ctrl + C dan Ctrl + 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Ctrl + Z dan Ctrl + 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Kombinasi Ctrl + C berfungsi untuk menyalin (*copy*) data ke clipboard, dan Ctrl + V berfungsi untuk menempelkan (*paste*) data tersebut.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Ekstensi file di bawah ini yang menunjukkan dokumen portabel standar cetak yang tata letak halamannya terkunci dan tidak mudah berubah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.mp3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.xlsx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.pdf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.exe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PDF (*Portable Document Format*) adalah format berkas dokumen digital standar yang mempertahankan tata letak, teks, dan grafis secara presisi pada perangkat apa pun.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Fitur pada aplikasi pengolah kata yang digunakan untuk membuat penomoran halaman otomatis di bagian bawah dokumen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Header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Footer dan Page Number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Watermark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Drop Cap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Footer berada di bagian bawah margin halaman, dan fitur Page Number diatur di area footer untuk memberikan penomoran halaman otomatis.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Jika ingin mencari artikel tentang revolusi bumi namun tidak ingin hasil pencarian memuat kata bulan di mesin pencari Google, format kata kunci yang tepat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revolusi bumi AND bulan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revolusi bumi -bulan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revolusi bumi OR bulan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"revolusi bumi bulan"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Operator tanda minus (-) di depan suatu kata kunci berfungsi untuk mengecualikan (*exclude*) kata tersebut dari hasil pencarian mesin pencari.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Manfaat utama membuat struktur hierarki folder bertingkat di dalam media penyimpanan komputer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kapasitas hard disk bertambah besar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Mempercepat komputer saat terhubung ke internet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Memudahkan pencarian dan pengelompokan arsip data secara rapi dan aman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Mencegah komputer terkena pemadaman listrik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Hierarki folder (seperti memisahkan folder Tugas Sekolah -&gt; Kelas 7 -&gt; Informatika) membuat dokumen terorganisasi rapi dan cepat ditemukan kembali saat dibutuhkan.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2: Teknologi Informasi dan Komunikasi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Antarmuka Pengguna Berbasis Grafis (GUI)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elemen GUI seperti desktop, window, icon, menu bar, dan shortcut keyboard.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Pengelolaan Berkas dan Struktur Direktori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hierarki folder, mengelola ekstensi berkas, dan backup data digital.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Aplikasi Pengolah Kata untuk Dokumen Formal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Mengatur margin, tipografi, tabel, daftar isi, dan format halaman laporan.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Mesin Pencari dan Evaluasi Informasi Daring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teknik penelusuran kata kunci efektif dan memilah sumber kredibel.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Teknologi Informasi dan Komunikasi (TIK) menyediakan perangkat keras dan perangkat lunak yang memungkinkan pengguna mengolah, menyimpan, dan menyebarkan informasi. Sistem operasi modern menyediakan antarmuka pengguna berbasis grafis (*Graphical User Interface* / GUI) yang intuitif melalui ikon, jendela, dan menu interaktif.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Keterampilan manajemen berkas (*file management*) melalui pengorganisasian hierarki folder, penamaan berkas terstandar, dan pemahaman ekstensi format berkas (.docx, .xlsx, .pdf, .png) menjaga kerapian arsip digital dan mencegah kehilangan data.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Aplikasi perkantoran seperti pengolah kata (*word processor*) dan aplikasi presentasi digunakan untuk menyusun laporan akademik terstruktur. Penggunaan mesin pencari (*search engine*) dengan kata kunci spesifik dan operator pencarian logis (*AND, OR, minus*) meningkatkan efisiensi literasi digital.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GUI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Graphical User Interface, yaitu antarmuka visual berbasis grafis (ikon, tombol, menu) untuk mempermudah interaksi pengguna dengan komputer.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Ekstensi File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Sufiks akhiran nama file yang menunjukkan format dan jenis aplikasi pembukanya (contoh: .docx, .jpg, .pdf).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Manajemen Berkas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sistematis dalam membuat, menyimpan, menamai, menyalin, dan mengorganisasi file ke dalam direktori folder.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Shortcut Keyboard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Kombinasi tombol papan ketik untuk mengeksekusi perintah komputer secara cepat (contoh: Ctrl+C, Ctrl+V).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Search Engine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Program berbasis web yang mengindeks dan mencari dokumen atau informasi di internet berdasarkan kata kunci tertentu.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