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4 pilar fondasi berpikir komputasional.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dekomposisi dan abstraksi untuk menyelesaikan persoalan komputasi diskrit.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langkah algoritma terstruktur untuk menyelesaikan tantangan logika.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4 pilar berpikir komputasional (dekomposisi, pengenalan pola, abstraksi, algoritma), pemecahan masalah diskrit terstruktur, optimasi penjadwalan, dan representasi data.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Dasar dan 4 Pilar Berpikir Komputasional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dekomposisi, pengenalan pola, abstraksi, dan algoritma.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Penyelesaian Masalah dengan Dekomposisi dan Abstraksi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Memecah masalah sistemik dan memilah variabel esensial dalam studi kasus 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Pengenalan Pola dan Representasi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Mengenali pola berulang pada deret angka/grafik dan menyusun representasi simbolik.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Optimasi Penjadwalan dan Logika Algoritmik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tantangan logika Bebras, optimasi rute, dan penyusunan instruksi terstruktur.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Ketika merancang aplikasi resep masakan, seorang programmer memutuskan untuk memecah sistem menjadi modul belanja bahan, modul pemotongan, dan modul perebusan. Tindakan ini merupakan penerapan dari pilar...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Abstraksi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Dekomposisi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Pengenalan pola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Debugging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Dekomposisi adalah teknik memecah masalah besar atau sistem yang kompleks menjadi bagian-bagian kecil yang lebih mudah dikerjakan secara terpisah.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melihat peta rute jalur transportasi bus kota, garis-garis jalan kecil dan bangunan diabaikan, hanya halte dan jalur utama yang ditampilkan. Konsep berpikir komputasional yang diterapkan pada peta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Abstraksi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Dekomposisi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Algoritma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Enkripsi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Abstraksi menghilangkan detail yang tidak relevan (bangunan sekitar) dan hanya menampilkan informasi inti (rute dan halte) agar sistem mudah dipahami.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Seorang kurir harus mengantarkan paket ke 4 alamat berbeda dengan memilih rute terpendek agar hemat waktu dan bensin. Masalah ini merupakan contoh persoalan optimasi...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Pengenalan pola wajah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Pencarian jalur terpendek (*shortest path*)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Dekomposisi teks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Kompresi data suara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Penentuan rute kurir terpendek adalah persoalan optimasi pencarian lintasan terpendek (*shortest path problem*) dalam teori graf komputasi.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Karakteristik utama dari suatu algoritma yang baik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Harus ditulis menggunakan bahasa pemrograman Python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Langkah-langkahnya jelas, logis, tidak ambigu, dan memiliki titik henti (*terminasi*)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instruksi tanpa batas waktu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dapat dimengerti oleh mesin komputer berkecepatan tinggi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Algoritma wajib memiliki ketetapan instruksi yang jelas (definiteness), tidak ambigu, dan berakhir setelah sejumlah langkah terhingga (finiteness).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Melihat keteraturan bahwa setiap bilangan genap selalu habis dibagi 2 dan berakhiran 0, 2, 4, 6, atau 8 merupakan bentuk keterampilan...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Dekomposisi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Pengenalan Pola (*Pattern Recognition*)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Abstraksi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Kompilasi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Mengidentifikasi kesamaan ciri atau keteraturan pada sekumpulan data adalah esensi dari pengenalan pola (*pattern recognition*).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1: Berpikir Komputasional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Dasar dan 4 Pilar Berpikir Komputasional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dekomposisi, pengenalan pola, abstraksi, dan algoritma.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Penyelesaian Masalah dengan Dekomposisi dan Abstraksi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Memecah masalah sistemik dan memilah variabel esensial dalam studi kasus 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Pengenalan Pola dan Representasi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Mengenali pola berulang pada deret angka/grafik dan menyusun representasi simbolik.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Optimasi Penjadwalan dan Logika Algoritmik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tantangan logika Bebras, optimasi rute, dan penyusunan instruksi terstruktur.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Berpikir Komputasional (*Computational Thinking*) adalah metode pemecahan masalah yang merumuskan persoalan dan solusinya sedemikian rupa sehingga dapat dieksekusi secara efektif oleh agen pemroses informasi, baik manusia maupun komputer.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Empat fondasi utama berpikir komputasional meliputi dekomposisi (memecah persoalan kompleks menjadi sub-masalah kecil), pengenalan pola (*pattern recognition*), abstraksi (menyaring detail yang tidak relevan dan berfokus pada informasi penting), serta perancangan algoritma langkah demi langkah.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berpikir komputasional melatih peserta didik menyelesaikan teka-teki logika diskrit, merancang jalur rute terpendek (*shortest path*), mengoptimalkan antrean pelayanan, dan menyusun strategi logis dalam kehidupan sehari-hari.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Berpikir Komputasional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memecahkan masalah kompleks dengan pendekatan logis dan sistematis ala ilmu komputer.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Dekomposisi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memecah masalah besar atau sistem rumit menjadi bagian-bagian yang lebih kecil dan mudah dikelola.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Abstraksi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mengabaikan detail yang tidak esensial untuk memfokuskan perhatian pada pola dan informasi utama.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Pengenalan Pola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melihat kesamaan, keteraturan, atau tren berulang pada data atau masalah yang dihadapi.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Algoritma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Urutan langkah-langkah logis dan terhingga yang disusun secara sistematis untuk menyelesaikan suatu tugas.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