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Rekayasa Perangkat Lunak dan Pengembangan Aplikasi Web Modern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tahapan Siklus Hidup Pengembangan Perangkat Lunak (SDLC: Analisis, Desain, Implementasi, Pengujian, Deployment).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arsitektur aplikasi berbasis Model-View-Controller (MVC) dan komunikasi data REST API (JSON, HTTP Methods).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Membangun prototipe aplikasi web fungsional yang menghubungkan antarmuka pengguna (frontend) dengan logika server (backend).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Menerapkan siklus pengembangan perangkat lunak (SDLC), arsitektur Client-Server / MVC, dan perancangan REST API pada aplikasi web terintegrasi.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Siklus Hidup Perangkat Lunak (SDLC) dan Metodologi Agile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Perbandingan model Waterfall dan Agile/Scrum, penyusunan User Stories, Use Case Diagram, dan Wireframing UI.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Arsitektur MVC dan Pola Desain Web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Pemisahan tanggung jawab: Model (pengelolaan data), View (antarmuka presentasi), dan Controller (logika bisnis).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Perancangan RESTful API dan Format Pertukaran Data JSON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Endpoints URL terstandar, HTTP Status Codes (200, 201, 400, 404, 500), payload JSON, dan pengujian API via HTTP client.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arsitektur Model-View-Controller (MVC), komponen yang bertanggung jawab langsung untuk berkomunikasi dengan basis data dan menerapkan aturan validasi data bisnis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View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Model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Controller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Router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Model adalah komponen yang memegang representasi struktur data, berinteraksi langsung dengan basis data, dan menerapkan logika validasi entitas bisnis.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Ketika aplikasi web mengirimkan data formulir pendaftaran pengguna baru ke server backend melalui REST API, metode HTTP yang paling tepat dan terstandar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DELETE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HEAD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Metode HTTP POST dirancang standar untuk membuat atau mengirimkan sumber daya baru (create resource) ke server backend.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sebuah klien web meminta halaman profil pengguna dengan ID tertentu namun server tidak menemukan data tersebut di basis data, status HTTP code yang semestinya dikembalikan oleh server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200 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404 Not Found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500 Internal Server Error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301 Moved Permanently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Kode status HTTP 404 Not Found secara universal menandakan bahwa sumber daya yang diminta oleh klien tidak dapat ditemukan di server.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Manakah potongan teks berikut yang merupakan format data JSON yang valid?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`&lt;user&gt;&lt;id&gt;1&lt;/id&gt;&lt;name&gt;Aji&lt;/name&gt;&lt;/user&gt;`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`{"id": 1, "name": "Aji", "isActive": true}`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`[id = 1; name = 'Aji'; isActive = True]`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`user: id =&gt; 1, name =&gt; Aji`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Format JSON yang valid menggunakan kurung kurawal `{}` dengan pasangan key-value bertanda kutip ganda `"key": value` dan pemisah koma.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Keunggulan utama penerapan metodologi 'Agile / Scrum' dibandingkan metode tradisional 'Waterfall' dalam pengembangan aplikasi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Menghilangkan kebutuhan untuk melakukan pengujian perangkat lunak sama sekali.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Kemampuan untuk merilis fitur aplikasi secara berulang (iteratif) dan fleksibel merespons perubahan kebutuhan pengguna yang dinamis.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Memastikan proyek selesai dalam waktu tepat 1 jam.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memerlukan adanya pemrogram atau desainer dalam tim.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Agile berfokus pada siklus pengembangan sprint berkala pendek (1–4 minggu), iterasi cepat, dan adaptabilitas tinggi terhadap umpan balik pengguna.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Rekayasa Perangkat Lunak dan Pengembangan Aplikasi Web Modern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Siklus Hidup Perangkat Lunak (SDLC) dan Metodologi Agile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Perbandingan model Waterfall dan Agile/Scrum, penyusunan User Stories, Use Case Diagram, dan Wireframing UI.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Arsitektur MVC dan Pola Desain Web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Pemisahan tanggung jawab: Model (pengelolaan data), View (antarmuka presentasi), dan Controller (logika bisnis).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Perancangan RESTful API dan Format Pertukaran Data JSON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Endpoints URL terstandar, HTTP Status Codes (200, 201, 400, 404, 500), payload JSON, dan pengujian API via HTTP client.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Rekayasa Perangkat Lunak (*Software Engineering*) merupakan disiplin ilmu yang menerapkan pendekatan sistematis, terstruktur, dan terukur dalam merancang, membangun, menguji, dan memelihara aplikasi digital. Pada jenjang SMA Kelas 12, peserta didik mempelajari bagaimana mentransformasikan kebutuhan pengguna (*user requirements*) menjadi solusi perangkat lunak yang andal, aman, dan dapat dikembangkan (*scalable*).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mengupas arsitektur komputasi modern seperti model *Client-Server*, pola perancangan *Model-View-Controller* (MVC), serta mekanisme integrasi antarsistem melalui *Representational State Transfer Application Programming Interface* (REST API). Peserta didik memahami peran protokol HTTP (metode GET, POST, PUT, DELETE) dan format pertukaran data standar JSON (*JavaScript Object Notation*).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dibekali dengan praktik pengujian perangkat lunak (*software testing*) untuk menemukan *bugs*, pengujian fungsionalitas antarmuka (UI/UX testing), serta prinsip *Clean Code* dan dokumentasi teknis yang memudahkan kolaborasi dalam tim pengembang.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SDLC (Software Development Life Cycle)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Kerangka kerja terstruktur yang mendefinisikan tahapan pembuatan aplikasi dari analisis kebutuhan hingga pemeliharaan sistem.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MVC (Model-View-Controller)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arsitektur perangkat lunak yang memisahkan logika data (Model), tampilan pengguna (View), dan pemrosesan alur (Controller).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REST API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arsitektur antarmuka program aplikasi berbasis web yang memanfaatkan metode HTTP standar untuk manipulasi sumber daya (*resources*).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JSON (JavaScript Object Notation)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Format teks ringan berbasis pasangan kunci-nilai (key-value) yang digunakan secara universal untuk pertukaran data antaraplikasi.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HTTP Status Code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Kode respon standar dari server web yang mengindikasikan status keberhasilan atau kegagalan permintaan HTTP (misal 200 OK, 404 Not Found).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