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Pemrograman Berorientasi Objek (OOP) dengan Python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konsep dan keunggulan paradigma Pemrograman Berorientasi Objek (OOP).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mengimplementasikan class, enkapsulasi, pewarisan, dan polimorfisme dalam kode Python.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aplikasi berbasis OOP yang tangguh dengan penanganan exception dan manipulasi berkas.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Paradigma Pemrograman Berorientasi Objek (Object-Oriented Programming/OOP) dengan Python: Class, Object, Constructor (__init__), Enkapsulasi, Pewarisan (Inheritance), Polimorfisme, Error/Exception Handling, dan Operasi File I/O.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Konsep Class, Object, dan Constructor (__init__) pada Python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Mendefinisikan cetak biru (class), instansiasi objek, dan inisialisasi atribut dengan parameter self.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Pilar Enkapsulasi dan Pengamanan Atribut Objek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atribut privat (__variabel), method getter-setter, dan proteksi data internal.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Pewarisan (Inheritance) dan Polimorfisme (Method Overriding)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hierarki kelas induk-anak, fungsi super(), dan overriding metode antarkelas turunan.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Penanganan Eksepsi (Try-Except) dan Operasi File I/O Persisten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Mencegah program crash akibat runtime error serta membaca dan menulis berkas data .txt/.csv/json.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Metode spesial (*constructor*) dalam bahasa Python yang otomatis dieksekusi pertama kali saat sebuah objek baru diinstansiasi dari class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__init__(self, ...)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__main__(self)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create_object()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start_instance()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`def __init__(self):` adalah metode konstruktor bawaan Python untuk menginisialisasi atribut instansi objek baru.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Cara membuat atribut privat pada kelas Python agar tidak dapat diakses atau diubah sembarangan dari luar kelas adalah dengan memberi awalan...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Dua garis bawah (double underscore), contoh: self.__saldo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Tanda pagar (hashtag), contoh: self.#saldo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Tanda seru ganda, contoh: self.!!saldo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Huruf kapital semua, contoh: self.SALDO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Awalan double underscore `__variabel` memicu *name mangling* di Python yang memproteksi variabel sebagai atribut privat.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Fungsi bawaan `super()` dalam kelas turunan (subclass) Python digunakan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Memanggil metode atau konstruktor dari kelas induk (superclass)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seluruh memori program secara paksa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hak akses komputer menjadi administrator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Menggandakan kecepatan eksekusi prosesor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`super().__init__()` memanggil konstruktor atau metode kelas induk untuk memastikan inisialisasi properti induk berjalan tertib.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Blok kode Python yang digunakan untuk menangkap potensi galat (*runtime exception*) seperti pembagian dengan nol agar program tidak berhenti mendadak (*crash*)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try ... except ... finally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if ... elif ... else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while ... do ... loop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switch ... case ... default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Struktur `try-except` menangkap exception pada saat eksekusi (*runtime error*) dan mengeksekusi penanganan kesalahan secara anggun.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Sintaks Python yang paling disarankan dan aman untuk membuka berkas teks agar tertutup otomatis setelah operasi selesai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with open('data.txt', 'r') as file: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file = open('data.txt', 'r')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read_all_data('data.txt')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import data.txt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Pernyataan `with open(...)` bertindak sebagai *context manager* yang menjamin berkas otomatis ditutup meski terjadi galat.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6: Pemrograman Berorientasi Objek (OOP) dengan Python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Konsep Class, Object, dan Constructor (__init__) pada Python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Mendefinisikan cetak biru (class), instansiasi objek, dan inisialisasi atribut dengan parameter self.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Pilar Enkapsulasi dan Pengamanan Atribut Objek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atribut privat (__variabel), method getter-setter, dan proteksi data internal.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Pewarisan (Inheritance) dan Polimorfisme (Method Overriding)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hierarki kelas induk-anak, fungsi super(), dan overriding metode antarkelas turunan.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Penanganan Eksepsi (Try-Except) dan Operasi File I/O Persisten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Mencegah program crash akibat runtime error serta membaca dan menulis berkas data .txt/.csv/json.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Pemrograman Berorientasi Objek (*Object-Oriented Programming* / OOP) merupakan paradigma rekayasa perangkat lunak modern yang menyusun kode program ke dalam modul-modul objek nyata. Objek menggabungkan atribut (*state/variabel*) dan metode (*behavior/fungsi*) ke dalam satu kesatuan terpadu.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Empat pilar utama OOP meliputi: Abstraksi (menyembunyikan detail kerumitan internal), Enkapsulasi (*data hiding* menggunakan atribut privat/proteksi), Pewarisan (*Inheritance* yang memungkinkan kelas anak mewarisi sifat kelas induk demi efisiensi kode), dan Polimorfisme (*Polymorphism* atau *method overriding*).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Penerapan sintaks Python OOP mengkaji konstruktor `__init__`, parameter `self`, penanganan galat (*Exception Handling* `try-except-finally`), serta operasi pembacaan dan penulisan berkas (*File I/O*) teks/JSON secara persisten.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Class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Cetak biru (*blueprint*) atau templat yang mendefinisikan atribut dan metode yang akan dimiliki oleh objek instansiasinya.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Object (Objek)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Wujud nyata (*instance*) dari suatu kelas yang memiliki keadaan (*state*) spesifik dan perilaku (*behavior*).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Enkapsulasi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pembungkusan data atribut dan metode di dalam kelas serta pembatasan akses langsung dari luar kelas (*data hiding*).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Inheritance (Pewarisan)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Mekanisme di mana sebuah kelas baru (subclass) mewarisi atribut dan metode dari kelas yang sudah ada (superclass).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Polymorphism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metode dengan nama yang sama untuk melakukan aksi berbeda pada kelas-kelas turunan yang berlainan (*method overriding*).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