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Analisis Data: Big Data dan Machine Learning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 Big Data, siklus CRISP-DM, dan etika privasi pengolahan data.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pembersihan data dan eksplorasi visualisasi data statistik menggunakan pustaka Python.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melatih dan mengevaluasi model pembelajaran mesin sederhana (Regresi Linear dan KNN).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Big Data (5V), siklus pemrosesan data (CRISP-DM), pembersihan data (data wrangling) dengan Python Pandas, visualisasi data eksploratif (EDA), serta algoritma Machine Learning sederhana (Regresi Linear dan K-Nearest Neighbors).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Karakteristik Big Data (5V) dan Metodologi Standar CRISP-DM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skala data raksasa dan siklus hidup perancangan proyek analitik data modern.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Persiapan dan Pembersihan Data (Data Wrangling) dengan Python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Menangani nilai hilang (missing values), duplikasi data, dan normalisasi tipe data dengan Pandas.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Analisis Data Eksploratif (EDA) dan Visualisasi Statistik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diagram scatter plot, histogram, boxplot, dan korelasi matriks menggunakan Matplotlib/Seaborn.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Pengenalan Algoritma Machine Learning (Regresi Linear dan K-NN)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Membangun model prediksi sederhana, pembagian data latih-uji (train-test split), dan metrik akurasi.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Dimensi 'Veracity' dalam konsep Big Data 5V mengacu pada karakteristik...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Tingkat keabsahan, kebersihan, keandalan, dan akurasi kebenaran data dari bias atau distorsi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Besarnya ukuran kapasitas hard disk dalam satuan terabyte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Kecepatan transmisi aliran data per detik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Banyaknya variasi format foto dan video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Veracity menitikberatkan pada kualitas, integritas, dan keandalan data dari kebisingan (noise) dan ketidakakuratan.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Fungsi utama dari tahap 'Data Preparation / Cleaning' dalam siklus proyek CRISP-DM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Menangani data hilang (missing values), menghapus duplikasi, dan menstandarkan format data sebelum masuk pemodelan machine learning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Mematikan komputer setelah selesai bekerja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Mengunggah seluruh data rahasia ke media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seluruh isi tabel menjadi angka nol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Data cleaning memastikan model machine learning tidak mempelajari pola sampah (*garbage in, garbage out*).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Algoritma Machine Learning 'K-Nearest Neighbors' (KNN) mengklasifikasikan sampel data baru berdasarkan...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Kategori mayoritas dari sejumlah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tetangga data terdekat yang diukur melalui jarak Euclidean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Tebakan angka acak komputer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Urutan alfabetis nama pemilik data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total baris dalam basis data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KNN mengukur jarak geometris (misal Euclidean Distance) ke titik data terdekat dan memilih kelas terbanyak dari tetangga </w:t>
      </w:r>
      <m:oMath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terdekat.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Mengapa dataset wajib dipisahkan menjadi data latih (training set) dan data uji (test set)?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Untuk menguji kemampuan generalisasi model pada data baru yang belum pernah dilihat dan mencegah fenomena overfitting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Agar ukuran file memori menjadi dua kali lipat lebih berat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karena kebiasaan tanpa tujuan teknis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Untuk memperlambat proses kalkulasi prosesor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Evaluasi pada data uji terpisah memastikan model memiliki akurasi prediktif nyata (*unseen data*) tanpa overfitting.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Visualisasi statistik yang paling cocok untuk menampilkan hubungan korelasi dan sebaran titik data antara dua variabel kontinu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Scatter Plot (Diagram Pencar)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Pie Chart (Diagram Lingkaran)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Donut Chart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Teks Hitam Putih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Scatter plot menampilkan pasangan titik koordinat </w:t>
      </w:r>
      <m:oMath>
        <m:r>
          <m:t>(</m:t>
        </m:r>
        <m:r>
          <m:t>x</m:t>
        </m:r>
        <m:r>
          <m:t>,</m:t>
        </m:r>
        <m:r>
          <m:t>y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untuk memperlihatkan tren hubungan korelasi positif/negatif antarvariabel.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5: Analisis Data: Big Data dan Machine Learning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Karakteristik Big Data (5V) dan Metodologi Standar CRISP-DM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skala data raksasa dan siklus hidup perancangan proyek analitik data modern.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Persiapan dan Pembersihan Data (Data Wrangling) dengan Python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Menangani nilai hilang (missing values), duplikasi data, dan normalisasi tipe data dengan Pandas.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Analisis Data Eksploratif (EDA) dan Visualisasi Statistik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diagram scatter plot, histogram, boxplot, dan korelasi matriks menggunakan Matplotlib/Seaborn.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Pengenalan Algoritma Machine Learning (Regresi Linear dan K-NN)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Membangun model prediksi sederhana, pembagian data latih-uji (train-test split), dan metrik akurasi.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era ledakan informasi, data merupakan aset strategis baru (*the new oil*) yang mendorong pengambilan keputusan berbasis bukti di seluruh sektor industri dan sains. Karakteristik *Big Data* didefinisikan oleh prinsip 5V: *Volume* (skala raksasa), *Velocity* (kecepatan arus tinggi), *Variety* (ragam format terstruktur/tidak terstruktur), *Veracity* (keaslian data), dan *Value* (nilai manfaat).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Tahapan analisis data mengikuti metodologi standar seperti CRISP-DM (*Cross-Industry Standard Process for Data Mining*): memahami bisnis, memahami data, persiapan data (*data cleaning/wrangling*), pemodelan (*modeling*), evaluasi (*evaluation*), dan penerapan (*deployment*).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Mesin (*Machine Learning*) memungkinkan komputer belajar dari pola data tanpa diprogram secara eksplisit. Siswa mempelajari implementasi model *Supervised Learning* meliputi Regresi Linear untuk prediksi nilai kontinu dan algoritma *K-Nearest Neighbors* (KNN) untuk klasifikasi kelompok data.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Big Data 5V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Lima pilar dimensi data raksasa: Volume (kapasitas), Velocity (laju kecepatan), Variety (keberagaman), Veracity (akurasi keabsahan), dan Value (nilai guna).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Wrangling (Cleaning)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membersihkan, menyusun ulang, dan mentransformasikan data mentah yang berantakan menjadi format siap analisis.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Exploratory Data Analysis (EDA)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Pendekatan analisis kumpulan data untuk merangkum karakteristik utamanya seringkali dengan metode visualisasi grafik.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K-Nearest Neighbors (KNN)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Algoritma supervised learning yang mengklasifikasikan data baru berdasarkan mayoritas label dari </w:t>
            </w:r>
            <m:oMath>
              <m:r>
                <m:t>k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tetangga terdekatnya dalam ruang vektor.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Train-Test Split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Pembagian dataset menjadi data latih (training set untuk membangun model) dan data uji (testing set untuk mengukur akurasi performa model).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