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Sistem Komputer: Arsitektur Multi-Core dan Sistem Operasi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arsitektur sistem komputer Von Neumann dan siklus eksekusi instruksi CPU.</w:t>
      </w:r>
    </w:p>
    <w:p>
      <w:pPr>
        <w:pStyle w:val="ListNumber"/>
      </w:pPr>
      <w:r>
        <w:rPr>
          <w:rFonts w:ascii="Calibri" w:hAnsi="Calibri"/>
          <w:b w:val="0"/>
          <w:i w:val="0"/>
          <w:color w:val="000000"/>
          <w:sz w:val="19"/>
        </w:rPr>
        <w:t>Peserta didik mampu membedakan konsep multiprocessing, multithreading, dan arsitektur inti prosesor multi-core.</w:t>
      </w:r>
    </w:p>
    <w:p>
      <w:pPr>
        <w:pStyle w:val="ListNumber"/>
      </w:pPr>
      <w:r>
        <w:rPr>
          <w:rFonts w:ascii="Calibri" w:hAnsi="Calibri"/>
          <w:b w:val="0"/>
          <w:i w:val="0"/>
          <w:color w:val="000000"/>
          <w:sz w:val="19"/>
        </w:rPr>
        <w:t>Peserta didik mampu menganalisis fungsi sistem operasi dalam penjadwalan proses dan manajemen memori virtual.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Arsitektur Von Neumann modern, prosesor multi-core, pemrosesan paralel (multiprocessing vs multithreading), mekanisme kerja sistem operasi (penjadwalan CPU, manajemen memori virtual, dan sistem berkas).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Arsitektur Von Neumann Modern dan Siklus Instruksi Mesin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siklus Fetch, Decode, Execute, dan peran register Program Counter (PC) serta ALU.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Arsitektur Multi-Core, Multiprocessing, dan Multithreading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konkurensi alur eksekusi (threads) dengan komputasi paralel pada inti CPU fisik ganda.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Manajemen Proses dan Algoritma Penjadwalan CPU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rata-rata waiting time pada algoritma First Come First Served (FCFS) dan Round Robin.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Manajemen Memori Virtual dan Struktur Sistem Berkas (File System)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mekanisme Paging, Page Fault, swap memory, dan sistem partisi berkas (NTFS, EXT4, FAT32).</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Urutan siklus instruksi dasar yang dilakukan oleh CPU dalam mengeksekusi setiap instruksi mesin adalah...</w:t>
      </w:r>
    </w:p>
    <w:p>
      <w:pPr>
        <w:spacing w:before="0" w:after="20"/>
        <w:ind w:left="576"/>
      </w:pPr>
      <w:r>
        <w:rPr>
          <w:rFonts w:ascii="Calibri" w:hAnsi="Calibri"/>
          <w:b w:val="0"/>
          <w:i w:val="0"/>
          <w:color w:val="000000"/>
          <w:sz w:val="18"/>
        </w:rPr>
        <w:t>Fetch (Ambil) -&gt; Decode (Terjemahkan) -&gt; Execute (Eksekusi)</w:t>
      </w:r>
    </w:p>
    <w:p>
      <w:pPr>
        <w:spacing w:before="0" w:after="20"/>
        <w:ind w:left="576"/>
      </w:pPr>
      <w:r>
        <w:rPr>
          <w:rFonts w:ascii="Calibri" w:hAnsi="Calibri"/>
          <w:b w:val="0"/>
          <w:i w:val="0"/>
          <w:color w:val="000000"/>
          <w:sz w:val="18"/>
        </w:rPr>
        <w:t>Execute -&gt; Decode -&gt; Fetch</w:t>
      </w:r>
    </w:p>
    <w:p>
      <w:pPr>
        <w:spacing w:before="0" w:after="20"/>
        <w:ind w:left="576"/>
      </w:pPr>
      <w:r>
        <w:rPr>
          <w:rFonts w:ascii="Calibri" w:hAnsi="Calibri"/>
          <w:b w:val="0"/>
          <w:i w:val="0"/>
          <w:color w:val="000000"/>
          <w:sz w:val="18"/>
        </w:rPr>
        <w:t>Compile -&gt; Link -&gt; Build</w:t>
      </w:r>
    </w:p>
    <w:p>
      <w:pPr>
        <w:spacing w:before="0" w:after="20"/>
        <w:ind w:left="576"/>
      </w:pPr>
      <w:r>
        <w:rPr>
          <w:rFonts w:ascii="Calibri" w:hAnsi="Calibri"/>
          <w:b w:val="0"/>
          <w:i w:val="0"/>
          <w:color w:val="000000"/>
          <w:sz w:val="18"/>
        </w:rPr>
        <w:t>Save -&gt; Print -&gt; Delete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Siklus instruksi CPU fundamental: Mengambil instruksi dari RAM (Fetch), Menerjemahkan opcode (Decode), lalu Menjalankannya di ALU/Register (Execute).</w:t>
      </w:r>
    </w:p>
    <w:p>
      <w:pPr>
        <w:spacing w:before="80" w:after="40"/>
        <w:ind w:left="216"/>
      </w:pPr>
      <w:r>
        <w:rPr>
          <w:rFonts w:ascii="Calibri" w:hAnsi="Calibri"/>
          <w:b/>
          <w:color w:val="000000"/>
          <w:sz w:val="19"/>
        </w:rPr>
        <w:t xml:space="preserve">2. </w:t>
      </w:r>
      <w:r>
        <w:rPr>
          <w:rFonts w:ascii="Calibri" w:hAnsi="Calibri"/>
          <w:b w:val="0"/>
          <w:i w:val="0"/>
          <w:color w:val="000000"/>
          <w:sz w:val="19"/>
        </w:rPr>
        <w:t>Perbedaan utama antara konsep Multiprocessing dengan Multithreading adalah...</w:t>
      </w:r>
    </w:p>
    <w:p>
      <w:pPr>
        <w:spacing w:before="0" w:after="20"/>
        <w:ind w:left="576"/>
      </w:pPr>
      <w:r>
        <w:rPr>
          <w:rFonts w:ascii="Calibri" w:hAnsi="Calibri"/>
          <w:b w:val="0"/>
          <w:i w:val="0"/>
          <w:color w:val="000000"/>
          <w:sz w:val="18"/>
        </w:rPr>
        <w:t>Multiprocessing memanfaatkan beberapa inti/core CPU fisik secara bersamaan, sedangkan Multithreading membagi alur kerja dalam satu proses aplikasi</w:t>
      </w:r>
    </w:p>
    <w:p>
      <w:pPr>
        <w:spacing w:before="0" w:after="20"/>
        <w:ind w:left="576"/>
      </w:pPr>
      <w:r>
        <w:rPr>
          <w:rFonts w:ascii="Calibri" w:hAnsi="Calibri"/>
          <w:b w:val="0"/>
          <w:i w:val="0"/>
          <w:color w:val="000000"/>
          <w:sz w:val="18"/>
        </w:rPr>
        <w:t>Multiprocessing hanya berjalan pada komputer tanpa sistem operasi</w:t>
      </w:r>
    </w:p>
    <w:p>
      <w:pPr>
        <w:spacing w:before="0" w:after="20"/>
        <w:ind w:left="576"/>
      </w:pPr>
      <w:r>
        <w:rPr>
          <w:rFonts w:ascii="Calibri" w:hAnsi="Calibri"/>
          <w:b w:val="0"/>
          <w:i w:val="0"/>
          <w:color w:val="000000"/>
          <w:sz w:val="18"/>
        </w:rPr>
        <w:t>Multithreading membutuhkan 10 kabel monitor</w:t>
      </w:r>
    </w:p>
    <w:p>
      <w:pPr>
        <w:spacing w:before="0" w:after="20"/>
        <w:ind w:left="576"/>
      </w:pPr>
      <w:r>
        <w:rPr>
          <w:rFonts w:ascii="Calibri" w:hAnsi="Calibri"/>
          <w:b w:val="0"/>
          <w:i w:val="0"/>
          <w:color w:val="000000"/>
          <w:sz w:val="18"/>
        </w:rPr>
        <w:t>Keduanya merupakan istilah yang persis sama tanpa beda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Multiprocessing melibatkan eksekusi paralel pada banyak CPU/core fisik, sedangkan multithreading mengeksekusi banyak sub-tugas dalam satu proses.</w:t>
      </w:r>
    </w:p>
    <w:p>
      <w:pPr>
        <w:spacing w:before="80" w:after="40"/>
        <w:ind w:left="216"/>
      </w:pPr>
      <w:r>
        <w:rPr>
          <w:rFonts w:ascii="Calibri" w:hAnsi="Calibri"/>
          <w:b/>
          <w:color w:val="000000"/>
          <w:sz w:val="19"/>
        </w:rPr>
        <w:t xml:space="preserve">3. </w:t>
      </w:r>
      <w:r>
        <w:rPr>
          <w:rFonts w:ascii="Calibri" w:hAnsi="Calibri"/>
          <w:b w:val="0"/>
          <w:i w:val="0"/>
          <w:color w:val="000000"/>
          <w:sz w:val="19"/>
        </w:rPr>
        <w:t>Peristiwa 'Page Fault' dalam manajemen memori virtual terjadi ketika...</w:t>
      </w:r>
    </w:p>
    <w:p>
      <w:pPr>
        <w:spacing w:before="0" w:after="20"/>
        <w:ind w:left="576"/>
      </w:pPr>
      <w:r>
        <w:rPr>
          <w:rFonts w:ascii="Calibri" w:hAnsi="Calibri"/>
          <w:b w:val="0"/>
          <w:i w:val="0"/>
          <w:color w:val="000000"/>
          <w:sz w:val="18"/>
        </w:rPr>
        <w:t>Program mencoba mengakses halaman data yang belum dimuat di RAM fisik sehingga harus diambil dari penyimpanan sekunder (swap disk)</w:t>
      </w:r>
    </w:p>
    <w:p>
      <w:pPr>
        <w:spacing w:before="0" w:after="20"/>
        <w:ind w:left="576"/>
      </w:pPr>
      <w:r>
        <w:rPr>
          <w:rFonts w:ascii="Calibri" w:hAnsi="Calibri"/>
          <w:b w:val="0"/>
          <w:i w:val="0"/>
          <w:color w:val="000000"/>
          <w:sz w:val="18"/>
        </w:rPr>
        <w:t>Layar monitor komputer mengalami kerusakan piksel</w:t>
      </w:r>
    </w:p>
    <w:p>
      <w:pPr>
        <w:spacing w:before="0" w:after="20"/>
        <w:ind w:left="576"/>
      </w:pPr>
      <w:r>
        <w:rPr>
          <w:rFonts w:ascii="Calibri" w:hAnsi="Calibri"/>
          <w:b w:val="0"/>
          <w:i w:val="0"/>
          <w:color w:val="000000"/>
          <w:sz w:val="18"/>
        </w:rPr>
        <w:t>Kabel power supply terputus</w:t>
      </w:r>
    </w:p>
    <w:p>
      <w:pPr>
        <w:spacing w:before="0" w:after="20"/>
        <w:ind w:left="576"/>
      </w:pPr>
      <w:r>
        <w:rPr>
          <w:rFonts w:ascii="Calibri" w:hAnsi="Calibri"/>
          <w:b w:val="0"/>
          <w:i w:val="0"/>
          <w:color w:val="000000"/>
          <w:sz w:val="18"/>
        </w:rPr>
        <w:t>Keyboard mengetik tombol yang salah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Page fault adalah interupsi perangkat keras yang memicu OS mengambil halaman memori dari swap file di hard disk/SSD menuju RAM.</w:t>
      </w:r>
    </w:p>
    <w:p>
      <w:pPr>
        <w:spacing w:before="80" w:after="40"/>
        <w:ind w:left="216"/>
      </w:pPr>
      <w:r>
        <w:rPr>
          <w:rFonts w:ascii="Calibri" w:hAnsi="Calibri"/>
          <w:b/>
          <w:color w:val="000000"/>
          <w:sz w:val="19"/>
        </w:rPr>
        <w:t xml:space="preserve">4. </w:t>
      </w:r>
      <w:r>
        <w:rPr>
          <w:rFonts w:ascii="Calibri" w:hAnsi="Calibri"/>
          <w:b w:val="0"/>
          <w:i w:val="0"/>
          <w:color w:val="000000"/>
          <w:sz w:val="19"/>
        </w:rPr>
        <w:t>Algoritma penjadwalan CPU yang memberikan jatah waktu kuantum (time quantum) tetap secara bergiliran kepada setiap proses antrean disebut...</w:t>
      </w:r>
    </w:p>
    <w:p>
      <w:pPr>
        <w:spacing w:before="0" w:after="20"/>
        <w:ind w:left="576"/>
      </w:pPr>
      <w:r>
        <w:rPr>
          <w:rFonts w:ascii="Calibri" w:hAnsi="Calibri"/>
          <w:b w:val="0"/>
          <w:i w:val="0"/>
          <w:color w:val="000000"/>
          <w:sz w:val="18"/>
        </w:rPr>
        <w:t>Round Robin (RR)</w:t>
      </w:r>
    </w:p>
    <w:p>
      <w:pPr>
        <w:spacing w:before="0" w:after="20"/>
        <w:ind w:left="576"/>
      </w:pPr>
      <w:r>
        <w:rPr>
          <w:rFonts w:ascii="Calibri" w:hAnsi="Calibri"/>
          <w:b w:val="0"/>
          <w:i w:val="0"/>
          <w:color w:val="000000"/>
          <w:sz w:val="18"/>
        </w:rPr>
        <w:t>First Come First Served (FCFS)</w:t>
      </w:r>
    </w:p>
    <w:p>
      <w:pPr>
        <w:spacing w:before="0" w:after="20"/>
        <w:ind w:left="576"/>
      </w:pPr>
      <w:r>
        <w:rPr>
          <w:rFonts w:ascii="Calibri" w:hAnsi="Calibri"/>
          <w:b w:val="0"/>
          <w:i w:val="0"/>
          <w:color w:val="000000"/>
          <w:sz w:val="18"/>
        </w:rPr>
        <w:t>Shortest Job First (SJF)</w:t>
      </w:r>
    </w:p>
    <w:p>
      <w:pPr>
        <w:spacing w:before="0" w:after="20"/>
        <w:ind w:left="576"/>
      </w:pPr>
      <w:r>
        <w:rPr>
          <w:rFonts w:ascii="Calibri" w:hAnsi="Calibri"/>
          <w:b w:val="0"/>
          <w:i w:val="0"/>
          <w:color w:val="000000"/>
          <w:sz w:val="18"/>
        </w:rPr>
        <w:t>Priority Scheduling tanpa preemption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Round Robin membagi waktu prosesor secara adil berbasis slice waktu (quantum) berputar melingkar.</w:t>
      </w:r>
    </w:p>
    <w:p>
      <w:pPr>
        <w:spacing w:before="80" w:after="40"/>
        <w:ind w:left="216"/>
      </w:pPr>
      <w:r>
        <w:rPr>
          <w:rFonts w:ascii="Calibri" w:hAnsi="Calibri"/>
          <w:b/>
          <w:color w:val="000000"/>
          <w:sz w:val="19"/>
        </w:rPr>
        <w:t xml:space="preserve">5. </w:t>
      </w:r>
      <w:r>
        <w:rPr>
          <w:rFonts w:ascii="Calibri" w:hAnsi="Calibri"/>
          <w:b w:val="0"/>
          <w:i w:val="0"/>
          <w:color w:val="000000"/>
          <w:sz w:val="19"/>
        </w:rPr>
        <w:t>Komponen CPU yang bertanggung jawab melakukan operasi perhitungan aritmatika (seperti penjumlahan) dan operasi logika perbandingan (AND, OR, NOT) adalah...</w:t>
      </w:r>
    </w:p>
    <w:p>
      <w:pPr>
        <w:spacing w:before="0" w:after="20"/>
        <w:ind w:left="576"/>
      </w:pPr>
      <w:r>
        <w:rPr>
          <w:rFonts w:ascii="Calibri" w:hAnsi="Calibri"/>
          <w:b w:val="0"/>
          <w:i w:val="0"/>
          <w:color w:val="000000"/>
          <w:sz w:val="18"/>
        </w:rPr>
        <w:t>ALU (Arithmetic Logic Unit)</w:t>
      </w:r>
    </w:p>
    <w:p>
      <w:pPr>
        <w:spacing w:before="0" w:after="20"/>
        <w:ind w:left="576"/>
      </w:pPr>
      <w:r>
        <w:rPr>
          <w:rFonts w:ascii="Calibri" w:hAnsi="Calibri"/>
          <w:b w:val="0"/>
          <w:i w:val="0"/>
          <w:color w:val="000000"/>
          <w:sz w:val="18"/>
        </w:rPr>
        <w:t>CU (Control Unit)</w:t>
      </w:r>
    </w:p>
    <w:p>
      <w:pPr>
        <w:spacing w:before="0" w:after="20"/>
        <w:ind w:left="576"/>
      </w:pPr>
      <w:r>
        <w:rPr>
          <w:rFonts w:ascii="Calibri" w:hAnsi="Calibri"/>
          <w:b w:val="0"/>
          <w:i w:val="0"/>
          <w:color w:val="000000"/>
          <w:sz w:val="18"/>
        </w:rPr>
        <w:t>Register Program Counter</w:t>
      </w:r>
    </w:p>
    <w:p>
      <w:pPr>
        <w:spacing w:before="0" w:after="20"/>
        <w:ind w:left="576"/>
      </w:pPr>
      <w:r>
        <w:rPr>
          <w:rFonts w:ascii="Calibri" w:hAnsi="Calibri"/>
          <w:b w:val="0"/>
          <w:i w:val="0"/>
          <w:color w:val="000000"/>
          <w:sz w:val="18"/>
        </w:rPr>
        <w:t>L3 Cache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ALU adalah sirkuit komputasi digital di dalam prosesor yang mengeksekusi operasi matematika dan logika biner.</w:t>
      </w:r>
    </w:p>
    <w:p>
      <w:r>
        <w:br w:type="page"/>
      </w:r>
    </w:p>
    <w:p>
      <w:pPr>
        <w:pStyle w:val="Title"/>
      </w:pPr>
      <w:r>
        <w:t>LEMBAR KERJA PESERTA DIDIK (LKPD)</w:t>
      </w:r>
    </w:p>
    <w:p>
      <w:pPr>
        <w:pStyle w:val="Subtitle"/>
      </w:pPr>
      <w:r>
        <w:t>Mata Pelajaran: Informatika • Bab 3: Sistem Komputer: Arsitektur Multi-Core dan Sistem Operasi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Arsitektur Von Neumann Modern dan Siklus Instruksi Mesin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siklus Fetch, Decode, Execute, dan peran register Program Counter (PC) serta ALU.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Arsitektur Multi-Core, Multiprocessing, dan Multithreading</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konkurensi alur eksekusi (threads) dengan komputasi paralel pada inti CPU fisik ganda.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Manajemen Proses dan Algoritma Penjadwalan CPU</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rata-rata waiting time pada algoritma First Come First Served (FCFS) dan Round Robin.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Manajemen Memori Virtual dan Struktur Sistem Berkas (File System)</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mekanisme Paging, Page Fault, swap memory, dan sistem partisi berkas (NTFS, EXT4, FAT32).</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Sistem komputer modern tersusun atas integrasi perangkat keras berkecepatan tinggi dan sistem operasi yang mengorkestrasi alokasi sumber daya. Arsitektur Von Neumann tetap menjadi fondasi komputasi dengan komponen Unit Pemroses Sentral (CPU: ALU, CU, Register), Memori Utama (RAM), dan Antarmuka I/O yang dihubungkan melalui *System Bus*.</w:t>
      </w:r>
    </w:p>
    <w:p>
      <w:pPr>
        <w:spacing w:before="40" w:after="60" w:line="276" w:lineRule="auto"/>
      </w:pPr>
      <w:r>
        <w:rPr>
          <w:rFonts w:ascii="Calibri" w:hAnsi="Calibri"/>
          <w:b w:val="0"/>
          <w:i w:val="0"/>
          <w:color w:val="000000"/>
          <w:sz w:val="19"/>
        </w:rPr>
        <w:t>Evolusi prosesor mengarah pada arsitektur multi-core (*Multi-Core Processors*) yang memungkinkan eksekusi komputasi paralel secara nyata (*Multiprocessing*). Sistem operasi mengelola jalannya ribuan proses melalui teknik *Multithreading*, pembagian waktu CPU (*Time-Sharing*), dan algoritma penjadwalan seperti FCFS, Round Robin, dan Shortest Job First (SJF).</w:t>
      </w:r>
    </w:p>
    <w:p>
      <w:pPr>
        <w:spacing w:before="40" w:after="60" w:line="276" w:lineRule="auto"/>
      </w:pPr>
      <w:r>
        <w:rPr>
          <w:rFonts w:ascii="Calibri" w:hAnsi="Calibri"/>
          <w:b w:val="0"/>
          <w:i w:val="0"/>
          <w:color w:val="000000"/>
          <w:sz w:val="19"/>
        </w:rPr>
        <w:t>Manajemen memori menggunakan konsep Memori Virtual (*Paging* dan *Segmentation*) yang memperluas kapasitas RAM fisik dengan memanfaatkan media penyimpanan sekunder (SSD/HDD), memastikan stabilitas sistem saat mengeksekusi aplikasi berat.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Arsitektur Von Neumann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Desain arsitektur komputer teoritis di mana data instruksi program dan data operan disimpan bersama dalam satu memori utama (RAM).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Multi-Core Processor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Satu keping sirkuit terpadu prosesor (CPU) yang memiliki dua atau lebih inti pemroses (core) independen yang dapat bekerja serempak.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Multithreading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sistem operasi atau prosesor untuk mengeksekusi beberapa untaian instruksi (thread) secara simultan dalam satu proses program.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Memori Virtual (Virtual Memory)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manajemen memori di mana sistem operasi memperluas kapasitas RAM fisik dengan menggunakan ruang penyimpanan sekunder (*swap space/paging file*).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Round Robin Scheduling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Algoritma penjadwalan CPU di mana setiap proses yang siap dieksekusi diberi jatah waktu kuantum CPU yang sama secara bergiliran.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