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14 JP (4 Pertemuan x 3-4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Teknologi Informasi dan Komunikasi: Kolaborasi Awan dan Otomasi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memanfaatkan platform kolaborasi awan dan fitur otomasi perkantoran secara produktif.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menggunakan sistem kontrol versi Git untuk mengelola riwayat perubahan berkas proyek.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protokol keamanan siber akun dan backup data digital.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Pemanfaatan platform kolaborasi awan (Cloud Storage, Shared Docs), integrasi otomatisasi perkantoran (Mail Merge, Macro, App Script), kontrol versi dokumen dengan Git/GitHub, dan manajemen arsip digital.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Ekosistem Kolaborasi Daring dan Layanan Cloud Storage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Mengatur hak akses sharing (viewer, commenter, editor), proteksi link, dan sinkronisasi berkas awan.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Otomasi Perkantoran (Mail Merge dan Scripting Otomasi)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Mengintegrasikan basis data spreadsheet dengan lembar dokumen teks dan email otomatis.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Dasar-Dasar Version Control System Menggunakan Git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perintah git init, add, commit, push, pull, branch, dan merge secara kolaboratif.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Manajemen Aset Digital dan Keamanan Akun Daring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autentikasi dua faktor (2FA), manajemen kata sandi aman, dan pencadangan data periodik.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Fitur pada aplikasi pengolah kata yang digunakan untuk membuat ratusan surat undangan resmi dengan nama dan alamat penerima berbeda secara otomatis dari tabel spreadsheet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Mail Merge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Track Changes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Macro Recorder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AutoCorrect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Mail Merge mengintegrasikan templat surat dokumen dengan tabel sumber data untuk menghasilkan dokumen personalisasi massal.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Perintah Git yang digunakan untuk mengirimkan perubahan yang telah di-commit dari repositori lokal komputer menuju repositori awan di GitHub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git push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git pull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git clone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git status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'git push' mengunggah commit lokal ke repositori remote (seperti GitHub).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Dalam platform kolaborasi Google Docs atau Microsoft 365, hak akses yang paling aman diberikan kepada publik umum agar dokumen tidak dapat diubah isinya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Viewer (Pelihat saja)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Editor (Penyunting penuh)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Owner (Pemilik dokumen)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Administrator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Akses 'Viewer' hanya mengizinkan pengguna membaca dokumen tanpa hak mengubah atau menghapus teks.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Tujuan utama penggunaan fitur 'Branch' (Percabangan) dalam sistem kontrol versi Git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Memungkinkan anggota tim mengembangkan fitur baru secara mandiri tanpa merusak stabilitas kode pada cabang utama (main branch)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Menghapus seluruh berkas kode lama secara otomatis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Menggandakan kapasitas memori RAM komputer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Mematikan koneksi jaringan internet sementara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Branching mengisolasi eksperimen pengembangan fitur baru sebelum di-merge kembali ke cabang utama (main/master).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Langkah pengamanan akun paling krusial untuk mencegah pembajakan akun cloud storage oleh peretas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Mengaktifkan Autentikasi Dua Faktor (2FA) dan menggunakan kombinasi kata sandi kuat yang unik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Menyimpan kata sandi di kertas yang ditempel di layar monitor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 tanggal lahir pribadi sebagai kata sandi di semua akun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Membagikan akses akun ke semua rekan kelas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2FA memberikan proteksi ganda melalui kode OTP/kunci keamanan saat login selain kata sandi.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2: Teknologi Informasi dan Komunikasi: Kolaborasi Awan dan Otomasi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Ekosistem Kolaborasi Daring dan Layanan Cloud Storage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Mengatur hak akses sharing (viewer, commenter, editor), proteksi link, dan sinkronisasi berkas awan.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Otomasi Perkantoran (Mail Merge dan Scripting Otomasi)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Mengintegrasikan basis data spreadsheet dengan lembar dokumen teks dan email otomatis.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Dasar-Dasar Version Control System Menggunakan Git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perintah git init, add, commit, push, pull, branch, dan merge secara kolaboratif.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Manajemen Aset Digital dan Keamanan Akun Daring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autentikasi dua faktor (2FA), manajemen kata sandi aman, dan pencadangan data periodik.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Perkembangan teknologi komputasi awan (*Cloud Computing*) telah mengubah paradigma kerja dari penyimpanan lokal berbasis perangkat tunggal menuju ekosistem kolaboratif multi-pengguna secara *real-time*. Kolaborasi daring memungkinkan penyuntingan dokumen, spreadsheet, dan slide presentasi secara simultan tanpa kendala batas geografis.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Otomasi perkantoran (*Office Automation*) memanfaatkan fitur integrasi data seperti *Mail Merge*, fungsi makro (*scripting*), dan antarmuka pemrograman aplikasi (API) untuk mengotomatiskan tugas rutin seperti pencetakan sertifikat massal, rekapitulasi data nilai, dan pengiriman notifikasi berkala.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Penerapan sistem kontrol versi (*Version Control System*) seperti Git dan repositori daring (GitHub/GitLab) menanamkan budaya kerja profesional dalam melacak riwayat perubahan kode/dokumen (*commit history*), manajemen percabangan (*branching*), dan penyelesaian konflik data (*merge conflict*).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Cloud Computing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Penyediaan layanan komputasi (server, penyimpanan, basis data, perangkat lunak) melalui internet secara fleksibel dan terukur.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Mail Merge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Fitur penggabungan otomatis dokumen master dengan berkas sumber data (tabel) untuk menghasilkan surat atau sertifikat massal yang dipersonalisasi.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Version Control System (VCS)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Perangkat lunak yang merekam perubahan pada satu atau sekumpulan berkas dari waktu ke waktu sehingga versi lama dapat dipulihkan kembali.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Git Commit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Perintah untuk menyimpan snapshot rekam jejak perubahan berkas ke dalam repositori lokal Git disertai pesan deskriptif.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Two-Factor Authentication (2FA)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verifikasi keamanan berlapis yang mewajibkan pengguna memberikan dua faktor autentikasi berbeda untuk mengakses akun.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