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Berpikir Komputasional Tingkat Lanjut: Greedy dan Pemrograman Dinamis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dan menerapkan paradigma Greedy dan Dynamic Programming dalam memecahkan masalah optimasi.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memodelkan persoalan kontekstual menggunakan struktur data Graf dan algoritma pencarian rute.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dan mengevaluasi kompleksitas waktu algoritma menggunakan notasi Big-O.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Penerapan strategi algoritma Greedy (Fractional Knapsack, Aktivitas Seleksi), Dynamic Programming (Fibonacci Memoization, 0/1 Knapsack), representasi struktur data Graf/Pohon, dan analisis kompleksitas asimtotik Big-O.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Paradigma Algoritma Greedy dan Karakteristik Optimasi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pendekatan rakus pada masalah penukaran koin dan Fractional Knapsack Problem.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Pemrograman Dinamis (Dynamic Programming: Memoization vs Tabulation)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masalah bilangan Fibonacci, Longest Common Subsequence, dan 0/1 Knapsack.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Struktur Data Graf dan Algoritma Lintasan Terpendek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representasi matriks ketetanggaan dan algoritma Dijkstra pada jaringan rute.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Analisis Kompleksitas Asimtotik Waktu dan Ruang (Notasi Big-O)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Membandingkan efisiensi runtime algoritma brute force versus strategi pemrograman dinamis.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masalah 'Fractional Knapsack' dengan '0/1 Knapsack'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Fractional Knapsack memperbolehkan pengambilan pecahan bagian dari barang (bisa diselesaikan dengan Greedy), sedangkan 0/1 Knapsack mengharuskan barang diambil utuh atau tidak sama sekali (diselesaikan dengan Dynamic Programming)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0/1 Knapsack hanya boleh mengambil barang yang bernilai nol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Fractional Knapsack tidak memiliki batasan kapasitas beban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Keduanya selalu menghasilkan solusi yang identik dengan algoritma Greedy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Pada 0/1 Knapsack barang bersifat diskret (utuh/tidak) sehingga strategi Greedy gagal mencapai optimal global, menuntut solusi DP.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Kompleksitas waktu untuk menghitung suku ke-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bilangan Fibonacci menggunakan rekursi naif murni tanpa memoization adalah...</w:t>
      </w:r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(Eksponensial)</w:t>
      </w:r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r>
          <m:t>n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(Linear)</w:t>
      </w:r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r>
          <m:t>1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(Konstan)</w:t>
      </w:r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r>
          <m:t>log </m:t>
        </m:r>
        <m:r>
          <m:t>n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(Logaritmik)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Rekursi naif memicu pohon panggilan berulang eksponensial </w:t>
      </w:r>
      <m:oMath>
        <m:r>
          <m:t>mathcal</m:t>
        </m:r>
        <m:r>
          <m:t>O</m:t>
        </m:r>
        <m: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yang dapat dipangkas menjadi </w:t>
      </w:r>
      <m:oMath>
        <m:r>
          <m:t>mathcal</m:t>
        </m:r>
        <m:r>
          <m:t>O</m:t>
        </m:r>
        <m:r>
          <m:t>(</m:t>
        </m:r>
        <m:r>
          <m:t>n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dengan DP memoization.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Algoritma yang paling tepat dan efisien digunakan untuk mencari lintasan terpendek (shortest path) dari satu titik awal ke semua titik lain pada graf berbobot non-negatif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Algoritma Dijkstra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Algoritma Bubble Sort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Algoritma Binary Search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Algoritma Huffman Tree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Algoritma Dijkstra menggunakan pendekatan Greedy berbasis antrean prioritas untuk mencari jarak lintasan terpendek pada graf bobot positif.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Teknik pemrograman dinamis yang mengisi tabel array dari kasus dasar terkecil menuju kasus tujuan akhir secara iteratif disebut pendekatan...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Tabulation (Bottom-Up)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Memoization (Top-Down)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Brute Force Permutasi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Divide and Conquer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Tabulation menyelesaikan sub-masalah dari bawah ke atas (Bottom-Up) dengan mengisi tabel matriks atau array iteratif.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loop bersarang ganda di mana kedua perulangan berjalan sebanyak 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kali memiliki kompleksitas waktu...</w:t>
      </w:r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t>)</m:t>
        </m:r>
      </m:oMath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r>
          <m:t>n</m:t>
        </m:r>
        <m:r>
          <m:t>)</m:t>
        </m:r>
      </m:oMath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r>
          <m:t>n</m:t>
        </m:r>
        <m:r>
          <m:t>log </m:t>
        </m:r>
        <m:r>
          <m:t>n</m:t>
        </m:r>
        <m:r>
          <m:t>)</m:t>
        </m:r>
      </m:oMath>
    </w:p>
    <w:p>
      <w:pPr>
        <w:spacing w:before="0" w:after="20"/>
        <w:ind w:left="576"/>
      </w:pPr>
      <m:oMath>
        <m:r>
          <m:t>mathcal</m:t>
        </m:r>
        <m:r>
          <m:t>O</m:t>
        </m:r>
        <m: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Dua loop bersarang </w:t>
      </w:r>
      <m:oMath>
        <m:r>
          <m:t>n</m:t>
        </m:r>
        <m:r>
          <m:t>×</m:t>
        </m:r>
        <m:r>
          <m:t>n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menjalankan operasi dasar sebanyak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kali, sehingga kompleksitasnya </w:t>
      </w:r>
      <m:oMath>
        <m:r>
          <m:t>mathcal</m:t>
        </m:r>
        <m:r>
          <m:t>O</m:t>
        </m:r>
        <m: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(Kuadratik).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1: Berpikir Komputasional Tingkat Lanjut: Greedy dan Pemrograman Dinamis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Paradigma Algoritma Greedy dan Karakteristik Optimasi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pendekatan rakus pada masalah penukaran koin dan Fractional Knapsack Problem.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Pemrograman Dinamis (Dynamic Programming: Memoization vs Tabulation)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masalah bilangan Fibonacci, Longest Common Subsequence, dan 0/1 Knapsack.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Struktur Data Graf dan Algoritma Lintasan Terpendek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representasi matriks ketetanggaan dan algoritma Dijkstra pada jaringan rute.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Analisis Kompleksitas Asimtotik Waktu dan Ruang (Notasi Big-O)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Membandingkan efisiensi runtime algoritma brute force versus strategi pemrograman dinamis.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Berpikir Komputasional (*Computational Thinking*) pada Fase F menuntut kemampuan menganalisis dan memformulasikan solusi algoritmik yang efisien untuk masalah optimasi kombinatorial berskala besar. Dua paradigma penting dalam optimasi adalah algoritma *Greedy* dan *Dynamic Programming* (DP).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Algoritma *Greedy* mengambil keputusan lokal terbaik (*locally optimal choice*) pada setiap langkah dengan harapan mencapai solusi global optimal. Sebaliknya, Pemrograman Dinamis (*Dynamic Programming*) memecah masalah menjadi sub-masalah yang tumpang tindih (*overlapping subproblems*) dan menyimpan solusinya (*memoization/tabulation*) untuk menghindari komputasi berulang.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data non-linear seperti Graf (*Graph*) dan Pohon (*Tree*) dianalisis menggunakan algoritma pencarian lintasan terpendek (*Dijkstra*) dan pohon rentang minimum (*Prim/Kruskal*). Analisis kompleksitas waktu Big-</w:t>
      </w:r>
      <m:oMath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mathcal</m:t>
        </m:r>
        <m:r>
          <m:t>O</m:t>
        </m:r>
        <m:r>
          <m:t>(</m:t>
        </m:r>
        <m:r>
          <m:t>n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r>
          <m:t>mathcal</m:t>
        </m:r>
        <m:r>
          <m:t>O</m:t>
        </m:r>
        <m:r>
          <m:t>(</m:t>
        </m:r>
        <m:r>
          <m:t>n</m:t>
        </m:r>
        <m:r>
          <m:t>log </m:t>
        </m:r>
        <m:r>
          <m:t>n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r>
          <m:t>mathcal</m:t>
        </m:r>
        <m:r>
          <m:t>O</m:t>
        </m:r>
        <m: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) digunakan untuk mengukur efisiensi komputasi algoritma.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Algoritma Greedy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Pendekatan perancangan algoritma yang membuat pilihan terbaik saat itu juga di setiap langkah tanpa mempertimbangkan konsekuensi global jangka panjang.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Dynamic Programming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penyelesaian masalah optimasi kompleks dengan membaginya menjadi sub-persoalan tumpang tindih dan menyimpan hasil solusinya dalam tabel memori.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Memoization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optimasi top-down pada pemrograman dinamis dengan menyimpan hasil pemanggilan fungsi yang mahal dalam cache/tabel asosiatif.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Notasi Big-O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Notasi matematika asimtotik yang digunakan untuk mengklasifikasikan batas atas laju pertumbuhan waktu eksekusi atau kebutuhan memori suatu algoritma.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Graf Berbobot (Weighted Graph)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data graf di mana setiap sisi (edge) yang menghubungkan dua simpul (vertex) memiliki nilai numerik biaya/jarak.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