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Praktik Lintas Bidang Proyek Komputasi Vokasi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Praktik Lintas Bidang Proyek Komputasi Vokasi dalam konteks operasional kejuruan secara komprehensif.</w:t>
      </w:r>
    </w:p>
    <w:p>
      <w:pPr>
        <w:pStyle w:val="ListNumber"/>
      </w:pPr>
      <w:r>
        <w:rPr>
          <w:rFonts w:ascii="Calibri" w:hAnsi="Calibri"/>
          <w:b w:val="0"/>
          <w:i w:val="0"/>
          <w:color w:val="000000"/>
          <w:sz w:val="19"/>
        </w:rPr>
        <w:t>Menerapkan prosedur kerja dan teknik pemecahan masalah terkait Praktik Lintas Bidang Proyek Komputasi Vokasi secara mandiri dan presisi.</w:t>
      </w:r>
    </w:p>
    <w:p>
      <w:pPr>
        <w:pStyle w:val="ListNumber"/>
      </w:pPr>
      <w:r>
        <w:rPr>
          <w:rFonts w:ascii="Calibri" w:hAnsi="Calibri"/>
          <w:b w:val="0"/>
          <w:i w:val="0"/>
          <w:color w:val="000000"/>
          <w:sz w:val="19"/>
        </w:rPr>
        <w:t>Mengevaluasi hasil kerja, kepatuhan SOP, dan keselamatan kerja (K3) pada aktivitas pembelajaran Praktik Lintas Bidang Proyek Komputasi Vokasi.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Kolaborasi tim dalam rekayasa solusi perangkat lunak terapan, metodologi perancangan produk digital, dan uji coba terintegrasi.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Praktik Lintas Bidang Proyek Komputasi Vokasi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Praktik Lintas Bidang Proyek Komputasi Vokasi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Praktik Lintas Bidang Proyek Komputasi Vokasi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Praktik Lintas Bidang Proyek Komputasi Vokasi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Praktik Lintas Bidang Proyek Komputasi Vokasi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Praktik Lintas Bidang Proyek Komputasi Vokasi?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Praktik Lintas Bidang Proyek Komputasi Vokasi.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Praktik Lintas Bidang Proyek Komputasi Vokasi?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Praktik Lintas Bidang Proyek Komputasi Vokasi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8: Praktik Lintas Bidang Proyek Komputasi Vokasi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Praktik Lintas Bidang Proyek Komputasi Vokasi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Praktik Lintas Bidang Proyek Komputasi Vokasi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Praktik Lintas Bidang Proyek Komputasi Vokasi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Praktik Lintas Bidang Proyek Komputasi Vokasi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Praktik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Praktik Lintas Bidang Proyek Komputasi Vokasi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Lintas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Bidang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