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INFORMATIKA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Informatika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6: Algoritma dan Pemrograman Terapan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Otomasi Digital Perkantoran/Industri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Laboratorium komputer, software analisis data/pemrograman, proyektor, jaringan internet,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Algoritma dan Pemrograman Terapan dalam konteks operasional kejuruan secara komprehensif.</w:t>
      </w:r>
    </w:p>
    <w:p>
      <w:pPr>
        <w:pStyle w:val="ListNumber"/>
      </w:pPr>
      <w:r>
        <w:rPr>
          <w:rFonts w:ascii="Calibri" w:hAnsi="Calibri"/>
          <w:b w:val="0"/>
          <w:i w:val="0"/>
          <w:color w:val="000000"/>
          <w:sz w:val="19"/>
        </w:rPr>
        <w:t>Menerapkan prosedur kerja dan teknik pemecahan masalah terkait Algoritma dan Pemrograman Terapan secara mandiri dan presisi.</w:t>
      </w:r>
    </w:p>
    <w:p>
      <w:pPr>
        <w:pStyle w:val="ListNumber"/>
      </w:pPr>
      <w:r>
        <w:rPr>
          <w:rFonts w:ascii="Calibri" w:hAnsi="Calibri"/>
          <w:b w:val="0"/>
          <w:i w:val="0"/>
          <w:color w:val="000000"/>
          <w:sz w:val="19"/>
        </w:rPr>
        <w:t>Mengevaluasi hasil kerja, kepatuhan SOP, dan keselamatan kerja (K3) pada aktivitas pembelajaran Algoritma dan Pemrograman Terapan.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Konstruksi kode pemrograman prosedural, variabel, struktur percabangan, perulangan, dan debugging program aplikasi kasir/alat ukur.</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Algoritma dan Pemrograman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Algoritma dan Pemrograman Terapan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Algoritma dan Pemrograman Terapan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Algoritma dan Pemrograman Terapan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Algoritma dan Pemrograman Terapan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Algoritma dan Pemrograman Terapan?</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Algoritma dan Pemrograman Terapan.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Algoritma dan Pemrograman Terapan?</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Algoritma dan Pemrograman Terapan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Informatika • Bab 6: Algoritma dan Pemrograman Terapan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Algoritma dan Pemrograman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Algoritma dan Pemrograman Terapan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Algoritma dan Pemrograman Terapan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Algoritma dan Pemrograman Terapan pada jenjang SMK Kelas 10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Algoritma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Algoritma dan Pemrograman Terapan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Pemrograman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Terapan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Informatika Kelas 10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