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Jaringan Komputer dan Keamanan Siber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Otomasi Digital Perkantoran/Industri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analisis data/pemrograman, proyektor, jaringan internet,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Jaringan Komputer dan Keamanan Siber dalam konteks operasional kejuruan secara komprehensif.</w:t>
      </w:r>
    </w:p>
    <w:p>
      <w:pPr>
        <w:pStyle w:val="ListNumber"/>
      </w:pPr>
      <w:r>
        <w:rPr>
          <w:rFonts w:ascii="Calibri" w:hAnsi="Calibri"/>
          <w:b w:val="0"/>
          <w:i w:val="0"/>
          <w:color w:val="000000"/>
          <w:sz w:val="19"/>
        </w:rPr>
        <w:t>Menerapkan prosedur kerja dan teknik pemecahan masalah terkait Jaringan Komputer dan Keamanan Siber secara mandiri dan presisi.</w:t>
      </w:r>
    </w:p>
    <w:p>
      <w:pPr>
        <w:pStyle w:val="ListNumber"/>
      </w:pPr>
      <w:r>
        <w:rPr>
          <w:rFonts w:ascii="Calibri" w:hAnsi="Calibri"/>
          <w:b w:val="0"/>
          <w:i w:val="0"/>
          <w:color w:val="000000"/>
          <w:sz w:val="19"/>
        </w:rPr>
        <w:t>Mengevaluasi hasil kerja, kepatuhan SOP, dan keselamatan kerja (K3) pada aktivitas pembelajaran Jaringan Komputer dan Keamanan Siber.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Topologi jaringan lokal LAN/WLAN, protokol TCP/IP, konfigurasi router, serta perlindungan data dari ancaman siber industri.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Jaringan Komputer dan Keamanan Siber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Jaringan Komputer dan Keamanan Siber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Jaringan Komputer dan Keamanan Siber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Jaringan Komputer dan Keamanan Siber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Jaringan Komputer dan Keamanan Siber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Jaringan Komputer dan Keamanan Siber?</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Jaringan Komputer dan Keamanan Siber.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Jaringan Komputer dan Keamanan Siber?</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Jaringan Komputer dan Keamanan Siber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Informatika • Bab 4: Jaringan Komputer dan Keamanan Siber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Jaringan Komputer dan Keamanan Siber</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Jaringan Komputer dan Keamanan Siber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Jaringan Komputer dan Keamanan Siber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Jaringan Komputer dan Keamanan Siber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Jaringan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Jaringan Komputer dan Keamanan Siber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Komputer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Keamanan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