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Sistem Komputer dan Perangkat Keras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Otomasi Digital Perkantoran/Industri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analisis data/pemrograman, proyektor, jaringan internet,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Sistem Komputer dan Perangkat Keras Industri dalam konteks operasional kejuruan secara komprehensif.</w:t>
      </w:r>
    </w:p>
    <w:p>
      <w:pPr>
        <w:pStyle w:val="ListNumber"/>
      </w:pPr>
      <w:r>
        <w:rPr>
          <w:rFonts w:ascii="Calibri" w:hAnsi="Calibri"/>
          <w:b w:val="0"/>
          <w:i w:val="0"/>
          <w:color w:val="000000"/>
          <w:sz w:val="19"/>
        </w:rPr>
        <w:t>Menerapkan prosedur kerja dan teknik pemecahan masalah terkait Sistem Komputer dan Perangkat Keras Industri secara mandiri dan presisi.</w:t>
      </w:r>
    </w:p>
    <w:p>
      <w:pPr>
        <w:pStyle w:val="ListNumber"/>
      </w:pPr>
      <w:r>
        <w:rPr>
          <w:rFonts w:ascii="Calibri" w:hAnsi="Calibri"/>
          <w:b w:val="0"/>
          <w:i w:val="0"/>
          <w:color w:val="000000"/>
          <w:sz w:val="19"/>
        </w:rPr>
        <w:t>Mengevaluasi hasil kerja, kepatuhan SOP, dan keselamatan kerja (K3) pada aktivitas pembelajaran Sistem Komputer dan Perangkat Keras Industri.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Arsitektur perangkat keras, mekanisme pemrosesan CPU/GPU, manajemen memori, interaksi software sistem dengan driver mesin.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Sistem Komputer dan Perangkat Keras Industri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Sistem Komputer dan Perangkat Keras Industri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Sistem Komputer dan Perangkat Keras Industri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Sistem Komputer dan Perangkat Keras Industri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Sistem Komputer dan Perangkat Keras Industri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Sistem Komputer dan Perangkat Keras Industri?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Sistem Komputer dan Perangkat Keras Industri.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Sistem Komputer dan Perangkat Keras Industri?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Sistem Komputer dan Perangkat Keras Industri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Informatika • Bab 3: Sistem Komputer dan Perangkat Keras Industri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Sistem Komputer dan Perangkat Keras Industri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Sistem Komputer dan Perangkat Keras Industri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Sistem Komputer dan Perangkat Keras Industri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Sistem Komputer dan Perangkat Keras Industri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Sistem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Sistem Komputer dan Perangkat Keras Industri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Komputer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Perangkat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