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INFORMATIKA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Informatika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2: Teknologi Informasi dan Komunikasi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Otomasi Digital Perkantoran/Industri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Laboratorium komputer, software analisis data/pemrograman, proyektor, jaringan internet,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Teknologi Informasi dan Komunikasi dalam konteks operasional kejuruan secara komprehensif.</w:t>
      </w:r>
    </w:p>
    <w:p>
      <w:pPr>
        <w:pStyle w:val="ListNumber"/>
      </w:pPr>
      <w:r>
        <w:rPr>
          <w:rFonts w:ascii="Calibri" w:hAnsi="Calibri"/>
          <w:b w:val="0"/>
          <w:i w:val="0"/>
          <w:color w:val="000000"/>
          <w:sz w:val="19"/>
        </w:rPr>
        <w:t>Menerapkan prosedur kerja dan teknik pemecahan masalah terkait Teknologi Informasi dan Komunikasi secara mandiri dan presisi.</w:t>
      </w:r>
    </w:p>
    <w:p>
      <w:pPr>
        <w:pStyle w:val="ListNumber"/>
      </w:pPr>
      <w:r>
        <w:rPr>
          <w:rFonts w:ascii="Calibri" w:hAnsi="Calibri"/>
          <w:b w:val="0"/>
          <w:i w:val="0"/>
          <w:color w:val="000000"/>
          <w:sz w:val="19"/>
        </w:rPr>
        <w:t>Mengevaluasi hasil kerja, kepatuhan SOP, dan keselamatan kerja (K3) pada aktivitas pembelajaran Teknologi Informasi dan Komunikasi.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Integrasi aplikasi perkantoran, pengolahan dokumen teknis terstandar, pembuatan presentasi interaktif, dan otomasi spreadsheet.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Teknologi Informasi dan Komunikasi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Teknologi Informasi dan Komunikasi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Teknologi Informasi dan Komunikasi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Teknologi Informasi dan Komunikasi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Teknologi Informasi dan Komunikasi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Teknologi Informasi dan Komunikasi?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Teknologi Informasi dan Komunikasi.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Teknologi Informasi dan Komunikasi?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Teknologi Informasi dan Komunikasi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Informatika • Bab 2: Teknologi Informasi dan Komunikasi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Teknologi Informasi dan Komunikasi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Teknologi Informasi dan Komunikasi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Teknologi Informasi dan Komunikasi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Teknologi Informasi dan Komunikasi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Teknologi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Teknologi Informasi dan Komunikasi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Informasi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Komunikasi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Informatika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