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Berpikir Komputasional dalam Rekayasa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Berpikir Komputasional dalam Rekayasa dalam konteks operasional kejuruan secara komprehensif.</w:t>
      </w:r>
    </w:p>
    <w:p>
      <w:pPr>
        <w:pStyle w:val="ListNumber"/>
      </w:pPr>
      <w:r>
        <w:rPr>
          <w:rFonts w:ascii="Calibri" w:hAnsi="Calibri"/>
          <w:b w:val="0"/>
          <w:i w:val="0"/>
          <w:color w:val="000000"/>
          <w:sz w:val="19"/>
        </w:rPr>
        <w:t>Menerapkan prosedur kerja dan teknik pemecahan masalah terkait Berpikir Komputasional dalam Rekayasa secara mandiri dan presisi.</w:t>
      </w:r>
    </w:p>
    <w:p>
      <w:pPr>
        <w:pStyle w:val="ListNumber"/>
      </w:pPr>
      <w:r>
        <w:rPr>
          <w:rFonts w:ascii="Calibri" w:hAnsi="Calibri"/>
          <w:b w:val="0"/>
          <w:i w:val="0"/>
          <w:color w:val="000000"/>
          <w:sz w:val="19"/>
        </w:rPr>
        <w:t>Mengevaluasi hasil kerja, kepatuhan SOP, dan keselamatan kerja (K3) pada aktivitas pembelajaran Berpikir Komputasional dalam Rekayasa.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Penerapan dekomposisi masalah teknik, pengenalan pola kesalahan sistem, abstraksi logika, dan perancangan algoritma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Berpikir Komputasional dalam Rekayasa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Berpikir Komputasional dalam Rekayasa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Berpikir Komputasional dalam Rekayasa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Berpikir Komputasional dalam Rekayasa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Berpikir Komputasional dalam Rekayasa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Berpikir Komputasional dalam Rekayasa?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Berpikir Komputasional dalam Rekayasa.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Berpikir Komputasional dalam Rekayasa?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Berpikir Komputasional dalam Rekayasa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1: Berpikir Komputasional dalam Rekayasa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Berpikir Komputasional dalam Rekayasa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Berpikir Komputasional dalam Rekayasa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Berpikir Komputasional dalam Rekayasa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Berpikir Komputasional dalam Rekayasa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Berpikir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Berpikir Komputasional dalam Rekayasa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Komputasional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