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Algoritma dan Pemrograman (Python)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menulis kode program terstruktur menggunakan sintaks dasar bahasa Python.</w:t>
      </w:r>
    </w:p>
    <w:p>
      <w:pPr>
        <w:pStyle w:val="ListNumber"/>
      </w:pPr>
      <w:r>
        <w:rPr>
          <w:rFonts w:ascii="Calibri" w:hAnsi="Calibri"/>
          <w:b w:val="0"/>
          <w:i w:val="0"/>
          <w:color w:val="000000"/>
          <w:sz w:val="19"/>
        </w:rPr>
        <w:t>Peserta didik mampu menerapkan struktur percabangan dan perulangan untuk memecahkan persoalan komputasi.</w:t>
      </w:r>
    </w:p>
    <w:p>
      <w:pPr>
        <w:pStyle w:val="ListNumber"/>
      </w:pPr>
      <w:r>
        <w:rPr>
          <w:rFonts w:ascii="Calibri" w:hAnsi="Calibri"/>
          <w:b w:val="0"/>
          <w:i w:val="0"/>
          <w:color w:val="000000"/>
          <w:sz w:val="19"/>
        </w:rPr>
        <w:t>Peserta didik mampu membuat fungsi modular dan melakukan debugging terhadap kesalahan kode program.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pemrograman tekstual bahasa Python: variabel, tipe data dasar, operator aritmetika-logika, struktur percabangan (if-elif-else), perulangan (for, while), struktur fungsi (*def*), list/dictionary, dan teknik debugging.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Dasar Bahasa Python dan Tipe Data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program input-output (print, input), variabel, tipe integer, float, string, boolean, dan konversi tipe.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Kontrol Percabangan (Decision Making)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operator perbandingan/logika dalam struktur if, if-else, dan nested if bertingkat.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Struktur Kontrol Perulangan (Loops)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perulangan for dengan range(), perulangan while, serta perintah kontrol break dan continue.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Fungsi Modular, Koleksi Data List/Dict, dan Debugging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Mendefinisikan fungsi kustom, memanipulasi elemen array list, dan menangani error sintaks/logika.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Perhatikan kode Python berikut:</w:t>
        <w:br/>
        <w:t>```python</w:t>
        <w:br/>
        <w:t>x = 15</w:t>
        <w:br/>
        <w:t>if x % 2 == 0:</w:t>
        <w:br/>
        <w:t xml:space="preserve">    print('Genap')</w:t>
        <w:br/>
        <w:t>else:</w:t>
        <w:br/>
        <w:t xml:space="preserve">    print('Ganjil')</w:t>
        <w:br/>
        <w:t>```</w:t>
        <w:br/>
        <w:t>Output yang dihasilkan saat kode dieksekusi adalah...</w:t>
      </w:r>
    </w:p>
    <w:p>
      <w:pPr>
        <w:spacing w:before="0" w:after="20"/>
        <w:ind w:left="576"/>
      </w:pPr>
      <w:r>
        <w:rPr>
          <w:rFonts w:ascii="Calibri" w:hAnsi="Calibri"/>
          <w:b w:val="0"/>
          <w:i w:val="0"/>
          <w:color w:val="000000"/>
          <w:sz w:val="18"/>
        </w:rPr>
        <w:t>Genap</w:t>
      </w:r>
    </w:p>
    <w:p>
      <w:pPr>
        <w:spacing w:before="0" w:after="20"/>
        <w:ind w:left="576"/>
      </w:pPr>
      <w:r>
        <w:rPr>
          <w:rFonts w:ascii="Calibri" w:hAnsi="Calibri"/>
          <w:b w:val="0"/>
          <w:i w:val="0"/>
          <w:color w:val="000000"/>
          <w:sz w:val="18"/>
        </w:rPr>
        <w:t>Ganjil</w:t>
      </w:r>
    </w:p>
    <w:p>
      <w:pPr>
        <w:spacing w:before="0" w:after="20"/>
        <w:ind w:left="576"/>
      </w:pPr>
      <w:r>
        <w:rPr>
          <w:rFonts w:ascii="Calibri" w:hAnsi="Calibri"/>
          <w:b w:val="0"/>
          <w:i w:val="0"/>
          <w:color w:val="000000"/>
          <w:sz w:val="18"/>
        </w:rPr>
        <w:t>Error</w:t>
      </w:r>
    </w:p>
    <w:p>
      <w:pPr>
        <w:spacing w:before="0" w:after="20"/>
        <w:ind w:left="576"/>
      </w:pPr>
      <w:r>
        <w:rPr>
          <w:rFonts w:ascii="Calibri" w:hAnsi="Calibri"/>
          <w:b w:val="0"/>
          <w:i w:val="0"/>
          <w:color w:val="000000"/>
          <w:sz w:val="18"/>
        </w:rPr>
        <w:t>15</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Operator `%` (modulo) menghasilkan sisa pembagian. </w:t>
      </w:r>
      <m:oMath>
        <m:r>
          <m:t>1</m:t>
        </m:r>
        <m:r>
          <m:t>5</m:t>
        </m:r>
        <m:r>
          <m:t>pmod</m:t>
        </m:r>
        <m:r>
          <m:t>2</m:t>
        </m:r>
        <m:r>
          <m:t>=</m:t>
        </m:r>
        <m:r>
          <m:t>1</m:t>
        </m:r>
        <m:r>
          <m:t>≠</m:t>
        </m:r>
        <m:r>
          <m:t>0</m:t>
        </m:r>
      </m:oMath>
      <w:r>
        <w:rPr>
          <w:rFonts w:ascii="Calibri" w:hAnsi="Calibri"/>
          <w:b w:val="0"/>
          <w:i/>
          <w:color w:val="64748B"/>
          <w:sz w:val="17"/>
        </w:rPr>
        <w:t>, sehingga kondisi `if` bernilai False dan blok `else` dieksekusi mencetak 'Ganjil'.</w:t>
      </w:r>
    </w:p>
    <w:p>
      <w:pPr>
        <w:spacing w:before="80" w:after="40"/>
        <w:ind w:left="216"/>
      </w:pPr>
      <w:r>
        <w:rPr>
          <w:rFonts w:ascii="Calibri" w:hAnsi="Calibri"/>
          <w:b/>
          <w:color w:val="000000"/>
          <w:sz w:val="19"/>
        </w:rPr>
        <w:t xml:space="preserve">2. </w:t>
      </w:r>
      <w:r>
        <w:rPr>
          <w:rFonts w:ascii="Calibri" w:hAnsi="Calibri"/>
          <w:b w:val="0"/>
          <w:i w:val="0"/>
          <w:color w:val="000000"/>
          <w:sz w:val="19"/>
        </w:rPr>
        <w:t>Berapakah jumlah pengulangan yang dilakukan oleh kode perulangan `for i in range(2, 10, 2):`?</w:t>
      </w:r>
    </w:p>
    <w:p>
      <w:pPr>
        <w:spacing w:before="0" w:after="20"/>
        <w:ind w:left="576"/>
      </w:pPr>
      <w:r>
        <w:rPr>
          <w:rFonts w:ascii="Calibri" w:hAnsi="Calibri"/>
          <w:b w:val="0"/>
          <w:i w:val="0"/>
          <w:color w:val="000000"/>
          <w:sz w:val="18"/>
        </w:rPr>
        <w:t>4 kali (nilai i: 2, 4, 6, 8)</w:t>
      </w:r>
    </w:p>
    <w:p>
      <w:pPr>
        <w:spacing w:before="0" w:after="20"/>
        <w:ind w:left="576"/>
      </w:pPr>
      <w:r>
        <w:rPr>
          <w:rFonts w:ascii="Calibri" w:hAnsi="Calibri"/>
          <w:b w:val="0"/>
          <w:i w:val="0"/>
          <w:color w:val="000000"/>
          <w:sz w:val="18"/>
        </w:rPr>
        <w:t>5 kali (nilai i: 2, 4, 6, 8, 10)</w:t>
      </w:r>
    </w:p>
    <w:p>
      <w:pPr>
        <w:spacing w:before="0" w:after="20"/>
        <w:ind w:left="576"/>
      </w:pPr>
      <w:r>
        <w:rPr>
          <w:rFonts w:ascii="Calibri" w:hAnsi="Calibri"/>
          <w:b w:val="0"/>
          <w:i w:val="0"/>
          <w:color w:val="000000"/>
          <w:sz w:val="18"/>
        </w:rPr>
        <w:t>8 kali</w:t>
      </w:r>
    </w:p>
    <w:p>
      <w:pPr>
        <w:spacing w:before="0" w:after="20"/>
        <w:ind w:left="576"/>
      </w:pPr>
      <w:r>
        <w:rPr>
          <w:rFonts w:ascii="Calibri" w:hAnsi="Calibri"/>
          <w:b w:val="0"/>
          <w:i w:val="0"/>
          <w:color w:val="000000"/>
          <w:sz w:val="18"/>
        </w:rPr>
        <w:t>10 kali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`range(start=2, stop=10, step=2)` menghasilkan barisan angka 2, 4, 6, 8 (angka 10 tidak diikutsertakan), sehingga berulang sebanyak 4 kali.</w:t>
      </w:r>
    </w:p>
    <w:p>
      <w:pPr>
        <w:spacing w:before="80" w:after="40"/>
        <w:ind w:left="216"/>
      </w:pPr>
      <w:r>
        <w:rPr>
          <w:rFonts w:ascii="Calibri" w:hAnsi="Calibri"/>
          <w:b/>
          <w:color w:val="000000"/>
          <w:sz w:val="19"/>
        </w:rPr>
        <w:t xml:space="preserve">3. </w:t>
      </w:r>
      <w:r>
        <w:rPr>
          <w:rFonts w:ascii="Calibri" w:hAnsi="Calibri"/>
          <w:b w:val="0"/>
          <w:i w:val="0"/>
          <w:color w:val="000000"/>
          <w:sz w:val="19"/>
        </w:rPr>
        <w:t>Tipe data Python yang tepat untuk menyimpan nilai status kelulusan yang hanya bernilai `True` atau `False` adalah...</w:t>
      </w:r>
    </w:p>
    <w:p>
      <w:pPr>
        <w:spacing w:before="0" w:after="20"/>
        <w:ind w:left="576"/>
      </w:pPr>
      <w:r>
        <w:rPr>
          <w:rFonts w:ascii="Calibri" w:hAnsi="Calibri"/>
          <w:b w:val="0"/>
          <w:i w:val="0"/>
          <w:color w:val="000000"/>
          <w:sz w:val="18"/>
        </w:rPr>
        <w:t>String</w:t>
      </w:r>
    </w:p>
    <w:p>
      <w:pPr>
        <w:spacing w:before="0" w:after="20"/>
        <w:ind w:left="576"/>
      </w:pPr>
      <w:r>
        <w:rPr>
          <w:rFonts w:ascii="Calibri" w:hAnsi="Calibri"/>
          <w:b w:val="0"/>
          <w:i w:val="0"/>
          <w:color w:val="000000"/>
          <w:sz w:val="18"/>
        </w:rPr>
        <w:t>Integer</w:t>
      </w:r>
    </w:p>
    <w:p>
      <w:pPr>
        <w:spacing w:before="0" w:after="20"/>
        <w:ind w:left="576"/>
      </w:pPr>
      <w:r>
        <w:rPr>
          <w:rFonts w:ascii="Calibri" w:hAnsi="Calibri"/>
          <w:b w:val="0"/>
          <w:i w:val="0"/>
          <w:color w:val="000000"/>
          <w:sz w:val="18"/>
        </w:rPr>
        <w:t>Boolean</w:t>
      </w:r>
    </w:p>
    <w:p>
      <w:pPr>
        <w:spacing w:before="0" w:after="20"/>
        <w:ind w:left="576"/>
      </w:pPr>
      <w:r>
        <w:rPr>
          <w:rFonts w:ascii="Calibri" w:hAnsi="Calibri"/>
          <w:b w:val="0"/>
          <w:i w:val="0"/>
          <w:color w:val="000000"/>
          <w:sz w:val="18"/>
        </w:rPr>
        <w:t>Float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Tipe data Boolean (`bool`) hanya memiliki dua kemungkinan nilai kebenaran: `True` atau `False`.</w:t>
      </w:r>
    </w:p>
    <w:p>
      <w:pPr>
        <w:spacing w:before="80" w:after="40"/>
        <w:ind w:left="216"/>
      </w:pPr>
      <w:r>
        <w:rPr>
          <w:rFonts w:ascii="Calibri" w:hAnsi="Calibri"/>
          <w:b/>
          <w:color w:val="000000"/>
          <w:sz w:val="19"/>
        </w:rPr>
        <w:t xml:space="preserve">4. </w:t>
      </w:r>
      <w:r>
        <w:rPr>
          <w:rFonts w:ascii="Calibri" w:hAnsi="Calibri"/>
          <w:b w:val="0"/>
          <w:i w:val="0"/>
          <w:color w:val="000000"/>
          <w:sz w:val="19"/>
        </w:rPr>
        <w:t>Kata kunci (*keyword*) yang digunakan untuk mendefinisikan sebuah fungsi kustom pada bahasa Python adalah...</w:t>
      </w:r>
    </w:p>
    <w:p>
      <w:pPr>
        <w:spacing w:before="0" w:after="20"/>
        <w:ind w:left="576"/>
      </w:pPr>
      <w:r>
        <w:rPr>
          <w:rFonts w:ascii="Calibri" w:hAnsi="Calibri"/>
          <w:b w:val="0"/>
          <w:i w:val="0"/>
          <w:color w:val="000000"/>
          <w:sz w:val="18"/>
        </w:rPr>
        <w:t>function</w:t>
      </w:r>
    </w:p>
    <w:p>
      <w:pPr>
        <w:spacing w:before="0" w:after="20"/>
        <w:ind w:left="576"/>
      </w:pPr>
      <w:r>
        <w:rPr>
          <w:rFonts w:ascii="Calibri" w:hAnsi="Calibri"/>
          <w:b w:val="0"/>
          <w:i w:val="0"/>
          <w:color w:val="000000"/>
          <w:sz w:val="18"/>
        </w:rPr>
        <w:t>def</w:t>
      </w:r>
    </w:p>
    <w:p>
      <w:pPr>
        <w:spacing w:before="0" w:after="20"/>
        <w:ind w:left="576"/>
      </w:pPr>
      <w:r>
        <w:rPr>
          <w:rFonts w:ascii="Calibri" w:hAnsi="Calibri"/>
          <w:b w:val="0"/>
          <w:i w:val="0"/>
          <w:color w:val="000000"/>
          <w:sz w:val="18"/>
        </w:rPr>
        <w:t>func</w:t>
      </w:r>
    </w:p>
    <w:p>
      <w:pPr>
        <w:spacing w:before="0" w:after="20"/>
        <w:ind w:left="576"/>
      </w:pPr>
      <w:r>
        <w:rPr>
          <w:rFonts w:ascii="Calibri" w:hAnsi="Calibri"/>
          <w:b w:val="0"/>
          <w:i w:val="0"/>
          <w:color w:val="000000"/>
          <w:sz w:val="18"/>
        </w:rPr>
        <w:t>procedure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Python menggunakan kata kunci `def` diikuti nama fungsi dan tanda kurung parameter, contoh: `def hitung_luas(p, l):`.</w:t>
      </w:r>
    </w:p>
    <w:p>
      <w:pPr>
        <w:spacing w:before="80" w:after="40"/>
        <w:ind w:left="216"/>
      </w:pPr>
      <w:r>
        <w:rPr>
          <w:rFonts w:ascii="Calibri" w:hAnsi="Calibri"/>
          <w:b/>
          <w:color w:val="000000"/>
          <w:sz w:val="19"/>
        </w:rPr>
        <w:t xml:space="preserve">5. </w:t>
      </w:r>
      <w:r>
        <w:rPr>
          <w:rFonts w:ascii="Calibri" w:hAnsi="Calibri"/>
          <w:b w:val="0"/>
          <w:i w:val="0"/>
          <w:color w:val="000000"/>
          <w:sz w:val="19"/>
        </w:rPr>
        <w:t>Diberikan list Python `buah = ['Apel', 'Mangga', 'Pisang', 'Jeruk']`. Nilai dari `buah[1]` adalah...</w:t>
      </w:r>
    </w:p>
    <w:p>
      <w:pPr>
        <w:spacing w:before="0" w:after="20"/>
        <w:ind w:left="576"/>
      </w:pPr>
      <w:r>
        <w:rPr>
          <w:rFonts w:ascii="Calibri" w:hAnsi="Calibri"/>
          <w:b w:val="0"/>
          <w:i w:val="0"/>
          <w:color w:val="000000"/>
          <w:sz w:val="18"/>
        </w:rPr>
        <w:t>Apel</w:t>
      </w:r>
    </w:p>
    <w:p>
      <w:pPr>
        <w:spacing w:before="0" w:after="20"/>
        <w:ind w:left="576"/>
      </w:pPr>
      <w:r>
        <w:rPr>
          <w:rFonts w:ascii="Calibri" w:hAnsi="Calibri"/>
          <w:b w:val="0"/>
          <w:i w:val="0"/>
          <w:color w:val="000000"/>
          <w:sz w:val="18"/>
        </w:rPr>
        <w:t>Mangga</w:t>
      </w:r>
    </w:p>
    <w:p>
      <w:pPr>
        <w:spacing w:before="0" w:after="20"/>
        <w:ind w:left="576"/>
      </w:pPr>
      <w:r>
        <w:rPr>
          <w:rFonts w:ascii="Calibri" w:hAnsi="Calibri"/>
          <w:b w:val="0"/>
          <w:i w:val="0"/>
          <w:color w:val="000000"/>
          <w:sz w:val="18"/>
        </w:rPr>
        <w:t>Pisang</w:t>
      </w:r>
    </w:p>
    <w:p>
      <w:pPr>
        <w:spacing w:before="0" w:after="20"/>
        <w:ind w:left="576"/>
      </w:pPr>
      <w:r>
        <w:rPr>
          <w:rFonts w:ascii="Calibri" w:hAnsi="Calibri"/>
          <w:b w:val="0"/>
          <w:i w:val="0"/>
          <w:color w:val="000000"/>
          <w:sz w:val="18"/>
        </w:rPr>
        <w:t>Jeruk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Pengindeksan list pada Python bersifat *zero-indexed* (dimulai dari indeks 0). Indeks 0 = Apel, Indeks 1 = Mangga.</w:t>
      </w:r>
    </w:p>
    <w:p>
      <w:r>
        <w:br w:type="page"/>
      </w:r>
    </w:p>
    <w:p>
      <w:pPr>
        <w:pStyle w:val="Title"/>
      </w:pPr>
      <w:r>
        <w:t>LEMBAR KERJA PESERTA DIDIK (LKPD)</w:t>
      </w:r>
    </w:p>
    <w:p>
      <w:pPr>
        <w:pStyle w:val="Subtitle"/>
      </w:pPr>
      <w:r>
        <w:t>Mata Pelajaran: Informatika • Bab 6: Algoritma dan Pemrograman (Python)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Dasar Bahasa Python dan Tipe Data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program input-output (print, input), variabel, tipe integer, float, string, boolean, dan konversi tipe.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Kontrol Percabangan (Decision Making)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operator perbandingan/logika dalam struktur if, if-else, dan nested if bertingkat.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Struktur Kontrol Perulangan (Loops)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perulangan for dengan range(), perulangan while, serta perintah kontrol break dan continue.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Fungsi Modular, Koleksi Data List/Dict, dan Debugging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Mendefinisikan fungsi kustom, memanipulasi elemen array list, dan menangani error sintaks/logika.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Pemrograman komputer mentransformasikan logika algoritma menjadi instruksi kode nyata yang dapat dieksekusi mesin. Bahasa Python dipilih karena sintaksisnya yang bersih, ekspresif, mudah dipahami pemula, serta menjadi standar industri sains data dan kecerdasan buatan.</w:t>
      </w:r>
    </w:p>
    <w:p>
      <w:pPr>
        <w:spacing w:before="40" w:after="60" w:line="276" w:lineRule="auto"/>
      </w:pPr>
      <w:r>
        <w:rPr>
          <w:rFonts w:ascii="Calibri" w:hAnsi="Calibri"/>
          <w:b w:val="0"/>
          <w:i w:val="0"/>
          <w:color w:val="000000"/>
          <w:sz w:val="19"/>
        </w:rPr>
        <w:t>Struktur kontrol alur program mengatur logika eksekusi: percabangan (*if-elif-else*) untuk pengambilan keputusan berdasarkan kondisi boolean, serta perulangan (*for loop* dan *while loop*) untuk otomatisasi instruksi repetitif yang efisien.</w:t>
      </w:r>
    </w:p>
    <w:p>
      <w:pPr>
        <w:spacing w:before="40" w:after="60" w:line="276" w:lineRule="auto"/>
      </w:pPr>
      <w:r>
        <w:rPr>
          <w:rFonts w:ascii="Calibri" w:hAnsi="Calibri"/>
          <w:b w:val="0"/>
          <w:i w:val="0"/>
          <w:color w:val="000000"/>
          <w:sz w:val="19"/>
        </w:rPr>
        <w:t>Modularitas kode dibangun melalui pendefinisian fungsi (*functions*) dengan parameter dan nilai kembalian (*return value*). Peserta didik melatih kemampuan berpikir komputasional dengan membuat proyek pemrograman kalkulator interaktif, permainan tebak angka, dan analisis data sederhana.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Python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Bahasa pemrograman tingkat tinggi yang mengutamakan keterbacaan kode (*code readability*) dan fleksibilitas pengembangan aplikasi.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Variabel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Lokasi memori bernama yang digunakan untuk menyimpan nilai data yang dapat berubah selama eksekusi program.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Percabangan (If-Else)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kendali alur eksekusi program yang memilih blok kode tertentu berdasarkan evaluasi kebenaran kondisi boolean.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Perulangan (Loop)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program yang mengulang eksekusi serangkaian instruksi selama kondisi tertentu masih terpenuhi.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Debugging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mengidentifikasi, menganalisis, dan memperbaiki kesalahan (bug/error) di dalam kode program.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