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Analisis Data dan Visualisasi Informasi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memahami siklus hidup pengolahan dan analisis data.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membersihkan dan memanipulasi data tabel menggunakan formula spreadsheet lanjutan.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visualisasi data yang informatif, estetis, dan mudah dipahami.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siklus analisis data (*data collection, cleaning, processing, analysis, visualization*), pemanfaatan pustaka Python (Pandas dan Matplotlib) atau formula spreadsheet lanjutan (VLOOKUP, Pivot Table), serta pengambilan keputusan berbasis data.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Siklus Analisis Data dan Tipe Data Komputasi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data kualitatif, kuantitatif (diskret/kontinu), data terstruktur (CSV/SQL), dan tidak terstruktur.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Pembersihan dan Transformasi Data (Data Preprocessing)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missing values, handling duplicate data, normalisasi format tanggal, dan filtering.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Pengolahan Data Lanjutan Spreadsheet (Pivot Table, VLOOKUP/XLOOKUP)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ringkasan data multi-dimensi dan mengintegrasikan basis data tabel referensi.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Visualisasi Data dan Komunikasi Hasil Analisis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Memilih jenis grafik visual yang tepat serta membuat dashboard interaktif untuk presentasi laporan.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Fungsi spreadsheet yang paling efisien untuk meringkas, menjumlahkan, dan mengelompokkan ribuan data transaksi penjualan berdasarkan kategori produk dan wilayah dalam hitungan detik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Pivot Table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Conditional Formatting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Spell Check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Word Count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*Pivot Table* adalah alat agregasi data paling ampuh di spreadsheet untuk memotong dan mengelompokkan data dinamis.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Jenis diagram visualisasi data yang paling tepat digunakan untuk menunjukkan tren kenaikan atau penurunan suhu rata-rata global dari tahun ke tahun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Garis (Line Chart)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Lingkaran (Pie Chart)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Donat (Doughnut Chart)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Peta Geografis Polos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*Line Chart* (diagram garis) sangat ideal untuk menggambarkan pergerakan data kontinu sepanjang rangkaian waktu (*time series*).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Tujuan utama dilakukannya tahapan 'Data Cleaning' sebelum data diproses lebih lanjut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semua angka menjadi teks huruf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Menghilangkan data duplikat, memperbaiki format yang salah, dan menangani nilai kosong agar analisis akurat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seluruh file data agar hemat memori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Menambah ribuan baris data fiktif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*Data cleaning* menjamin integritas data (prinsip *Garbage In, Garbage Out* dihindari) sehingga hasil simpulan analitis dapat dipertanggungjawabkan.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Fungsi formula `=VLOOKUP(A2, DataBarang!A1:D100, 3, FALSE)` pada spreadsheet bermakna...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Mencari nilai A2 pada kolom pertama tabel DataBarang dan mengambil nilai yang sebaris pada kolom ke-3 secara eksak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Menjumlahkan seluruh angka pada kolom ke-3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baris ke-3 pada lembar kerja DataBarang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 teks A2 menjadi kata FALSE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Formula tersebut mencari kecocokan persis (*exact match* dengan parameter FALSE) nilai A2 lalu mengembalikan data dari kolom ke-3 tabel referensi.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Diagram lingkaran (*Pie Chart*) paling cocok digunakan untuk merepresentasikan data apabila...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Membandingkan ribuan titik koordinat kontinu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Menunjukkan proporsi bagian terhadap total 100% dengan kategori jumlah sedikit (maksimal 5–7 kategori)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Menghitung percepatan gerak mobil balap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Menampilkan relasi jaringan pertemanan media sosial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*Pie Chart* efektif untuk memvisualisasikan persentase komposisi bagian terhadap totalitas keseluruhan untuk kategori terbatas.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5: Analisis Data dan Visualisasi Informasi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Siklus Analisis Data dan Tipe Data Komputasi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data kualitatif, kuantitatif (diskret/kontinu), data terstruktur (CSV/SQL), dan tidak terstruktur.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Pembersihan dan Transformasi Data (Data Preprocessing)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missing values, handling duplicate data, normalisasi format tanggal, dan filtering.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Pengolahan Data Lanjutan Spreadsheet (Pivot Table, VLOOKUP/XLOOKUP)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ringkasan data multi-dimensi dan mengintegrasikan basis data tabel referensi.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Visualisasi Data dan Komunikasi Hasil Analisis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Memilih jenis grafik visual yang tepat serta membuat dashboard interaktif untuk presentasi laporan.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Di era ledakan informasi (*Big Data*), kemampuan mengolah data mentah menjadi wawasan (*insight*) berharga merupakan keterampilan strategis di berbagai bidang industri. Peserta didik mempelajari siklus lengkap analisis data mulai dari pengumpulan data hingga interpretasi tren.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Pembersihan data (*data cleaning*) menangani nilai kosong (*missing values*), anomali data (*outliers*), dan duplikasi data agar menghasilkan analisis yang valid. Penggunaan rumus logika dan tabel pivot (*Pivot Table*) pada spreadsheet menyederhanakan agregasi ribuan baris data.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Visualisasi data yang efektif menggunakan diagram batang, garis tren, *pie chart*, atau *scatter plot* mempermudah pengomunikasian pola korelasi kepada pemangku kepentingan. Peserta didik mempraktikkan analisis dataset lingkungan dan ekonomi riil.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 Cleaning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mendeteksi, memperbaiki, atau menghapus data yang rusak, tidak akurat, kosong, atau tidak relevan dari dataset.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Pivot Table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Fitur interaktif pada lembar kerja untuk meringkas, mengelompokkan, dan menganalisis dataset berukuran besar dengan cepat.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Outlier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data yang menyimpang sangat jauh dari pola sebaran mayoritas data lainnya dalam suatu kelompok pengamatan.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VLOOKUP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Fungsi pencarian vertikal pada spreadsheet untuk mengambil nilai dari kolom tertentu berdasarkan kunci pencarian.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Dashboard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Tampilan visual terpadu yang menyajikan ringkasan indikator kinerja utama (KPI) dan visualisasi grafik secara interaktif.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