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FISIKA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Fisika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Fisika Inti, Radioaktivitas, dan Teknologi Reaktor Nuklir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defek massa (</w:t>
      </w:r>
      <m:oMath>
        <m:r>
          <m:t>Δ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>) dan energi ikat inti (</w:t>
      </w:r>
      <m:oMath>
        <m:sSub>
          <m:e>
            <m:r>
              <m:t>E</m:t>
            </m:r>
          </m:e>
          <m:sub>
            <m:r>
              <m:t>b</m:t>
            </m:r>
          </m:sub>
        </m:sSub>
        <m:r>
          <m:t>=</m:t>
        </m:r>
        <m:r>
          <m:t>Δ</m:t>
        </m:r>
        <m:r>
          <m:t>m</m:t>
        </m:r>
        <m:r>
          <m:t>×</m:t>
        </m:r>
        <m:r>
          <m:t>9</m:t>
        </m:r>
        <m:r>
          <m:t>3</m:t>
        </m:r>
        <m:r>
          <m:t>1</m:t>
        </m:r>
        <m:r>
          <m:t>,</m:t>
        </m:r>
        <m:r>
          <m:t>5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>) per nukleon untuk menentukan stabilitas inti atom.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hukum peluruhan radioaktif (</w:t>
      </w:r>
      <m:oMath>
        <m:r>
          <m:t>N</m:t>
        </m:r>
        <m:r>
          <m:t>(</m:t>
        </m:r>
        <m:r>
          <m:t>t</m:t>
        </m:r>
        <m:r>
          <m:t>)</m:t>
        </m:r>
        <m: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t>(</m:t>
        </m:r>
        <m:r>
          <m:t>1</m:t>
        </m:r>
        <m:r>
          <m:t>/</m:t>
        </m:r>
        <m:r>
          <m:t>2</m:t>
        </m:r>
        <m:sSup>
          <m:e>
            <m:r>
              <m:t>)</m:t>
            </m:r>
          </m:e>
          <m:sup>
            <m:r>
              <m:t>t</m:t>
            </m:r>
            <m:r>
              <m:t>/</m:t>
            </m:r>
            <m:sSub>
              <m:e>
                <m:r>
                  <m:t>T</m:t>
                </m:r>
              </m:e>
              <m:sub>
                <m:r>
                  <m:t>1</m:t>
                </m:r>
                <m:r>
                  <m:t>/</m:t>
                </m:r>
                <m:r>
                  <m:t>2</m:t>
                </m:r>
              </m:sub>
            </m:sSub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>), laju aktivitas (</w:t>
      </w:r>
      <m:oMath>
        <m:r>
          <m:t>A</m:t>
        </m:r>
        <m:r>
          <m:t>=</m:t>
        </m:r>
        <m:r>
          <m:t>λ</m:t>
        </m:r>
        <m:r>
          <m:t>N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), dan karakteristik partikel </w:t>
      </w:r>
      <m:oMath>
        <m:r>
          <m:t>α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</w:t>
      </w:r>
      <m:oMath>
        <m:r>
          <m:t>β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dan sinar </w:t>
      </w:r>
      <m:oMath>
        <m:r>
          <m:t>γ</m:t>
        </m:r>
      </m:oMath>
      <w:r>
        <w:rPr>
          <w:rFonts w:ascii="Calibri" w:hAnsi="Calibri"/>
          <w:b w:val="0"/>
          <w:i w:val="0"/>
          <w:color w:val="000000"/>
          <w:sz w:val="19"/>
        </w:rPr>
        <w:t>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Mengevaluasi mekanisme reaksi fisi berantai terkendali pada Pembangkit Listrik Tenaga Nuklir (PLTN), reaksi fusi bintang, serta aplikasi radioisotop medis/industri.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struktur nukleus, defek massa dan energi ikat inti, hukum peluruhan radioaktif (alfa, beta, gamma), reaksi fisi/fusi nuklir, dan pemanfaatan reaktor.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Struktur Inti, Defek Massa, dan Energi Ikat Nukleus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Simbol nuklida </w:t>
      </w:r>
      <m:oMath>
        <m:sSup>
          <m:e>
            <m:sSub>
              <m:e>
                <m:r>
                  <m:t/>
                </m:r>
              </m:e>
              <m:sub>
                <m:r>
                  <m:t>Z</m:t>
                </m:r>
              </m:sub>
            </m:sSub>
          </m:e>
          <m:sup>
            <m:r>
              <m:t>A</m:t>
            </m:r>
          </m:sup>
        </m:sSup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defek massa </w:t>
      </w:r>
      <m:oMath>
        <m:r>
          <m:t>Δ</m:t>
        </m:r>
        <m:r>
          <m:t>m</m:t>
        </m:r>
        <m:r>
          <m:t>=</m:t>
        </m:r>
        <m:r>
          <m:t>(</m:t>
        </m:r>
        <m:r>
          <m:t>Z</m:t>
        </m:r>
        <m:sSub>
          <m:e>
            <m:r>
              <m:t>m</m:t>
            </m:r>
          </m:e>
          <m:sub>
            <m:r>
              <m:t>p</m:t>
            </m:r>
          </m:sub>
        </m:sSub>
        <m:r>
          <m:t>+</m:t>
        </m:r>
        <m:r>
          <m:t>(</m:t>
        </m:r>
        <m:r>
          <m:t>A</m:t>
        </m:r>
        <m:r>
          <m:t>-</m:t>
        </m:r>
        <m:r>
          <m:t>Z</m:t>
        </m:r>
        <m:r>
          <m:t>)</m:t>
        </m:r>
        <m:sSub>
          <m:e>
            <m:r>
              <m:t>m</m:t>
            </m:r>
          </m:e>
          <m:sub>
            <m:r>
              <m:t>n</m:t>
            </m:r>
          </m:sub>
        </m:sSub>
        <m:r>
          <m:t>)</m:t>
        </m:r>
        <m:r>
          <m:t>-</m:t>
        </m:r>
        <m:sSub>
          <m:e>
            <m:r>
              <m:t>m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t>i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 xml:space="preserve">, energi ikat </w:t>
      </w:r>
      <m:oMath>
        <m:sSub>
          <m:e>
            <m:r>
              <m:t>E</m:t>
            </m:r>
          </m:e>
          <m:sub>
            <m:r>
              <m:t>b</m:t>
            </m:r>
          </m:sub>
        </m:sSub>
        <m:r>
          <m:t>=</m:t>
        </m:r>
        <m:r>
          <m:t>Δ</m:t>
        </m:r>
        <m:r>
          <m:t>m</m:t>
        </m:r>
        <m:r>
          <m:t>·</m:t>
        </m:r>
        <m:r>
          <m:t>9</m:t>
        </m:r>
        <m:r>
          <m:t>3</m:t>
        </m:r>
        <m:r>
          <m:t>1</m:t>
        </m:r>
        <m:r>
          <m:t>,</m:t>
        </m:r>
        <m:r>
          <m:t>5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8"/>
        </w:rPr>
        <w:t>, dan kurva stabilitas nuklir.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Karakteristik Peluruhan Radioaktif dan Waktu Paruh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Peluruhan </w:t>
      </w:r>
      <m:oMath>
        <m:r>
          <m:t>α</m:t>
        </m:r>
        <m:r>
          <m:t>,</m:t>
        </m:r>
        <m:r>
          <m:t>β</m:t>
        </m:r>
        <m:r>
          <m:t>,</m:t>
        </m:r>
        <m:r>
          <m:t>γ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konstanta peluruhan </w:t>
      </w:r>
      <m:oMath>
        <m:r>
          <m:t>λ</m:t>
        </m:r>
        <m:r>
          <m:t>=</m:t>
        </m:r>
        <m:f>
          <m:fPr>
            <m:type m:val="bar"/>
          </m:fPr>
          <m:num>
            <m:r>
              <m:t>ln </m:t>
            </m:r>
            <m:r>
              <m:t>2</m:t>
            </m:r>
          </m:num>
          <m:den>
            <m:sSub>
              <m:e>
                <m:r>
                  <m:t>T</m:t>
                </m:r>
              </m:e>
              <m:sub>
                <m:r>
                  <m:t>1</m:t>
                </m:r>
                <m:r>
                  <m:t>/</m:t>
                </m:r>
                <m:r>
                  <m:t>2</m:t>
                </m:r>
              </m:sub>
            </m:sSub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 xml:space="preserve">, hukum peluruhan eksponensial </w:t>
      </w:r>
      <m:oMath>
        <m:r>
          <m:t>N</m:t>
        </m:r>
        <m:r>
          <m:t>(</m:t>
        </m:r>
        <m:r>
          <m:t>t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, dan radiocarbon dating C-14.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Reaksi Fisi, Reaksi Fusi, dan Teknologi Reaktor PLTN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Reaksi fisi berantai Uranium-235, fusi termonuklir Matahari, struktur reaktor PLTN (moderator grafit/air, batang kendali Boron), dan proteksi radiasi.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Massa inti atom Helium </w:t>
      </w:r>
      <m:oMath>
        <m:sSup>
          <m:e>
            <m:sSub>
              <m:e>
                <m:r>
                  <m:t/>
                </m:r>
              </m:e>
              <m:sub>
                <m:r>
                  <m:t>2</m:t>
                </m:r>
              </m:sub>
            </m:sSub>
          </m:e>
          <m:sup>
            <m:r>
              <m:t>4</m:t>
            </m:r>
          </m:sup>
        </m:sSup>
        <m:r>
          <m:t>H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 </w:t>
      </w:r>
      <m:oMath>
        <m:r>
          <m:t>4</m:t>
        </m:r>
        <m:r>
          <m:t>,</m:t>
        </m:r>
        <m:r>
          <m:t>0</m:t>
        </m:r>
        <m:r>
          <m:t>0</m:t>
        </m:r>
        <m:r>
          <m:t>2</m:t>
        </m:r>
        <m:r>
          <m:t>6</m:t>
        </m:r>
        <m:r>
          <m:t>0</m:t>
        </m:r>
        <m:r>
          <m:t>s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Jika massa proton </w:t>
      </w:r>
      <m:oMath>
        <m:sSub>
          <m:e>
            <m:r>
              <m:t>m</m:t>
            </m:r>
          </m:e>
          <m:sub>
            <m:r>
              <m:t>p</m:t>
            </m:r>
          </m:sub>
        </m:sSub>
        <m:r>
          <m:t>=</m:t>
        </m:r>
        <m:r>
          <m:t>1</m:t>
        </m:r>
        <m:r>
          <m:t>,</m:t>
        </m:r>
        <m:r>
          <m:t>0</m:t>
        </m:r>
        <m:r>
          <m:t>0</m:t>
        </m:r>
        <m:r>
          <m:t>7</m:t>
        </m:r>
        <m:r>
          <m:t>2</m:t>
        </m:r>
        <m:r>
          <m:t>8</m:t>
        </m:r>
        <m:r>
          <m:t>s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massa neutron </w:t>
      </w:r>
      <m:oMath>
        <m:sSub>
          <m:e>
            <m:r>
              <m:t>m</m:t>
            </m:r>
          </m:e>
          <m:sub>
            <m:r>
              <m:t>n</m:t>
            </m:r>
          </m:sub>
        </m:sSub>
        <m:r>
          <m:t>=</m:t>
        </m:r>
        <m:r>
          <m:t>1</m:t>
        </m:r>
        <m:r>
          <m:t>,</m:t>
        </m:r>
        <m:r>
          <m:t>0</m:t>
        </m:r>
        <m:r>
          <m:t>0</m:t>
        </m:r>
        <m:r>
          <m:t>8</m:t>
        </m:r>
        <m:r>
          <m:t>6</m:t>
        </m:r>
        <m:r>
          <m:t>6</m:t>
        </m:r>
        <m:r>
          <m:t>s</m:t>
        </m:r>
      </m:oMath>
      <w:r>
        <w:rPr>
          <w:rFonts w:ascii="Calibri" w:hAnsi="Calibri"/>
          <w:b w:val="0"/>
          <w:i w:val="0"/>
          <w:color w:val="000000"/>
          <w:sz w:val="19"/>
        </w:rPr>
        <w:t>, berapakah besar defek massa (</w:t>
      </w:r>
      <m:oMath>
        <m:r>
          <m:t>Δ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>) inti Helium tersebut?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A. </w:t>
      </w:r>
      <m:oMath>
        <m:r>
          <m:t>0</m:t>
        </m:r>
        <m:r>
          <m:t>,</m:t>
        </m:r>
        <m:r>
          <m:t>0</m:t>
        </m:r>
        <m:r>
          <m:t>0</m:t>
        </m:r>
        <m:r>
          <m:t>1</m:t>
        </m:r>
        <m:r>
          <m:t>4</m:t>
        </m:r>
        <m:r>
          <m:t>0</m:t>
        </m:r>
        <m:r>
          <m:t>s</m:t>
        </m:r>
      </m:oMath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B. </w:t>
      </w:r>
      <m:oMath>
        <m:r>
          <m:t>0</m:t>
        </m:r>
        <m:r>
          <m:t>,</m:t>
        </m:r>
        <m:r>
          <m:t>0</m:t>
        </m:r>
        <m:r>
          <m:t>2</m:t>
        </m:r>
        <m:r>
          <m:t>9</m:t>
        </m:r>
        <m:r>
          <m:t>2</m:t>
        </m:r>
        <m:r>
          <m:t>8</m:t>
        </m:r>
        <m:r>
          <m:t>s</m:t>
        </m:r>
      </m:oMath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C. </w:t>
      </w:r>
      <m:oMath>
        <m:r>
          <m:t>0</m:t>
        </m:r>
        <m:r>
          <m:t>,</m:t>
        </m:r>
        <m:r>
          <m:t>0</m:t>
        </m:r>
        <m:r>
          <m:t>3</m:t>
        </m:r>
        <m:r>
          <m:t>1</m:t>
        </m:r>
        <m:r>
          <m:t>8</m:t>
        </m:r>
        <m:r>
          <m:t>8</m:t>
        </m:r>
        <m:r>
          <m:t>s</m:t>
        </m:r>
      </m:oMath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D. </w:t>
      </w:r>
      <m:oMath>
        <m:r>
          <m:t>0</m:t>
        </m:r>
        <m:r>
          <m:t>,</m:t>
        </m:r>
        <m:r>
          <m:t>0</m:t>
        </m:r>
        <m:r>
          <m:t>4</m:t>
        </m:r>
        <m:r>
          <m:t>0</m:t>
        </m:r>
        <m:r>
          <m:t>0</m:t>
        </m:r>
        <m:r>
          <m:t>0</m:t>
        </m:r>
        <m:r>
          <m:t>s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Massa penyusun = </w:t>
      </w:r>
      <m:oMath>
        <m:r>
          <m:t>2</m:t>
        </m:r>
        <m:r>
          <m:t>(</m:t>
        </m:r>
        <m:r>
          <m:t>1</m:t>
        </m:r>
        <m:r>
          <m:t>,</m:t>
        </m:r>
        <m:r>
          <m:t>0</m:t>
        </m:r>
        <m:r>
          <m:t>0</m:t>
        </m:r>
        <m:r>
          <m:t>7</m:t>
        </m:r>
        <m:r>
          <m:t>2</m:t>
        </m:r>
        <m:r>
          <m:t>8</m:t>
        </m:r>
        <m:r>
          <m:t>)</m:t>
        </m:r>
        <m:r>
          <m:t>+</m:t>
        </m:r>
        <m:r>
          <m:t>2</m:t>
        </m:r>
        <m:r>
          <m:t>(</m:t>
        </m:r>
        <m:r>
          <m:t>1</m:t>
        </m:r>
        <m:r>
          <m:t>,</m:t>
        </m:r>
        <m:r>
          <m:t>0</m:t>
        </m:r>
        <m:r>
          <m:t>0</m:t>
        </m:r>
        <m:r>
          <m:t>8</m:t>
        </m:r>
        <m:r>
          <m:t>6</m:t>
        </m:r>
        <m:r>
          <m:t>6</m:t>
        </m:r>
        <m:r>
          <m:t>)</m:t>
        </m:r>
        <m:r>
          <m:t>=</m:t>
        </m:r>
        <m:r>
          <m:t>2</m:t>
        </m:r>
        <m:r>
          <m:t>,</m:t>
        </m:r>
        <m:r>
          <m:t>0</m:t>
        </m:r>
        <m:r>
          <m:t>1</m:t>
        </m:r>
        <m:r>
          <m:t>4</m:t>
        </m:r>
        <m:r>
          <m:t>5</m:t>
        </m:r>
        <m:r>
          <m:t>6</m:t>
        </m:r>
        <m:r>
          <m:t>+</m:t>
        </m:r>
        <m:r>
          <m:t>2</m:t>
        </m:r>
        <m:r>
          <m:t>,</m:t>
        </m:r>
        <m:r>
          <m:t>0</m:t>
        </m:r>
        <m:r>
          <m:t>1</m:t>
        </m:r>
        <m:r>
          <m:t>7</m:t>
        </m:r>
        <m:r>
          <m:t>3</m:t>
        </m:r>
        <m:r>
          <m:t>2</m:t>
        </m:r>
        <m:r>
          <m:t>=</m:t>
        </m:r>
        <m:r>
          <m:t>4</m:t>
        </m:r>
        <m:r>
          <m:t>,</m:t>
        </m:r>
        <m:r>
          <m:t>0</m:t>
        </m:r>
        <m:r>
          <m:t>3</m:t>
        </m:r>
        <m:r>
          <m:t>1</m:t>
        </m:r>
        <m:r>
          <m:t>8</m:t>
        </m:r>
        <m:r>
          <m:t>8</m:t>
        </m:r>
        <m:r>
          <m:t>s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Defek massa </w:t>
      </w:r>
      <m:oMath>
        <m:r>
          <m:t>Δ</m:t>
        </m:r>
        <m:r>
          <m:t>m</m:t>
        </m:r>
        <m:r>
          <m:t>=</m:t>
        </m:r>
        <m:r>
          <m:t>4</m:t>
        </m:r>
        <m:r>
          <m:t>,</m:t>
        </m:r>
        <m:r>
          <m:t>0</m:t>
        </m:r>
        <m:r>
          <m:t>3</m:t>
        </m:r>
        <m:r>
          <m:t>1</m:t>
        </m:r>
        <m:r>
          <m:t>8</m:t>
        </m:r>
        <m:r>
          <m:t>8</m:t>
        </m:r>
        <m:r>
          <m:t>-</m:t>
        </m:r>
        <m:r>
          <m:t>4</m:t>
        </m:r>
        <m:r>
          <m:t>,</m:t>
        </m:r>
        <m:r>
          <m:t>0</m:t>
        </m:r>
        <m:r>
          <m:t>0</m:t>
        </m:r>
        <m:r>
          <m:t>2</m:t>
        </m:r>
        <m:r>
          <m:t>6</m:t>
        </m:r>
        <m:r>
          <m:t>0</m:t>
        </m:r>
        <m:r>
          <m:t>=</m:t>
        </m:r>
        <m:r>
          <m:t>0</m:t>
        </m:r>
        <m:r>
          <m:t>,</m:t>
        </m:r>
        <m:r>
          <m:t>0</m:t>
        </m:r>
        <m:r>
          <m:t>2</m:t>
        </m:r>
        <m:r>
          <m:t>9</m:t>
        </m:r>
        <m:r>
          <m:t>2</m:t>
        </m:r>
        <m:r>
          <m:t>8</m:t>
        </m:r>
        <m:r>
          <m:t>s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Suatu sampel zat radioaktif mula-mula memiliki massa 80 gram dengan waktu paruh </w:t>
      </w:r>
      <m:oMath>
        <m:sSub>
          <m:e>
            <m:r>
              <m:t>T</m:t>
            </m:r>
          </m:e>
          <m:sub>
            <m:r>
              <m:t>1</m:t>
            </m:r>
            <m:r>
              <m:t>/</m:t>
            </m:r>
            <m:r>
              <m:t>2</m:t>
            </m:r>
          </m:sub>
        </m:sSub>
        <m:r>
          <m:t>=</m:t>
        </m:r>
        <m:r>
          <m:t>6</m:t>
        </m:r>
        <m:r>
          <m:t>h</m:t>
        </m:r>
      </m:oMath>
      <w:r>
        <w:rPr>
          <w:rFonts w:ascii="Calibri" w:hAnsi="Calibri"/>
          <w:b w:val="0"/>
          <w:i w:val="0"/>
          <w:color w:val="000000"/>
          <w:sz w:val="19"/>
        </w:rPr>
        <w:t>. Berapakah massa zat radioaktif yang tersisa setelah meluruh selama 24 hari?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40 gram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20 gram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10 gram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5 gram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Jumlah periode waktu paruh: </w:t>
      </w:r>
      <m:oMath>
        <m:r>
          <m:t>n</m:t>
        </m:r>
        <m:r>
          <m:t>=</m:t>
        </m:r>
        <m:f>
          <m:fPr>
            <m:type m:val="bar"/>
          </m:fPr>
          <m:num>
            <m:r>
              <m:t>t</m:t>
            </m:r>
          </m:num>
          <m:den>
            <m:sSub>
              <m:e>
                <m:r>
                  <m:t>T</m:t>
                </m:r>
              </m:e>
              <m:sub>
                <m:r>
                  <m:t>1</m:t>
                </m:r>
                <m:r>
                  <m:t>/</m:t>
                </m:r>
                <m:r>
                  <m:t>2</m:t>
                </m:r>
              </m:sub>
            </m:sSub>
          </m:den>
        </m:f>
        <m:r>
          <m:t>=</m:t>
        </m:r>
        <m:f>
          <m:fPr>
            <m:type m:val="bar"/>
          </m:fPr>
          <m:num>
            <m:r>
              <m:t>2</m:t>
            </m:r>
            <m:r>
              <m:t>4</m:t>
            </m:r>
          </m:num>
          <m:den>
            <m:r>
              <m:t>6</m:t>
            </m:r>
          </m:den>
        </m:f>
        <m:r>
          <m:t>=</m:t>
        </m:r>
        <m:r>
          <m:t>4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Sisa zat: </w:t>
      </w:r>
      <m:oMath>
        <m:r>
          <m:t>N</m:t>
        </m:r>
        <m:r>
          <m:t>(</m:t>
        </m:r>
        <m:r>
          <m:t>t</m:t>
        </m:r>
        <m:r>
          <m:t>)</m:t>
        </m:r>
        <m: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t>left</m:t>
        </m:r>
        <m:r>
          <m:t>(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right</m:t>
        </m:r>
        <m:sSup>
          <m:e>
            <m:r>
              <m:t>)</m:t>
            </m:r>
          </m:e>
          <m:sup>
            <m:r>
              <m:t>n</m:t>
            </m:r>
          </m:sup>
        </m:sSup>
        <m:r>
          <m:t>=</m:t>
        </m:r>
        <m:r>
          <m:t>8</m:t>
        </m:r>
        <m:r>
          <m:t>0</m:t>
        </m:r>
        <m:r>
          <m:t>×</m:t>
        </m:r>
        <m:r>
          <m:t>left</m:t>
        </m:r>
        <m:r>
          <m:t>(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right</m:t>
        </m:r>
        <m:sSup>
          <m:e>
            <m:r>
              <m:t>)</m:t>
            </m:r>
          </m:e>
          <m:sup>
            <m:r>
              <m:t>4</m:t>
            </m:r>
          </m:sup>
        </m:sSup>
        <m:r>
          <m:t>=</m:t>
        </m:r>
        <m:r>
          <m:t>8</m:t>
        </m:r>
        <m:r>
          <m:t>0</m:t>
        </m:r>
        <m: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t>6</m:t>
            </m:r>
          </m:den>
        </m:f>
        <m:r>
          <m:t>=</m:t>
        </m:r>
        <m:r>
          <m:t>5</m:t>
        </m:r>
        <m:r>
          <m:t>g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Jenis radiasi radioaktif yang memiliki daya tembus paling kuat dan hanya dapat diredam secara efektif menggunakan pelat timbal (Pb) tebal atau dinding beton tebal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Partikel Alfa (</w:t>
      </w:r>
      <m:oMath>
        <m:r>
          <m:t>α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Partikel Beta (</w:t>
      </w:r>
      <m:oMath>
        <m:r>
          <m:t>β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Sinar Gamma (</w:t>
      </w:r>
      <m:oMath>
        <m:r>
          <m:t>γ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Gelombang radio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Sinar gamma merupakan foton elektromagnetik berenergi sangat tinggi tanpa muatan dan tanpa massa, memiliki daya tembus paling kuat melampaui partikel alfa (tertahan selembar kertas) dan partikel beta (tertahan lembaran aluminium).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Pada reaktor Pembangkit Listrik Tenaga Nuklir (PLTN), fungsi utama dari 'Moderator' (seperti air murni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t>O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atau air berat </w:t>
      </w:r>
      <m:oMath>
        <m:sSub>
          <m:e>
            <m:r>
              <m:t>D</m:t>
            </m:r>
          </m:e>
          <m:sub>
            <m:r>
              <m:t>2</m:t>
            </m:r>
          </m:sub>
        </m:sSub>
        <m:r>
          <m:t>O</m:t>
        </m:r>
      </m:oMath>
      <w:r>
        <w:rPr>
          <w:rFonts w:ascii="Calibri" w:hAnsi="Calibri"/>
          <w:b w:val="0"/>
          <w:i w:val="0"/>
          <w:color w:val="000000"/>
          <w:sz w:val="19"/>
        </w:rPr>
        <w:t>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Memperlambat laju neutron cepat hasil fisi menjadi neutron termal lambat agar efektif memicu pembelahan inti Uranium-235 berikutnya.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Membakar Uranium menjadi abu.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Mematikan seluruh listrik di sekitar reaktor.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Menyerap seluruh radiasi gamma agar reaktor dingin seketika.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Neutron hasil fisi bergerak sangat cepat; moderator memperlambat kecepatannya melalui tumbukan elastis sehingga probabilitas terjadinya fisi berantai terkendali meningkat drastis.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Radioisotop Iodium-131 (</w:t>
      </w:r>
      <m:oMath>
        <m:sSup>
          <m:e>
            <m:r>
              <m:t/>
            </m:r>
          </m:e>
          <m:sup>
            <m:r>
              <m:t>1</m:t>
            </m:r>
            <m:r>
              <m:t>3</m:t>
            </m:r>
            <m:r>
              <m:t>1</m:t>
            </m:r>
          </m:sup>
        </m:sSup>
        <m:r>
          <m:t>I</m:t>
        </m:r>
      </m:oMath>
      <w:r>
        <w:rPr>
          <w:rFonts w:ascii="Calibri" w:hAnsi="Calibri"/>
          <w:b w:val="0"/>
          <w:i w:val="0"/>
          <w:color w:val="000000"/>
          <w:sz w:val="19"/>
        </w:rPr>
        <w:t>) secara luas dimanfaatkan dalam bidang kedokteran nuklir untuk keperluan...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Menguji kekuatan beton tiang jembatan jalan tol.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Diagnosis dan terapi penghancuran sel kanker pada kelenjar tiroid (gondok).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Menentukan umur fosil dinosaurus.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Mengawetkan bibit tanaman padi unggul.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Kelenjar tiroid menyerap iodium secara alami dari tubuh; pemanfaatan radioisotop I-131 memungkinkan radiasi terfokus langsung memusnahkan jaringan sel tiroid hiperaktif atau kanker.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Fisika • Bab 5: Fisika Inti, Radioaktivitas, dan Teknologi Reaktor Nuklir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Struktur Inti, Defek Massa, dan Energi Ikat Nukleus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Simbol nuklida </w:t>
      </w:r>
      <m:oMath>
        <m:sSup>
          <m:e>
            <m:sSub>
              <m:e>
                <m:r>
                  <m:t/>
                </m:r>
              </m:e>
              <m:sub>
                <m:r>
                  <m:t>Z</m:t>
                </m:r>
              </m:sub>
            </m:sSub>
          </m:e>
          <m:sup>
            <m:r>
              <m:t>A</m:t>
            </m:r>
          </m:sup>
        </m:sSup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defek massa </w:t>
      </w:r>
      <m:oMath>
        <m:r>
          <m:t>Δ</m:t>
        </m:r>
        <m:r>
          <m:t>m</m:t>
        </m:r>
        <m:r>
          <m:t>=</m:t>
        </m:r>
        <m:r>
          <m:t>(</m:t>
        </m:r>
        <m:r>
          <m:t>Z</m:t>
        </m:r>
        <m:sSub>
          <m:e>
            <m:r>
              <m:t>m</m:t>
            </m:r>
          </m:e>
          <m:sub>
            <m:r>
              <m:t>p</m:t>
            </m:r>
          </m:sub>
        </m:sSub>
        <m:r>
          <m:t>+</m:t>
        </m:r>
        <m:r>
          <m:t>(</m:t>
        </m:r>
        <m:r>
          <m:t>A</m:t>
        </m:r>
        <m:r>
          <m:t>-</m:t>
        </m:r>
        <m:r>
          <m:t>Z</m:t>
        </m:r>
        <m:r>
          <m:t>)</m:t>
        </m:r>
        <m:sSub>
          <m:e>
            <m:r>
              <m:t>m</m:t>
            </m:r>
          </m:e>
          <m:sub>
            <m:r>
              <m:t>n</m:t>
            </m:r>
          </m:sub>
        </m:sSub>
        <m:r>
          <m:t>)</m:t>
        </m:r>
        <m:r>
          <m:t>-</m:t>
        </m:r>
        <m:sSub>
          <m:e>
            <m:r>
              <m:t>m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t>i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 xml:space="preserve">, energi ikat </w:t>
      </w:r>
      <m:oMath>
        <m:sSub>
          <m:e>
            <m:r>
              <m:t>E</m:t>
            </m:r>
          </m:e>
          <m:sub>
            <m:r>
              <m:t>b</m:t>
            </m:r>
          </m:sub>
        </m:sSub>
        <m:r>
          <m:t>=</m:t>
        </m:r>
        <m:r>
          <m:t>Δ</m:t>
        </m:r>
        <m:r>
          <m:t>m</m:t>
        </m:r>
        <m:r>
          <m:t>·</m:t>
        </m:r>
        <m:r>
          <m:t>9</m:t>
        </m:r>
        <m:r>
          <m:t>3</m:t>
        </m:r>
        <m:r>
          <m:t>1</m:t>
        </m:r>
        <m:r>
          <m:t>,</m:t>
        </m:r>
        <m:r>
          <m:t>5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8"/>
        </w:rPr>
        <w:t>, dan kurva stabilitas nuklir.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Karakteristik Peluruhan Radioaktif dan Waktu Paruh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Peluruhan </w:t>
      </w:r>
      <m:oMath>
        <m:r>
          <m:t>α</m:t>
        </m:r>
        <m:r>
          <m:t>,</m:t>
        </m:r>
        <m:r>
          <m:t>β</m:t>
        </m:r>
        <m:r>
          <m:t>,</m:t>
        </m:r>
        <m:r>
          <m:t>γ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konstanta peluruhan </w:t>
      </w:r>
      <m:oMath>
        <m:r>
          <m:t>λ</m:t>
        </m:r>
        <m:r>
          <m:t>=</m:t>
        </m:r>
        <m:f>
          <m:fPr>
            <m:type m:val="bar"/>
          </m:fPr>
          <m:num>
            <m:r>
              <m:t>ln </m:t>
            </m:r>
            <m:r>
              <m:t>2</m:t>
            </m:r>
          </m:num>
          <m:den>
            <m:sSub>
              <m:e>
                <m:r>
                  <m:t>T</m:t>
                </m:r>
              </m:e>
              <m:sub>
                <m:r>
                  <m:t>1</m:t>
                </m:r>
                <m:r>
                  <m:t>/</m:t>
                </m:r>
                <m:r>
                  <m:t>2</m:t>
                </m:r>
              </m:sub>
            </m:sSub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 xml:space="preserve">, hukum peluruhan eksponensial </w:t>
      </w:r>
      <m:oMath>
        <m:r>
          <m:t>N</m:t>
        </m:r>
        <m:r>
          <m:t>(</m:t>
        </m:r>
        <m:r>
          <m:t>t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, dan radiocarbon dating C-14.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Reaksi Fisi, Reaksi Fusi, dan Teknologi Reaktor PLTN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Reaksi fisi berantai Uranium-235, fusi termonuklir Matahari, struktur reaktor PLTN (moderator grafit/air, batang kendali Boron), dan proteksi radiasi.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Fisika Inti meneliti struktur, interaksi, dan transformasi materi pada skala nukleus yang tersusun atas proton dan neutron (nukleon). Meskipun proton saling tolak-menolak secara elektrostatik, inti atom dapat bersatu kokoh berkat adanya gaya nuklir kuat (*strong nuclear force*). Selisih antara massa nukleon bebas penyusun dengan massa inti atom riil disebut defek massa (</w:t>
      </w:r>
      <m:oMath>
        <m:r>
          <m:t>Δ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>), yang terkonversi menjadi energi ikat inti (*binding energy*).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Inti-inti yang tidak stabil akan meluruh secara spontan menuju kestabilan melalui pemancaran radiasi radioaktif: partikel alfa (</w:t>
      </w:r>
      <m:oMath>
        <m:r>
          <m:t>α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/ inti helium), partikel beta (</w:t>
      </w:r>
      <m:oMath>
        <m:r>
          <m:t>β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/ elektron atau positron cepat), dan foton sinar gamma (</w:t>
      </w:r>
      <m:oMath>
        <m:r>
          <m:t>γ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 berenergi tinggi. Peserta didik menghitung waktu paruh (*half-life* </w:t>
      </w:r>
      <m:oMath>
        <m:sSub>
          <m:e>
            <m:r>
              <m:t>T</m:t>
            </m:r>
          </m:e>
          <m:sub>
            <m:r>
              <m:t>1</m:t>
            </m:r>
            <m:r>
              <m:t>/</m:t>
            </m:r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 peluruhan dan aktivitas radioaktif untuk penanggalan radiokarbon (*radiocarbon dating*) fosil purbakala.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penutup ini mengkaji pelepasan energi luar biasa melalui reaksi fisi (pembelahan inti berat Uranium-235) dan reaksi fusi (penggabungan inti ringan Deuterium-Tritium). Peserta didik menganalisis komponen keselamatan reaktor nuklir fisi (batang kendali, moderator, pendingin) serta aplikasi mulia radioisotop di bidang kedokteran nuklir, sterilisasi makanan, dan industri manufaktur.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Defek Massa (Δm)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Selisih antara jumlah total massa proton dan neutron bebas pembentuk inti dengan massa aktual inti atom yang terbentuk.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Energi Ikat Inti (Binding Energy)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Energi total yang diperlukan untuk memecah inti atom menjadi nukleon-nukleon individual penyusunnya (</w:t>
            </w:r>
            <m:oMath>
              <m:sSub>
                <m:e>
                  <m:r>
                    <m:t>E</m:t>
                  </m:r>
                </m:e>
                <m:sub>
                  <m:r>
                    <m:t>b</m:t>
                  </m:r>
                </m:sub>
              </m:sSub>
              <m:r>
                <m:t>=</m:t>
              </m:r>
              <m:r>
                <m:t>Δ</m:t>
              </m:r>
              <m:r>
                <m:t>m</m:t>
              </m:r>
              <m:r>
                <m:t>×</m:t>
              </m:r>
              <m:r>
                <m:t>9</m:t>
              </m:r>
              <m:r>
                <m:t>3</m:t>
              </m:r>
              <m:r>
                <m:t>1</m:t>
              </m:r>
              <m:r>
                <m:t>,</m:t>
              </m:r>
              <m:r>
                <m:t>5</m:t>
              </m:r>
              <m:r>
                <m:t>M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Waktu Paruh (Half-life)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Waktu yang dibutuhkan oleh sejumlah inti radioaktif untuk meluruh hingga menyisakan separuh (</w:t>
            </w:r>
            <m:oMath>
              <m:r>
                <m:t>5</m:t>
              </m:r>
              <m:r>
                <m:t>0</m:t>
              </m:r>
              <m:r>
                <m:t>\</m:t>
              </m:r>
              <m:r>
                <m:t>%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 dari jumlah inti mula-mula.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Reaksi Fisi Nuklir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Reaksi pembelahan inti atom berat (seperti U-235) menjadi dua inti atom yang lebih ringan disertai pelepasan neutron cepat dan energi termal yang sangat besar.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Batang Kendali (Control Rod)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Komponen reaktor nuklir berbahan penyerap neutron (seperti Kadmium atau Boron) yang berfungsi mengatur laju reaksi fisi berantai agar tetap kritis stabil.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Fisika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