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FISIKA — FASE F (KELAS 12)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Fisika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4: Konsep Fisika Kuantum, Radiasi Benda Hitam, dan Efek Fotolistrik</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media gambar/benda konkret,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 xml:space="preserve">Menganalisis hukum radiasi benda hitam (Hukum Pergeseran Wien </w:t>
      </w:r>
      <m:oMath>
        <m:sSub>
          <m:e>
            <m:r>
              <m:t>λ</m:t>
            </m:r>
          </m:e>
          <m:sub>
            <m:r>
              <m:t>m</m:t>
            </m:r>
          </m:sub>
        </m:sSub>
        <m:r>
          <m:t>T</m:t>
        </m:r>
        <m:r>
          <m:t>=</m:t>
        </m:r>
        <m:r>
          <m:t>C</m:t>
        </m:r>
      </m:oMath>
      <w:r>
        <w:rPr>
          <w:rFonts w:ascii="Calibri" w:hAnsi="Calibri"/>
          <w:b w:val="0"/>
          <w:i w:val="0"/>
          <w:color w:val="000000"/>
          <w:sz w:val="19"/>
        </w:rPr>
        <w:t xml:space="preserve"> dan Hukum Stefan-Boltzmann </w:t>
      </w:r>
      <m:oMath>
        <m:r>
          <m:t>I</m:t>
        </m:r>
        <m:r>
          <m:t>=</m:t>
        </m:r>
        <m:r>
          <m:t>e</m:t>
        </m:r>
        <m:r>
          <m:t>σ</m:t>
        </m:r>
        <m:sSup>
          <m:e>
            <m:r>
              <m:t>T</m:t>
            </m:r>
          </m:e>
          <m:sup>
            <m:r>
              <m:t>4</m:t>
            </m:r>
          </m:sup>
        </m:sSup>
      </m:oMath>
      <w:r>
        <w:rPr>
          <w:rFonts w:ascii="Calibri" w:hAnsi="Calibri"/>
          <w:b w:val="0"/>
          <w:i w:val="0"/>
          <w:color w:val="000000"/>
          <w:sz w:val="19"/>
        </w:rPr>
        <w:t>) serta bencana ultraviolet.</w:t>
      </w:r>
    </w:p>
    <w:p>
      <w:pPr>
        <w:pStyle w:val="ListNumber"/>
      </w:pPr>
      <w:r>
        <w:rPr>
          <w:rFonts w:ascii="Calibri" w:hAnsi="Calibri"/>
          <w:b w:val="0"/>
          <w:i w:val="0"/>
          <w:color w:val="000000"/>
          <w:sz w:val="19"/>
        </w:rPr>
        <w:t>Menerapkan konsep kuantisasi energi Max Planck (</w:t>
      </w:r>
      <m:oMath>
        <m:r>
          <m:t>E</m:t>
        </m:r>
        <m:r>
          <m:t>=</m:t>
        </m:r>
        <m:r>
          <m:t>n</m:t>
        </m:r>
        <m:r>
          <m:t>h</m:t>
        </m:r>
        <m:r>
          <m:t>f</m:t>
        </m:r>
      </m:oMath>
      <w:r>
        <w:rPr>
          <w:rFonts w:ascii="Calibri" w:hAnsi="Calibri"/>
          <w:b w:val="0"/>
          <w:i w:val="0"/>
          <w:color w:val="000000"/>
          <w:sz w:val="19"/>
        </w:rPr>
        <w:t>) dan persamaan efek fotolistrik Albert Einstein (</w:t>
      </w:r>
      <m:oMath>
        <m:sSub>
          <m:e>
            <m:r>
              <m:t>E</m:t>
            </m:r>
          </m:e>
          <m:sub>
            <m:r>
              <m:t>k</m:t>
            </m:r>
          </m:sub>
        </m:sSub>
        <m:r>
          <m:t>=</m:t>
        </m:r>
        <m:r>
          <m:t>h</m:t>
        </m:r>
        <m:r>
          <m:t>f</m:t>
        </m:r>
        <m:r>
          <m:t>-</m:t>
        </m:r>
        <m:sSub>
          <m:e>
            <m:r>
              <m:t>W</m:t>
            </m:r>
          </m:e>
          <m:sub>
            <m:r>
              <m:t>0</m:t>
            </m:r>
          </m:sub>
        </m:sSub>
      </m:oMath>
      <w:r>
        <w:rPr>
          <w:rFonts w:ascii="Calibri" w:hAnsi="Calibri"/>
          <w:b w:val="0"/>
          <w:i w:val="0"/>
          <w:color w:val="000000"/>
          <w:sz w:val="19"/>
        </w:rPr>
        <w:t>).</w:t>
      </w:r>
    </w:p>
    <w:p>
      <w:pPr>
        <w:pStyle w:val="ListNumber"/>
      </w:pPr>
      <w:r>
        <w:rPr>
          <w:rFonts w:ascii="Calibri" w:hAnsi="Calibri"/>
          <w:b w:val="0"/>
          <w:i w:val="0"/>
          <w:color w:val="000000"/>
          <w:sz w:val="19"/>
        </w:rPr>
        <w:t xml:space="preserve">Menganalisis dualisme gelombang-partikel materi (panjang gelombang de Broglie </w:t>
      </w:r>
      <m:oMath>
        <m:r>
          <m:t>λ</m:t>
        </m:r>
        <m:r>
          <m:t>=</m:t>
        </m:r>
        <m:f>
          <m:fPr>
            <m:type m:val="bar"/>
          </m:fPr>
          <m:num>
            <m:r>
              <m:t>h</m:t>
            </m:r>
          </m:num>
          <m:den>
            <m:r>
              <m:t>p</m:t>
            </m:r>
          </m:den>
        </m:f>
      </m:oMath>
      <w:r>
        <w:rPr>
          <w:rFonts w:ascii="Calibri" w:hAnsi="Calibri"/>
          <w:b w:val="0"/>
          <w:i w:val="0"/>
          <w:color w:val="000000"/>
          <w:sz w:val="19"/>
        </w:rPr>
        <w:t>) dan hamburan Compton.</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Menganalisis radiasi benda hitam (Hukum Wien &amp; Stefan-Boltzmann), hipotesis kuantisasi energi Planck, persamaan efek fotolistrik Einstein, dan efek Compton.</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Radiasi Benda Hitam dan Hipotesis Kuantum Max Planck</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 xml:space="preserve">Eksplorasi Konseptual: Kurva intensitas radiasi, Hukum Stefan-Boltzmann, Hukum Pergeseran Wien </w:t>
      </w:r>
      <m:oMath>
        <m:sSub>
          <m:e>
            <m:r>
              <m:t>λ</m:t>
            </m:r>
          </m:e>
          <m:sub>
            <m:r>
              <m:t>m</m:t>
            </m:r>
            <m:r>
              <m:t>a</m:t>
            </m:r>
            <m:r>
              <m:t>x</m:t>
            </m:r>
          </m:sub>
        </m:sSub>
        <m:r>
          <m:t>T</m:t>
        </m:r>
        <m:r>
          <m:t>=</m:t>
        </m:r>
        <m:r>
          <m:t>2</m:t>
        </m:r>
        <m:r>
          <m:t>,</m:t>
        </m:r>
        <m:r>
          <m:t>8</m:t>
        </m:r>
        <m:r>
          <m:t>9</m:t>
        </m:r>
        <m:r>
          <m:t>8</m:t>
        </m:r>
        <m:r>
          <m:t>×</m:t>
        </m:r>
        <m:r>
          <m:t>1</m:t>
        </m:r>
        <m:sSup>
          <m:e>
            <m:r>
              <m:t>0</m:t>
            </m:r>
          </m:e>
          <m:sup>
            <m:r>
              <m:t>-</m:t>
            </m:r>
            <m:r>
              <m:t>3</m:t>
            </m:r>
          </m:sup>
        </m:sSup>
        <m:r>
          <m:t>m</m:t>
        </m:r>
        <m:r>
          <m:t>·</m:t>
        </m:r>
        <m:r>
          <m:t>K</m:t>
        </m:r>
      </m:oMath>
      <w:r>
        <w:rPr>
          <w:rFonts w:ascii="Calibri" w:hAnsi="Calibri"/>
          <w:b w:val="0"/>
          <w:i w:val="0"/>
          <w:color w:val="000000"/>
          <w:sz w:val="18"/>
        </w:rPr>
        <w:t>, dan kuanta energi Planck.</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Efek Fotolistrik dan Persamaan Kuantum Einstein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Fungsi kerja logam (</w:t>
      </w:r>
      <m:oMath>
        <m:sSub>
          <m:e>
            <m:r>
              <m:t>W</m:t>
            </m:r>
          </m:e>
          <m:sub>
            <m:r>
              <m:t>0</m:t>
            </m:r>
          </m:sub>
        </m:sSub>
        <m:r>
          <m:t>=</m:t>
        </m:r>
        <m:r>
          <m:t>h</m:t>
        </m:r>
        <m:sSub>
          <m:e>
            <m:r>
              <m:t>f</m:t>
            </m:r>
          </m:e>
          <m:sub>
            <m:r>
              <m:t>0</m:t>
            </m:r>
          </m:sub>
        </m:sSub>
      </m:oMath>
      <w:r>
        <w:rPr>
          <w:rFonts w:ascii="Calibri" w:hAnsi="Calibri"/>
          <w:b w:val="0"/>
          <w:i w:val="0"/>
          <w:color w:val="000000"/>
          <w:sz w:val="18"/>
        </w:rPr>
        <w:t xml:space="preserve">), frekuensi ambang batas, energi kinetik maksimum fotoelektron </w:t>
      </w:r>
      <m:oMath>
        <m:sSub>
          <m:e>
            <m:r>
              <m:t>E</m:t>
            </m:r>
          </m:e>
          <m:sub>
            <m:r>
              <m:t>k</m:t>
            </m:r>
            <m:r>
              <m:t>,</m:t>
            </m:r>
            <m:r>
              <m:t>m</m:t>
            </m:r>
            <m:r>
              <m:t>a</m:t>
            </m:r>
            <m:r>
              <m:t>x</m:t>
            </m:r>
          </m:sub>
        </m:sSub>
        <m:r>
          <m:t>=</m:t>
        </m:r>
        <m:r>
          <m:t>h</m:t>
        </m:r>
        <m:r>
          <m:t>f</m:t>
        </m:r>
        <m:r>
          <m:t>-</m:t>
        </m:r>
        <m:sSub>
          <m:e>
            <m:r>
              <m:t>W</m:t>
            </m:r>
          </m:e>
          <m:sub>
            <m:r>
              <m:t>0</m:t>
            </m:r>
          </m:sub>
        </m:sSub>
        <m:r>
          <m:t>=</m:t>
        </m:r>
        <m:r>
          <m:t>e</m:t>
        </m:r>
        <m:sSub>
          <m:e>
            <m:r>
              <m:t>V</m:t>
            </m:r>
          </m:e>
          <m:sub>
            <m:r>
              <m:t>s</m:t>
            </m:r>
          </m:sub>
        </m:sSub>
      </m:oMath>
      <w:r>
        <w:rPr>
          <w:rFonts w:ascii="Calibri" w:hAnsi="Calibri"/>
          <w:b w:val="0"/>
          <w:i w:val="0"/>
          <w:color w:val="000000"/>
          <w:sz w:val="18"/>
        </w:rPr>
        <w:t>, dan potensial henti.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Efek Compton dan Panjang Gelombang Materi De Broglie</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 xml:space="preserve">Eksplorasi Konseptual: Tumbukan foton-elektron, pergeseran panjang gelombang Compton </w:t>
      </w:r>
      <m:oMath>
        <m:r>
          <m:t>Δ</m:t>
        </m:r>
        <m:r>
          <m:t>λ</m:t>
        </m:r>
        <m:r>
          <m:t>=</m:t>
        </m:r>
        <m:f>
          <m:fPr>
            <m:type m:val="bar"/>
          </m:fPr>
          <m:num>
            <m:r>
              <m:t>h</m:t>
            </m:r>
          </m:num>
          <m:den>
            <m:sSub>
              <m:e>
                <m:r>
                  <m:t>m</m:t>
                </m:r>
              </m:e>
              <m:sub>
                <m:r>
                  <m:t>0</m:t>
                </m:r>
              </m:sub>
            </m:sSub>
            <m:r>
              <m:t>c</m:t>
            </m:r>
          </m:den>
        </m:f>
        <m:r>
          <m:t>(</m:t>
        </m:r>
        <m:r>
          <m:t>1</m:t>
        </m:r>
        <m:r>
          <m:t>-</m:t>
        </m:r>
        <m:r>
          <m:t>cos </m:t>
        </m:r>
        <m:r>
          <m:t>θ</m:t>
        </m:r>
        <m:r>
          <m:t>)</m:t>
        </m:r>
      </m:oMath>
      <w:r>
        <w:rPr>
          <w:rFonts w:ascii="Calibri" w:hAnsi="Calibri"/>
          <w:b w:val="0"/>
          <w:i w:val="0"/>
          <w:color w:val="000000"/>
          <w:sz w:val="18"/>
        </w:rPr>
        <w:t xml:space="preserve">, dan difraksi partikel de Broglie </w:t>
      </w:r>
      <m:oMath>
        <m:r>
          <m:t>λ</m:t>
        </m:r>
        <m:r>
          <m:t>=</m:t>
        </m:r>
        <m:r>
          <m:t>h</m:t>
        </m:r>
        <m:r>
          <m:t>/</m:t>
        </m:r>
        <m:r>
          <m:t>(</m:t>
        </m:r>
        <m:r>
          <m:t>m</m:t>
        </m:r>
        <m:r>
          <m:t>v</m:t>
        </m:r>
        <m:r>
          <m:t>)</m:t>
        </m:r>
      </m:oMath>
      <w:r>
        <w:rPr>
          <w:rFonts w:ascii="Calibri" w:hAnsi="Calibri"/>
          <w:b w:val="0"/>
          <w:i w:val="0"/>
          <w:color w:val="000000"/>
          <w:sz w:val="18"/>
        </w:rPr>
        <w: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 xml:space="preserve">Permukaan sebuah logam memiliki fungsi kerja </w:t>
      </w:r>
      <m:oMath>
        <m:sSub>
          <m:e>
            <m:r>
              <m:t>W</m:t>
            </m:r>
          </m:e>
          <m:sub>
            <m:r>
              <m:t>0</m:t>
            </m:r>
          </m:sub>
        </m:sSub>
        <m:r>
          <m:t>=</m:t>
        </m:r>
        <m:r>
          <m:t>2</m:t>
        </m:r>
        <m:r>
          <m:t>,</m:t>
        </m:r>
        <m:r>
          <m:t>0</m:t>
        </m:r>
        <m:r>
          <m:t>e</m:t>
        </m:r>
      </m:oMath>
      <w:r>
        <w:rPr>
          <w:rFonts w:ascii="Calibri" w:hAnsi="Calibri"/>
          <w:b w:val="0"/>
          <w:i w:val="0"/>
          <w:color w:val="000000"/>
          <w:sz w:val="19"/>
        </w:rPr>
        <w:t xml:space="preserve">. Logam tersebut disinari dengan foton cahaya yang berenergi </w:t>
      </w:r>
      <m:oMath>
        <m:r>
          <m:t>E</m:t>
        </m:r>
        <m:r>
          <m:t>=</m:t>
        </m:r>
        <m:r>
          <m:t>3</m:t>
        </m:r>
        <m:r>
          <m:t>,</m:t>
        </m:r>
        <m:r>
          <m:t>5</m:t>
        </m:r>
        <m:r>
          <m:t>e</m:t>
        </m:r>
      </m:oMath>
      <w:r>
        <w:rPr>
          <w:rFonts w:ascii="Calibri" w:hAnsi="Calibri"/>
          <w:b w:val="0"/>
          <w:i w:val="0"/>
          <w:color w:val="000000"/>
          <w:sz w:val="19"/>
        </w:rPr>
        <w:t>. Berapakah energi kinetik maksimum fotoelektron yang terlepas dari permukaan logam tersebut?</w:t>
      </w:r>
    </w:p>
    <w:p>
      <w:pPr>
        <w:spacing w:before="0" w:after="20"/>
        <w:ind w:left="576"/>
      </w:pPr>
      <w:r>
        <w:rPr>
          <w:rFonts w:ascii="Calibri" w:hAnsi="Calibri"/>
          <w:b w:val="0"/>
          <w:i w:val="0"/>
          <w:color w:val="000000"/>
          <w:sz w:val="18"/>
        </w:rPr>
        <w:t>A. 1,5 eV</w:t>
      </w:r>
    </w:p>
    <w:p>
      <w:pPr>
        <w:spacing w:before="0" w:after="20"/>
        <w:ind w:left="576"/>
      </w:pPr>
      <w:r>
        <w:rPr>
          <w:rFonts w:ascii="Calibri" w:hAnsi="Calibri"/>
          <w:b w:val="0"/>
          <w:i w:val="0"/>
          <w:color w:val="000000"/>
          <w:sz w:val="18"/>
        </w:rPr>
        <w:t>B. 2,0 eV</w:t>
      </w:r>
    </w:p>
    <w:p>
      <w:pPr>
        <w:spacing w:before="0" w:after="20"/>
        <w:ind w:left="576"/>
      </w:pPr>
      <w:r>
        <w:rPr>
          <w:rFonts w:ascii="Calibri" w:hAnsi="Calibri"/>
          <w:b w:val="0"/>
          <w:i w:val="0"/>
          <w:color w:val="000000"/>
          <w:sz w:val="18"/>
        </w:rPr>
        <w:t>C. 3,5 eV</w:t>
      </w:r>
    </w:p>
    <w:p>
      <w:pPr>
        <w:spacing w:before="0" w:after="20"/>
        <w:ind w:left="576"/>
      </w:pPr>
      <w:r>
        <w:rPr>
          <w:rFonts w:ascii="Calibri" w:hAnsi="Calibri"/>
          <w:b w:val="0"/>
          <w:i w:val="0"/>
          <w:color w:val="000000"/>
          <w:sz w:val="18"/>
        </w:rPr>
        <w:t>D. 5,5 eV</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 xml:space="preserve">Berdasarkan persamaan Efek Fotolistrik Einstein: </w:t>
      </w:r>
      <m:oMath>
        <m:sSub>
          <m:e>
            <m:r>
              <m:t>E</m:t>
            </m:r>
          </m:e>
          <m:sub>
            <m:r>
              <m:t>k</m:t>
            </m:r>
            <m:r>
              <m:t>,</m:t>
            </m:r>
            <m:r>
              <m:t>m</m:t>
            </m:r>
            <m:r>
              <m:t>a</m:t>
            </m:r>
            <m:r>
              <m:t>x</m:t>
            </m:r>
          </m:sub>
        </m:sSub>
        <m:r>
          <m:t>=</m:t>
        </m:r>
        <m:sSub>
          <m:e>
            <m:r>
              <m:t>E</m:t>
            </m:r>
          </m:e>
          <m:sub>
            <m:r>
              <m:t>f</m:t>
            </m:r>
            <m:r>
              <m:t>o</m:t>
            </m:r>
            <m:r>
              <m:t>t</m:t>
            </m:r>
            <m:r>
              <m:t>o</m:t>
            </m:r>
            <m:r>
              <m:t>n</m:t>
            </m:r>
          </m:sub>
        </m:sSub>
        <m:r>
          <m:t>-</m:t>
        </m:r>
        <m:sSub>
          <m:e>
            <m:r>
              <m:t>W</m:t>
            </m:r>
          </m:e>
          <m:sub>
            <m:r>
              <m:t>0</m:t>
            </m:r>
          </m:sub>
        </m:sSub>
        <m:r>
          <m:t>=</m:t>
        </m:r>
        <m:r>
          <m:t>3</m:t>
        </m:r>
        <m:r>
          <m:t>,</m:t>
        </m:r>
        <m:r>
          <m:t>5</m:t>
        </m:r>
        <m:r>
          <m:t>e</m:t>
        </m:r>
        <m:r>
          <m:t>-</m:t>
        </m:r>
        <m:r>
          <m:t>2</m:t>
        </m:r>
        <m:r>
          <m:t>,</m:t>
        </m:r>
        <m:r>
          <m:t>0</m:t>
        </m:r>
        <m:r>
          <m:t>e</m:t>
        </m:r>
        <m:r>
          <m:t>=</m:t>
        </m:r>
        <m:r>
          <m:t>1</m:t>
        </m:r>
        <m:r>
          <m:t>,</m:t>
        </m:r>
        <m:r>
          <m:t>5</m:t>
        </m:r>
        <m:r>
          <m:t>e</m:t>
        </m:r>
      </m:oMath>
      <w:r>
        <w:rPr>
          <w:rFonts w:ascii="Calibri" w:hAnsi="Calibri"/>
          <w:b w:val="0"/>
          <w:i/>
          <w:color w:val="64748B"/>
          <w:sz w:val="17"/>
        </w:rPr>
        <w:t>.</w:t>
      </w:r>
    </w:p>
    <w:p>
      <w:pPr>
        <w:spacing w:before="80" w:after="40"/>
        <w:ind w:left="216"/>
      </w:pPr>
      <w:r>
        <w:rPr>
          <w:rFonts w:ascii="Calibri" w:hAnsi="Calibri"/>
          <w:b/>
          <w:color w:val="000000"/>
          <w:sz w:val="19"/>
        </w:rPr>
        <w:t xml:space="preserve">2. </w:t>
      </w:r>
      <w:r>
        <w:rPr>
          <w:rFonts w:ascii="Calibri" w:hAnsi="Calibri"/>
          <w:b w:val="0"/>
          <w:i w:val="0"/>
          <w:color w:val="000000"/>
          <w:sz w:val="19"/>
        </w:rPr>
        <w:t>Jika intensitas cahaya monokromatik yang menyinari pelat efek fotolistrik digandakan dua kali lipat (frekuensi tetap di atas frekuensi ambang), apa yang akan terjadi pada fotoelektron yang dihasilkan?</w:t>
      </w:r>
    </w:p>
    <w:p>
      <w:pPr>
        <w:spacing w:before="0" w:after="20"/>
        <w:ind w:left="576"/>
      </w:pPr>
      <w:r>
        <w:rPr>
          <w:rFonts w:ascii="Calibri" w:hAnsi="Calibri"/>
          <w:b w:val="0"/>
          <w:i w:val="0"/>
          <w:color w:val="000000"/>
          <w:sz w:val="18"/>
        </w:rPr>
        <w:t>A. Energi kinetik maksimum fotoelektron akan meningkat dua kali lipat.</w:t>
      </w:r>
    </w:p>
    <w:p>
      <w:pPr>
        <w:spacing w:before="0" w:after="20"/>
        <w:ind w:left="576"/>
      </w:pPr>
      <w:r>
        <w:rPr>
          <w:rFonts w:ascii="Calibri" w:hAnsi="Calibri"/>
          <w:b w:val="0"/>
          <w:i w:val="0"/>
          <w:color w:val="000000"/>
          <w:sz w:val="18"/>
        </w:rPr>
        <w:t>B. Energi kinetik fotoelektron tetap, tetapi jumlah elektron yang terlepas per satuan waktu (arus fotolistrik) meningkat dua kali lipat.</w:t>
      </w:r>
    </w:p>
    <w:p>
      <w:pPr>
        <w:spacing w:before="0" w:after="20"/>
        <w:ind w:left="576"/>
      </w:pPr>
      <w:r>
        <w:rPr>
          <w:rFonts w:ascii="Calibri" w:hAnsi="Calibri"/>
          <w:b w:val="0"/>
          <w:i w:val="0"/>
          <w:color w:val="000000"/>
          <w:sz w:val="18"/>
        </w:rPr>
        <w:t>C. Tidak ada lagi elektron yang dapat terlepas.</w:t>
      </w:r>
    </w:p>
    <w:p>
      <w:pPr>
        <w:spacing w:before="0" w:after="20"/>
        <w:ind w:left="576"/>
      </w:pPr>
      <w:r>
        <w:rPr>
          <w:rFonts w:ascii="Calibri" w:hAnsi="Calibri"/>
          <w:b w:val="0"/>
          <w:i w:val="0"/>
          <w:color w:val="000000"/>
          <w:sz w:val="18"/>
        </w:rPr>
        <w:t>D. Kecepatan gerak elektron menjadi melebihi kecepatan cahaya.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Intensitas cahaya merepresentasikan jumlah foton per detik, bukan energi per foton. Menambah intensitas memperbanyak jumlah foton penumbuk sehingga arus elektron bertambah, sedangkan energi kinetik fotoelektron (</w:t>
      </w:r>
      <m:oMath>
        <m:sSub>
          <m:e>
            <m:r>
              <m:t>E</m:t>
            </m:r>
          </m:e>
          <m:sub>
            <m:r>
              <m:t>k</m:t>
            </m:r>
          </m:sub>
        </m:sSub>
        <m:r>
          <m:t>=</m:t>
        </m:r>
        <m:r>
          <m:t>h</m:t>
        </m:r>
        <m:r>
          <m:t>f</m:t>
        </m:r>
        <m:r>
          <m:t>-</m:t>
        </m:r>
        <m:sSub>
          <m:e>
            <m:r>
              <m:t>W</m:t>
            </m:r>
          </m:e>
          <m:sub>
            <m:r>
              <m:t>0</m:t>
            </m:r>
          </m:sub>
        </m:sSub>
      </m:oMath>
      <w:r>
        <w:rPr>
          <w:rFonts w:ascii="Calibri" w:hAnsi="Calibri"/>
          <w:b w:val="0"/>
          <w:i/>
          <w:color w:val="64748B"/>
          <w:sz w:val="17"/>
        </w:rPr>
        <w:t xml:space="preserve">) tetap konstan karena frekuensi </w:t>
      </w:r>
      <m:oMath>
        <m:r>
          <m:t>f</m:t>
        </m:r>
      </m:oMath>
      <w:r>
        <w:rPr>
          <w:rFonts w:ascii="Calibri" w:hAnsi="Calibri"/>
          <w:b w:val="0"/>
          <w:i/>
          <w:color w:val="64748B"/>
          <w:sz w:val="17"/>
        </w:rPr>
        <w:t xml:space="preserve"> tidak berubah.</w:t>
      </w:r>
    </w:p>
    <w:p>
      <w:pPr>
        <w:spacing w:before="80" w:after="40"/>
        <w:ind w:left="216"/>
      </w:pPr>
      <w:r>
        <w:rPr>
          <w:rFonts w:ascii="Calibri" w:hAnsi="Calibri"/>
          <w:b/>
          <w:color w:val="000000"/>
          <w:sz w:val="19"/>
        </w:rPr>
        <w:t xml:space="preserve">3. </w:t>
      </w:r>
      <w:r>
        <w:rPr>
          <w:rFonts w:ascii="Calibri" w:hAnsi="Calibri"/>
          <w:b w:val="0"/>
          <w:i w:val="0"/>
          <w:color w:val="000000"/>
          <w:sz w:val="19"/>
        </w:rPr>
        <w:t xml:space="preserve">Bintang Sirius memancarkan radiasi termal dengan puncak panjang gelombang </w:t>
      </w:r>
      <m:oMath>
        <m:sSub>
          <m:e>
            <m:r>
              <m:t>λ</m:t>
            </m:r>
          </m:e>
          <m:sub>
            <m:r>
              <m:t>m</m:t>
            </m:r>
            <m:r>
              <m:t>a</m:t>
            </m:r>
            <m:r>
              <m:t>x</m:t>
            </m:r>
          </m:sub>
        </m:sSub>
        <m:r>
          <m:t>=</m:t>
        </m:r>
        <m:r>
          <m:t>2</m:t>
        </m:r>
        <m:r>
          <m:t>9</m:t>
        </m:r>
        <m:r>
          <m:t>0</m:t>
        </m:r>
        <m:r>
          <m:t>n</m:t>
        </m:r>
      </m:oMath>
      <w:r>
        <w:rPr>
          <w:rFonts w:ascii="Calibri" w:hAnsi="Calibri"/>
          <w:b w:val="0"/>
          <w:i w:val="0"/>
          <w:color w:val="000000"/>
          <w:sz w:val="19"/>
        </w:rPr>
        <w:t xml:space="preserve"> (</w:t>
      </w:r>
      <m:oMath>
        <m:r>
          <m:t>2</m:t>
        </m:r>
        <m:r>
          <m:t>,</m:t>
        </m:r>
        <m:r>
          <m:t>9</m:t>
        </m:r>
        <m:r>
          <m:t>×</m:t>
        </m:r>
        <m:r>
          <m:t>1</m:t>
        </m:r>
        <m:sSup>
          <m:e>
            <m:r>
              <m:t>0</m:t>
            </m:r>
          </m:e>
          <m:sup>
            <m:r>
              <m:t>-</m:t>
            </m:r>
            <m:r>
              <m:t>7</m:t>
            </m:r>
          </m:sup>
        </m:sSup>
        <m:r>
          <m:t>m</m:t>
        </m:r>
      </m:oMath>
      <w:r>
        <w:rPr>
          <w:rFonts w:ascii="Calibri" w:hAnsi="Calibri"/>
          <w:b w:val="0"/>
          <w:i w:val="0"/>
          <w:color w:val="000000"/>
          <w:sz w:val="19"/>
        </w:rPr>
        <w:t xml:space="preserve">). Berapakah perkiraan suhu permukaan bintang tersebut menurut Hukum Pergeseran Wien? (Konstanta Wien </w:t>
      </w:r>
      <m:oMath>
        <m:r>
          <m:t>C</m:t>
        </m:r>
        <m:r>
          <m:t>=</m:t>
        </m:r>
        <m:r>
          <m:t>2</m:t>
        </m:r>
        <m:r>
          <m:t>,</m:t>
        </m:r>
        <m:r>
          <m:t>9</m:t>
        </m:r>
        <m:r>
          <m:t>×</m:t>
        </m:r>
        <m:r>
          <m:t>1</m:t>
        </m:r>
        <m:sSup>
          <m:e>
            <m:r>
              <m:t>0</m:t>
            </m:r>
          </m:e>
          <m:sup>
            <m:r>
              <m:t>-</m:t>
            </m:r>
            <m:r>
              <m:t>3</m:t>
            </m:r>
          </m:sup>
        </m:sSup>
        <m:r>
          <m:t>m</m:t>
        </m:r>
        <m:r>
          <m:t>·</m:t>
        </m:r>
        <m:r>
          <m:t>K</m:t>
        </m:r>
      </m:oMath>
      <w:r>
        <w:rPr>
          <w:rFonts w:ascii="Calibri" w:hAnsi="Calibri"/>
          <w:b w:val="0"/>
          <w:i w:val="0"/>
          <w:color w:val="000000"/>
          <w:sz w:val="19"/>
        </w:rPr>
        <w:t>)</w:t>
      </w:r>
    </w:p>
    <w:p>
      <w:pPr>
        <w:spacing w:before="0" w:after="20"/>
        <w:ind w:left="576"/>
      </w:pPr>
      <w:r>
        <w:rPr>
          <w:rFonts w:ascii="Calibri" w:hAnsi="Calibri"/>
          <w:b w:val="0"/>
          <w:i w:val="0"/>
          <w:color w:val="000000"/>
          <w:sz w:val="18"/>
        </w:rPr>
        <w:t>A. 1.000 K</w:t>
      </w:r>
    </w:p>
    <w:p>
      <w:pPr>
        <w:spacing w:before="0" w:after="20"/>
        <w:ind w:left="576"/>
      </w:pPr>
      <w:r>
        <w:rPr>
          <w:rFonts w:ascii="Calibri" w:hAnsi="Calibri"/>
          <w:b w:val="0"/>
          <w:i w:val="0"/>
          <w:color w:val="000000"/>
          <w:sz w:val="18"/>
        </w:rPr>
        <w:t>B. 5.800 K</w:t>
      </w:r>
    </w:p>
    <w:p>
      <w:pPr>
        <w:spacing w:before="0" w:after="20"/>
        <w:ind w:left="576"/>
      </w:pPr>
      <w:r>
        <w:rPr>
          <w:rFonts w:ascii="Calibri" w:hAnsi="Calibri"/>
          <w:b w:val="0"/>
          <w:i w:val="0"/>
          <w:color w:val="000000"/>
          <w:sz w:val="18"/>
        </w:rPr>
        <w:t>C. 10.000 K</w:t>
      </w:r>
    </w:p>
    <w:p>
      <w:pPr>
        <w:spacing w:before="0" w:after="20"/>
        <w:ind w:left="576"/>
      </w:pPr>
      <w:r>
        <w:rPr>
          <w:rFonts w:ascii="Calibri" w:hAnsi="Calibri"/>
          <w:b w:val="0"/>
          <w:i w:val="0"/>
          <w:color w:val="000000"/>
          <w:sz w:val="18"/>
        </w:rPr>
        <w:t>D. 29.000 K</w:t>
      </w:r>
    </w:p>
    <w:p>
      <w:pPr>
        <w:spacing w:before="20" w:after="80"/>
        <w:ind w:left="576"/>
      </w:pPr>
      <w:r>
        <w:rPr>
          <w:rFonts w:ascii="Calibri" w:hAnsi="Calibri"/>
          <w:i/>
          <w:color w:val="64748B"/>
          <w:sz w:val="17"/>
        </w:rPr>
        <w:t xml:space="preserve">Kunci Jawaban: C — Pembahasan: </w:t>
      </w:r>
      <m:oMath>
        <m:r>
          <m:t>T</m:t>
        </m:r>
        <m:r>
          <m:t>=</m:t>
        </m:r>
        <m:f>
          <m:fPr>
            <m:type m:val="bar"/>
          </m:fPr>
          <m:num>
            <m:r>
              <m:t>C</m:t>
            </m:r>
          </m:num>
          <m:den>
            <m:sSub>
              <m:e>
                <m:r>
                  <m:t>λ</m:t>
                </m:r>
              </m:e>
              <m:sub>
                <m:r>
                  <m:t>m</m:t>
                </m:r>
                <m:r>
                  <m:t>a</m:t>
                </m:r>
                <m:r>
                  <m:t>x</m:t>
                </m:r>
              </m:sub>
            </m:sSub>
          </m:den>
        </m:f>
        <m:r>
          <m:t>=</m:t>
        </m:r>
        <m:f>
          <m:fPr>
            <m:type m:val="bar"/>
          </m:fPr>
          <m:num>
            <m:r>
              <m:t>2</m:t>
            </m:r>
            <m:r>
              <m:t>,</m:t>
            </m:r>
            <m:r>
              <m:t>9</m:t>
            </m:r>
            <m:r>
              <m:t>×</m:t>
            </m:r>
            <m:r>
              <m:t>1</m:t>
            </m:r>
            <m:sSup>
              <m:e>
                <m:r>
                  <m:t>0</m:t>
                </m:r>
              </m:e>
              <m:sup>
                <m:r>
                  <m:t>-</m:t>
                </m:r>
                <m:r>
                  <m:t>3</m:t>
                </m:r>
              </m:sup>
            </m:sSup>
            <m:r>
              <m:t>m</m:t>
            </m:r>
            <m:r>
              <m:t>·</m:t>
            </m:r>
            <m:r>
              <m:t>K</m:t>
            </m:r>
          </m:num>
          <m:den>
            <m:r>
              <m:t>2</m:t>
            </m:r>
            <m:r>
              <m:t>,</m:t>
            </m:r>
            <m:r>
              <m:t>9</m:t>
            </m:r>
            <m:r>
              <m:t>×</m:t>
            </m:r>
            <m:r>
              <m:t>1</m:t>
            </m:r>
            <m:sSup>
              <m:e>
                <m:r>
                  <m:t>0</m:t>
                </m:r>
              </m:e>
              <m:sup>
                <m:r>
                  <m:t>-</m:t>
                </m:r>
                <m:r>
                  <m:t>7</m:t>
                </m:r>
              </m:sup>
            </m:sSup>
            <m:r>
              <m:t>m</m:t>
            </m:r>
          </m:den>
        </m:f>
        <m:r>
          <m:t>=</m:t>
        </m:r>
        <m:r>
          <m:t>1</m:t>
        </m:r>
        <m:r>
          <m:t>0</m:t>
        </m:r>
        <m:r>
          <m:t>.</m:t>
        </m:r>
        <m:r>
          <m:t>0</m:t>
        </m:r>
        <m:r>
          <m:t>0</m:t>
        </m:r>
        <m:r>
          <m:t>0</m:t>
        </m:r>
        <m:r>
          <m:t>K</m:t>
        </m:r>
      </m:oMath>
      <w:r>
        <w:rPr>
          <w:rFonts w:ascii="Calibri" w:hAnsi="Calibri"/>
          <w:b w:val="0"/>
          <w:i/>
          <w:color w:val="64748B"/>
          <w:sz w:val="17"/>
        </w:rPr>
        <w:t>.</w:t>
      </w:r>
    </w:p>
    <w:p>
      <w:pPr>
        <w:spacing w:before="80" w:after="40"/>
        <w:ind w:left="216"/>
      </w:pPr>
      <w:r>
        <w:rPr>
          <w:rFonts w:ascii="Calibri" w:hAnsi="Calibri"/>
          <w:b/>
          <w:color w:val="000000"/>
          <w:sz w:val="19"/>
        </w:rPr>
        <w:t xml:space="preserve">4. </w:t>
      </w:r>
      <w:r>
        <w:rPr>
          <w:rFonts w:ascii="Calibri" w:hAnsi="Calibri"/>
          <w:b w:val="0"/>
          <w:i w:val="0"/>
          <w:color w:val="000000"/>
          <w:sz w:val="19"/>
        </w:rPr>
        <w:t>Peristiwa hamburan Compton membuktikan bahwa foton cahaya memiliki sifat partikel berupa...</w:t>
      </w:r>
    </w:p>
    <w:p>
      <w:pPr>
        <w:spacing w:before="0" w:after="20"/>
        <w:ind w:left="576"/>
      </w:pPr>
      <w:r>
        <w:rPr>
          <w:rFonts w:ascii="Calibri" w:hAnsi="Calibri"/>
          <w:b w:val="0"/>
          <w:i w:val="0"/>
          <w:color w:val="000000"/>
          <w:sz w:val="18"/>
        </w:rPr>
        <w:t>A. Massa diam yang sangat besar.</w:t>
      </w:r>
    </w:p>
    <w:p>
      <w:pPr>
        <w:spacing w:before="0" w:after="20"/>
        <w:ind w:left="576"/>
      </w:pPr>
      <w:r>
        <w:rPr>
          <w:rFonts w:ascii="Calibri" w:hAnsi="Calibri"/>
          <w:b w:val="0"/>
          <w:i w:val="0"/>
          <w:color w:val="000000"/>
          <w:sz w:val="18"/>
        </w:rPr>
        <w:t>B. Muatan listrik positif.</w:t>
      </w:r>
    </w:p>
    <w:p>
      <w:pPr>
        <w:spacing w:before="0" w:after="20"/>
        <w:ind w:left="576"/>
      </w:pPr>
      <w:r>
        <w:rPr>
          <w:rFonts w:ascii="Calibri" w:hAnsi="Calibri"/>
          <w:b w:val="0"/>
          <w:i w:val="0"/>
          <w:color w:val="000000"/>
          <w:sz w:val="18"/>
        </w:rPr>
        <w:t>C. Momentum mekanik (</w:t>
      </w:r>
      <m:oMath>
        <m:r>
          <m:t>p</m:t>
        </m:r>
        <m:r>
          <m:t>=</m:t>
        </m:r>
        <m:r>
          <m:t>h</m:t>
        </m:r>
        <m:r>
          <m:t>/</m:t>
        </m:r>
        <m:r>
          <m:t>λ</m:t>
        </m:r>
      </m:oMath>
      <w:r>
        <w:rPr>
          <w:rFonts w:ascii="Calibri" w:hAnsi="Calibri"/>
          <w:b w:val="0"/>
          <w:i w:val="0"/>
          <w:color w:val="000000"/>
          <w:sz w:val="18"/>
        </w:rPr>
        <w:t>) yang dapat ditransferkan saat bertumbukan elastis dengan elektron bebas.</w:t>
      </w:r>
    </w:p>
    <w:p>
      <w:pPr>
        <w:spacing w:before="0" w:after="20"/>
        <w:ind w:left="576"/>
      </w:pPr>
      <w:r>
        <w:rPr>
          <w:rFonts w:ascii="Calibri" w:hAnsi="Calibri"/>
          <w:b w:val="0"/>
          <w:i w:val="0"/>
          <w:color w:val="000000"/>
          <w:sz w:val="18"/>
        </w:rPr>
        <w:t>D. Gaya gesek udara.</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Efek Compton menunjukkan foton kehilangan sebagian energinya dan terhambur dengan panjang gelombang lebih panjang setelah menumbuk elektron, membuktikan foton mentransfer momentum seperti partikel biliar.</w:t>
      </w:r>
    </w:p>
    <w:p>
      <w:pPr>
        <w:spacing w:before="80" w:after="40"/>
        <w:ind w:left="216"/>
      </w:pPr>
      <w:r>
        <w:rPr>
          <w:rFonts w:ascii="Calibri" w:hAnsi="Calibri"/>
          <w:b/>
          <w:color w:val="000000"/>
          <w:sz w:val="19"/>
        </w:rPr>
        <w:t xml:space="preserve">5. </w:t>
      </w:r>
      <w:r>
        <w:rPr>
          <w:rFonts w:ascii="Calibri" w:hAnsi="Calibri"/>
          <w:b w:val="0"/>
          <w:i w:val="0"/>
          <w:color w:val="000000"/>
          <w:sz w:val="19"/>
        </w:rPr>
        <w:t xml:space="preserve">Sebuah elektron bermassa </w:t>
      </w:r>
      <m:oMath>
        <m:r>
          <m:t>m</m:t>
        </m:r>
      </m:oMath>
      <w:r>
        <w:rPr>
          <w:rFonts w:ascii="Calibri" w:hAnsi="Calibri"/>
          <w:b w:val="0"/>
          <w:i w:val="0"/>
          <w:color w:val="000000"/>
          <w:sz w:val="19"/>
        </w:rPr>
        <w:t xml:space="preserve"> bergerak dengan kecepatan </w:t>
      </w:r>
      <m:oMath>
        <m:r>
          <m:t>v</m:t>
        </m:r>
      </m:oMath>
      <w:r>
        <w:rPr>
          <w:rFonts w:ascii="Calibri" w:hAnsi="Calibri"/>
          <w:b w:val="0"/>
          <w:i w:val="0"/>
          <w:color w:val="000000"/>
          <w:sz w:val="19"/>
        </w:rPr>
        <w:t>. Menurut hipotesis Louis de Broglie, panjang gelombang materi yang dimiliki elektron tersebut adalah...</w:t>
      </w:r>
    </w:p>
    <w:p>
      <w:pPr>
        <w:spacing w:before="0" w:after="20"/>
        <w:ind w:left="576"/>
      </w:pPr>
      <w:r>
        <w:rPr>
          <w:rFonts w:ascii="Calibri" w:hAnsi="Calibri"/>
          <w:b w:val="0"/>
          <w:i w:val="0"/>
          <w:color w:val="000000"/>
          <w:sz w:val="18"/>
        </w:rPr>
        <w:t xml:space="preserve">A. </w:t>
      </w:r>
      <m:oMath>
        <m:r>
          <m:t>λ</m:t>
        </m:r>
        <m:r>
          <m:t>=</m:t>
        </m:r>
        <m:f>
          <m:fPr>
            <m:type m:val="bar"/>
          </m:fPr>
          <m:num>
            <m:r>
              <m:t>h</m:t>
            </m:r>
          </m:num>
          <m:den>
            <m:r>
              <m:t>m</m:t>
            </m:r>
            <m:r>
              <m:t>v</m:t>
            </m:r>
          </m:den>
        </m:f>
      </m:oMath>
    </w:p>
    <w:p>
      <w:pPr>
        <w:spacing w:before="0" w:after="20"/>
        <w:ind w:left="576"/>
      </w:pPr>
      <w:r>
        <w:rPr>
          <w:rFonts w:ascii="Calibri" w:hAnsi="Calibri"/>
          <w:b w:val="0"/>
          <w:i w:val="0"/>
          <w:color w:val="000000"/>
          <w:sz w:val="18"/>
        </w:rPr>
        <w:t xml:space="preserve">B. </w:t>
      </w:r>
      <m:oMath>
        <m:r>
          <m:t>λ</m:t>
        </m:r>
        <m:r>
          <m:t>=</m:t>
        </m:r>
        <m:f>
          <m:fPr>
            <m:type m:val="bar"/>
          </m:fPr>
          <m:num>
            <m:r>
              <m:t>m</m:t>
            </m:r>
            <m:r>
              <m:t>v</m:t>
            </m:r>
          </m:num>
          <m:den>
            <m:r>
              <m:t>h</m:t>
            </m:r>
          </m:den>
        </m:f>
      </m:oMath>
    </w:p>
    <w:p>
      <w:pPr>
        <w:spacing w:before="0" w:after="20"/>
        <w:ind w:left="576"/>
      </w:pPr>
      <w:r>
        <w:rPr>
          <w:rFonts w:ascii="Calibri" w:hAnsi="Calibri"/>
          <w:b w:val="0"/>
          <w:i w:val="0"/>
          <w:color w:val="000000"/>
          <w:sz w:val="18"/>
        </w:rPr>
        <w:t xml:space="preserve">C. </w:t>
      </w:r>
      <m:oMath>
        <m:r>
          <m:t>λ</m:t>
        </m:r>
        <m:r>
          <m:t>=</m:t>
        </m:r>
        <m:f>
          <m:fPr>
            <m:type m:val="bar"/>
          </m:fPr>
          <m:num>
            <m:r>
              <m:t>h</m:t>
            </m:r>
            <m:r>
              <m:t>c</m:t>
            </m:r>
          </m:num>
          <m:den>
            <m:r>
              <m:t>m</m:t>
            </m:r>
            <m:r>
              <m:t>v</m:t>
            </m:r>
          </m:den>
        </m:f>
      </m:oMath>
    </w:p>
    <w:p>
      <w:pPr>
        <w:spacing w:before="0" w:after="20"/>
        <w:ind w:left="576"/>
      </w:pPr>
      <w:r>
        <w:rPr>
          <w:rFonts w:ascii="Calibri" w:hAnsi="Calibri"/>
          <w:b w:val="0"/>
          <w:i w:val="0"/>
          <w:color w:val="000000"/>
          <w:sz w:val="18"/>
        </w:rPr>
        <w:t xml:space="preserve">D. </w:t>
      </w:r>
      <m:oMath>
        <m:r>
          <m:t>λ</m:t>
        </m:r>
        <m:r>
          <m:t>=</m:t>
        </m:r>
        <m:r>
          <m:t>h</m:t>
        </m:r>
        <m:r>
          <m:t>m</m:t>
        </m:r>
        <m:sSup>
          <m:e>
            <m:r>
              <m:t>v</m:t>
            </m:r>
          </m:e>
          <m:sup>
            <m:r>
              <m:t>2</m:t>
            </m:r>
          </m:sup>
        </m:sSup>
      </m:oMath>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Rumus panjang gelombang de Broglie menghubungkan sifat partikel momentum (</w:t>
      </w:r>
      <m:oMath>
        <m:r>
          <m:t>p</m:t>
        </m:r>
        <m:r>
          <m:t>=</m:t>
        </m:r>
        <m:r>
          <m:t>m</m:t>
        </m:r>
        <m:r>
          <m:t>v</m:t>
        </m:r>
      </m:oMath>
      <w:r>
        <w:rPr>
          <w:rFonts w:ascii="Calibri" w:hAnsi="Calibri"/>
          <w:b w:val="0"/>
          <w:i/>
          <w:color w:val="64748B"/>
          <w:sz w:val="17"/>
        </w:rPr>
        <w:t>) dengan sifat gelombang (</w:t>
      </w:r>
      <m:oMath>
        <m:r>
          <m:t>λ</m:t>
        </m:r>
      </m:oMath>
      <w:r>
        <w:rPr>
          <w:rFonts w:ascii="Calibri" w:hAnsi="Calibri"/>
          <w:b w:val="0"/>
          <w:i/>
          <w:color w:val="64748B"/>
          <w:sz w:val="17"/>
        </w:rPr>
        <w:t xml:space="preserve">): </w:t>
      </w:r>
      <m:oMath>
        <m:r>
          <m:t>λ</m:t>
        </m:r>
        <m:r>
          <m:t>=</m:t>
        </m:r>
        <m:f>
          <m:fPr>
            <m:type m:val="bar"/>
          </m:fPr>
          <m:num>
            <m:r>
              <m:t>h</m:t>
            </m:r>
          </m:num>
          <m:den>
            <m:r>
              <m:t>p</m:t>
            </m:r>
          </m:den>
        </m:f>
        <m:r>
          <m:t>=</m:t>
        </m:r>
        <m:f>
          <m:fPr>
            <m:type m:val="bar"/>
          </m:fPr>
          <m:num>
            <m:r>
              <m:t>h</m:t>
            </m:r>
          </m:num>
          <m:den>
            <m:r>
              <m:t>m</m:t>
            </m:r>
            <m:r>
              <m:t>v</m:t>
            </m:r>
          </m:den>
        </m:f>
      </m:oMath>
      <w:r>
        <w:rPr>
          <w:rFonts w:ascii="Calibri" w:hAnsi="Calibri"/>
          <w:b w:val="0"/>
          <w:i/>
          <w:color w:val="64748B"/>
          <w:sz w:val="17"/>
        </w:rPr>
        <w:t>.</w:t>
      </w:r>
    </w:p>
    <w:p>
      <w:r>
        <w:br w:type="page"/>
      </w:r>
    </w:p>
    <w:p>
      <w:pPr>
        <w:pStyle w:val="Title"/>
      </w:pPr>
      <w:r>
        <w:t>LEMBAR KERJA PESERTA DIDIK (LKPD)</w:t>
      </w:r>
    </w:p>
    <w:p>
      <w:pPr>
        <w:pStyle w:val="Subtitle"/>
      </w:pPr>
      <w:r>
        <w:t>Mata Pelajaran: Fisika • Bab 4: Konsep Fisika Kuantum, Radiasi Benda Hitam, dan Efek Fotolistrik</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Radiasi Benda Hitam dan Hipotesis Kuantum Max Planck</w:t>
      </w:r>
    </w:p>
    <w:p>
      <w:pPr>
        <w:spacing w:before="20" w:after="60"/>
        <w:ind w:left="216"/>
      </w:pPr>
      <w:r>
        <w:rPr>
          <w:rFonts w:ascii="Calibri" w:hAnsi="Calibri"/>
          <w:color w:val="000000"/>
          <w:sz w:val="18"/>
        </w:rPr>
        <w:t xml:space="preserve">Petunjuk: </w:t>
      </w:r>
      <w:r>
        <w:rPr>
          <w:rFonts w:ascii="Calibri" w:hAnsi="Calibri"/>
          <w:b w:val="0"/>
          <w:i w:val="0"/>
          <w:color w:val="000000"/>
          <w:sz w:val="18"/>
        </w:rPr>
        <w:t xml:space="preserve">Kurva intensitas radiasi, Hukum Stefan-Boltzmann, Hukum Pergeseran Wien </w:t>
      </w:r>
      <m:oMath>
        <m:sSub>
          <m:e>
            <m:r>
              <m:t>λ</m:t>
            </m:r>
          </m:e>
          <m:sub>
            <m:r>
              <m:t>m</m:t>
            </m:r>
            <m:r>
              <m:t>a</m:t>
            </m:r>
            <m:r>
              <m:t>x</m:t>
            </m:r>
          </m:sub>
        </m:sSub>
        <m:r>
          <m:t>T</m:t>
        </m:r>
        <m:r>
          <m:t>=</m:t>
        </m:r>
        <m:r>
          <m:t>2</m:t>
        </m:r>
        <m:r>
          <m:t>,</m:t>
        </m:r>
        <m:r>
          <m:t>8</m:t>
        </m:r>
        <m:r>
          <m:t>9</m:t>
        </m:r>
        <m:r>
          <m:t>8</m:t>
        </m:r>
        <m:r>
          <m:t>×</m:t>
        </m:r>
        <m:r>
          <m:t>1</m:t>
        </m:r>
        <m:sSup>
          <m:e>
            <m:r>
              <m:t>0</m:t>
            </m:r>
          </m:e>
          <m:sup>
            <m:r>
              <m:t>-</m:t>
            </m:r>
            <m:r>
              <m:t>3</m:t>
            </m:r>
          </m:sup>
        </m:sSup>
        <m:r>
          <m:t>m</m:t>
        </m:r>
        <m:r>
          <m:t>·</m:t>
        </m:r>
        <m:r>
          <m:t>K</m:t>
        </m:r>
      </m:oMath>
      <w:r>
        <w:rPr>
          <w:rFonts w:ascii="Calibri" w:hAnsi="Calibri"/>
          <w:b w:val="0"/>
          <w:i w:val="0"/>
          <w:color w:val="000000"/>
          <w:sz w:val="18"/>
        </w:rPr>
        <w:t>, dan kuanta energi Planck.</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Efek Fotolistrik dan Persamaan Kuantum Einstein</w:t>
      </w:r>
    </w:p>
    <w:p>
      <w:pPr>
        <w:spacing w:before="20" w:after="60"/>
        <w:ind w:left="216"/>
      </w:pPr>
      <w:r>
        <w:rPr>
          <w:rFonts w:ascii="Calibri" w:hAnsi="Calibri"/>
          <w:color w:val="000000"/>
          <w:sz w:val="18"/>
        </w:rPr>
        <w:t xml:space="preserve">Petunjuk: </w:t>
      </w:r>
      <w:r>
        <w:rPr>
          <w:rFonts w:ascii="Calibri" w:hAnsi="Calibri"/>
          <w:b w:val="0"/>
          <w:i w:val="0"/>
          <w:color w:val="000000"/>
          <w:sz w:val="18"/>
        </w:rPr>
        <w:t>Fungsi kerja logam (</w:t>
      </w:r>
      <m:oMath>
        <m:sSub>
          <m:e>
            <m:r>
              <m:t>W</m:t>
            </m:r>
          </m:e>
          <m:sub>
            <m:r>
              <m:t>0</m:t>
            </m:r>
          </m:sub>
        </m:sSub>
        <m:r>
          <m:t>=</m:t>
        </m:r>
        <m:r>
          <m:t>h</m:t>
        </m:r>
        <m:sSub>
          <m:e>
            <m:r>
              <m:t>f</m:t>
            </m:r>
          </m:e>
          <m:sub>
            <m:r>
              <m:t>0</m:t>
            </m:r>
          </m:sub>
        </m:sSub>
      </m:oMath>
      <w:r>
        <w:rPr>
          <w:rFonts w:ascii="Calibri" w:hAnsi="Calibri"/>
          <w:b w:val="0"/>
          <w:i w:val="0"/>
          <w:color w:val="000000"/>
          <w:sz w:val="18"/>
        </w:rPr>
        <w:t xml:space="preserve">), frekuensi ambang batas, energi kinetik maksimum fotoelektron </w:t>
      </w:r>
      <m:oMath>
        <m:sSub>
          <m:e>
            <m:r>
              <m:t>E</m:t>
            </m:r>
          </m:e>
          <m:sub>
            <m:r>
              <m:t>k</m:t>
            </m:r>
            <m:r>
              <m:t>,</m:t>
            </m:r>
            <m:r>
              <m:t>m</m:t>
            </m:r>
            <m:r>
              <m:t>a</m:t>
            </m:r>
            <m:r>
              <m:t>x</m:t>
            </m:r>
          </m:sub>
        </m:sSub>
        <m:r>
          <m:t>=</m:t>
        </m:r>
        <m:r>
          <m:t>h</m:t>
        </m:r>
        <m:r>
          <m:t>f</m:t>
        </m:r>
        <m:r>
          <m:t>-</m:t>
        </m:r>
        <m:sSub>
          <m:e>
            <m:r>
              <m:t>W</m:t>
            </m:r>
          </m:e>
          <m:sub>
            <m:r>
              <m:t>0</m:t>
            </m:r>
          </m:sub>
        </m:sSub>
        <m:r>
          <m:t>=</m:t>
        </m:r>
        <m:r>
          <m:t>e</m:t>
        </m:r>
        <m:sSub>
          <m:e>
            <m:r>
              <m:t>V</m:t>
            </m:r>
          </m:e>
          <m:sub>
            <m:r>
              <m:t>s</m:t>
            </m:r>
          </m:sub>
        </m:sSub>
      </m:oMath>
      <w:r>
        <w:rPr>
          <w:rFonts w:ascii="Calibri" w:hAnsi="Calibri"/>
          <w:b w:val="0"/>
          <w:i w:val="0"/>
          <w:color w:val="000000"/>
          <w:sz w:val="18"/>
        </w:rPr>
        <w:t>, dan potensial henti.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Efek Compton dan Panjang Gelombang Materi De Broglie</w:t>
      </w:r>
    </w:p>
    <w:p>
      <w:pPr>
        <w:spacing w:before="20" w:after="60"/>
        <w:ind w:left="216"/>
      </w:pPr>
      <w:r>
        <w:rPr>
          <w:rFonts w:ascii="Calibri" w:hAnsi="Calibri"/>
          <w:color w:val="000000"/>
          <w:sz w:val="18"/>
        </w:rPr>
        <w:t xml:space="preserve">Petunjuk: </w:t>
      </w:r>
      <w:r>
        <w:rPr>
          <w:rFonts w:ascii="Calibri" w:hAnsi="Calibri"/>
          <w:b w:val="0"/>
          <w:i w:val="0"/>
          <w:color w:val="000000"/>
          <w:sz w:val="18"/>
        </w:rPr>
        <w:t xml:space="preserve">Tumbukan foton-elektron, pergeseran panjang gelombang Compton </w:t>
      </w:r>
      <m:oMath>
        <m:r>
          <m:t>Δ</m:t>
        </m:r>
        <m:r>
          <m:t>λ</m:t>
        </m:r>
        <m:r>
          <m:t>=</m:t>
        </m:r>
        <m:f>
          <m:fPr>
            <m:type m:val="bar"/>
          </m:fPr>
          <m:num>
            <m:r>
              <m:t>h</m:t>
            </m:r>
          </m:num>
          <m:den>
            <m:sSub>
              <m:e>
                <m:r>
                  <m:t>m</m:t>
                </m:r>
              </m:e>
              <m:sub>
                <m:r>
                  <m:t>0</m:t>
                </m:r>
              </m:sub>
            </m:sSub>
            <m:r>
              <m:t>c</m:t>
            </m:r>
          </m:den>
        </m:f>
        <m:r>
          <m:t>(</m:t>
        </m:r>
        <m:r>
          <m:t>1</m:t>
        </m:r>
        <m:r>
          <m:t>-</m:t>
        </m:r>
        <m:r>
          <m:t>cos </m:t>
        </m:r>
        <m:r>
          <m:t>θ</m:t>
        </m:r>
        <m:r>
          <m:t>)</m:t>
        </m:r>
      </m:oMath>
      <w:r>
        <w:rPr>
          <w:rFonts w:ascii="Calibri" w:hAnsi="Calibri"/>
          <w:b w:val="0"/>
          <w:i w:val="0"/>
          <w:color w:val="000000"/>
          <w:sz w:val="18"/>
        </w:rPr>
        <w:t xml:space="preserve">, dan difraksi partikel de Broglie </w:t>
      </w:r>
      <m:oMath>
        <m:r>
          <m:t>λ</m:t>
        </m:r>
        <m:r>
          <m:t>=</m:t>
        </m:r>
        <m:r>
          <m:t>h</m:t>
        </m:r>
        <m:r>
          <m:t>/</m:t>
        </m:r>
        <m:r>
          <m:t>(</m:t>
        </m:r>
        <m:r>
          <m:t>m</m:t>
        </m:r>
        <m:r>
          <m:t>v</m:t>
        </m:r>
        <m:r>
          <m:t>)</m:t>
        </m:r>
      </m:oMath>
      <w:r>
        <w:rPr>
          <w:rFonts w:ascii="Calibri" w:hAnsi="Calibri"/>
          <w:b w:val="0"/>
          <w:i w:val="0"/>
          <w:color w:val="000000"/>
          <w:sz w:val="18"/>
        </w:rPr>
        <w: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Fisika Kuantum lahir pada pergantian abad ke-20 untuk menjelaskan fenomena radiasi benda hitam yang gagal diterangkan oleh teori elektromagnetik klasik (*bencana ultraviolet* / *ultraviolet catastrophe*). Max Planck mengajukan gagasan revolusioner bahwa energi radiasi tidak dipancarkan secara kontinu, melainkan dalam paket-paket energi diskret yang disebut kuantum (</w:t>
      </w:r>
      <m:oMath>
        <m:r>
          <m:t>E</m:t>
        </m:r>
        <m:r>
          <m:t>=</m:t>
        </m:r>
        <m:r>
          <m:t>h</m:t>
        </m:r>
        <m:r>
          <m:t>f</m:t>
        </m:r>
      </m:oMath>
      <w:r>
        <w:rPr>
          <w:rFonts w:ascii="Calibri" w:hAnsi="Calibri"/>
          <w:b w:val="0"/>
          <w:i w:val="0"/>
          <w:color w:val="000000"/>
          <w:sz w:val="19"/>
        </w:rPr>
        <w:t>).</w:t>
      </w:r>
    </w:p>
    <w:p>
      <w:pPr>
        <w:spacing w:before="40" w:after="60" w:line="276" w:lineRule="auto"/>
      </w:pPr>
      <w:r>
        <w:rPr>
          <w:rFonts w:ascii="Calibri" w:hAnsi="Calibri"/>
          <w:b w:val="0"/>
          <w:i w:val="0"/>
          <w:color w:val="000000"/>
          <w:sz w:val="19"/>
        </w:rPr>
        <w:t>Albert Einstein memperluas konsep Planck dengan mempostulatkan bahwa cahaya itu sendiri merambat dan berinteraksi sebagai partikel foton berenergi. Teori foton ini secara sempurna menjelaskan paradoks Efek Fotolistrik—pelepasan elektron dari permukaan logam yang disinari cahaya—di mana energi kinetik fotoelektron hanya bergantung pada frekuensi cahaya dan fungsi kerja logam (</w:t>
      </w:r>
      <m:oMath>
        <m:sSub>
          <m:e>
            <m:r>
              <m:t>W</m:t>
            </m:r>
          </m:e>
          <m:sub>
            <m:r>
              <m:t>0</m:t>
            </m:r>
          </m:sub>
        </m:sSub>
      </m:oMath>
      <w:r>
        <w:rPr>
          <w:rFonts w:ascii="Calibri" w:hAnsi="Calibri"/>
          <w:b w:val="0"/>
          <w:i w:val="0"/>
          <w:color w:val="000000"/>
          <w:sz w:val="19"/>
        </w:rPr>
        <w:t>), bukan pada intensitas cahaya.</w:t>
      </w:r>
    </w:p>
    <w:p>
      <w:pPr>
        <w:spacing w:before="40" w:after="60" w:line="276" w:lineRule="auto"/>
      </w:pPr>
      <w:r>
        <w:rPr>
          <w:rFonts w:ascii="Calibri" w:hAnsi="Calibri"/>
          <w:b w:val="0"/>
          <w:i w:val="0"/>
          <w:color w:val="000000"/>
          <w:sz w:val="19"/>
        </w:rPr>
        <w:t>Eksperimen Efek Compton membuktikan bahwa foton memiliki momentum (</w:t>
      </w:r>
      <m:oMath>
        <m:r>
          <m:t>p</m:t>
        </m:r>
        <m:r>
          <m:t>=</m:t>
        </m:r>
        <m:r>
          <m:t>h</m:t>
        </m:r>
        <m:r>
          <m:t>/</m:t>
        </m:r>
        <m:r>
          <m:t>λ</m:t>
        </m:r>
      </m:oMath>
      <w:r>
        <w:rPr>
          <w:rFonts w:ascii="Calibri" w:hAnsi="Calibri"/>
          <w:b w:val="0"/>
          <w:i w:val="0"/>
          <w:color w:val="000000"/>
          <w:sz w:val="19"/>
        </w:rPr>
        <w:t>) saat menumbuk elektron bebas. Pemahaman ini disempurnakan oleh hipotesis Louis de Broglie mengenai dualisme gelombang-partikel (*wave-particle duality*), yang menyatakan bahwa materi partikel seperti elektron juga memiliki sifat gelombang, meletakkan dasar bagi penemuan mikroskop elektron dan teknologi semikonduktor mutakhir.</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Radiasi Benda Hitam</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Radiasi elektromagnetik termal yang dipancarkan oleh benda penyerap dan pemancar sempurna pada temperatur tertentu.</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Foton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 xml:space="preserve">Partikel kuantum dasar penyusun cahaya yang membawa energi sebesar </w:t>
            </w:r>
            <m:oMath>
              <m:r>
                <m:t>E</m:t>
              </m:r>
              <m:r>
                <m:t>=</m:t>
              </m:r>
              <m:r>
                <m:t>h</m:t>
              </m:r>
              <m:r>
                <m:t>f</m:t>
              </m:r>
            </m:oMath>
            <w:r>
              <w:rPr>
                <w:rFonts w:ascii="Calibri" w:hAnsi="Calibri"/>
                <w:b w:val="0"/>
                <w:i w:val="0"/>
                <w:color w:val="000000"/>
                <w:sz w:val="18"/>
              </w:rPr>
              <w:t xml:space="preserve"> dan momentum </w:t>
            </w:r>
            <m:oMath>
              <m:r>
                <m:t>p</m:t>
              </m:r>
              <m:r>
                <m:t>=</m:t>
              </m:r>
              <m:r>
                <m:t>h</m:t>
              </m:r>
              <m:r>
                <m:t>/</m:t>
              </m:r>
              <m:r>
                <m:t>λ</m:t>
              </m:r>
            </m:oMath>
            <w:r>
              <w:rPr>
                <w:rFonts w:ascii="Calibri" w:hAnsi="Calibri"/>
                <w:b w:val="0"/>
                <w:i w:val="0"/>
                <w:color w:val="000000"/>
                <w:sz w:val="18"/>
              </w:rPr>
              <w:t xml:space="preserve"> namun memiliki massa diam nol.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Fungsi Kerja (W0)</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Energi ikat minimum yang diperlukan oleh sebuah elektron untuk dapat terlepas dari permukaan suatu logam (</w:t>
            </w:r>
            <m:oMath>
              <m:sSub>
                <m:e>
                  <m:r>
                    <m:t>W</m:t>
                  </m:r>
                </m:e>
                <m:sub>
                  <m:r>
                    <m:t>0</m:t>
                  </m:r>
                </m:sub>
              </m:sSub>
              <m:r>
                <m:t>=</m:t>
              </m:r>
              <m:r>
                <m:t>h</m:t>
              </m:r>
              <m:sSub>
                <m:e>
                  <m:r>
                    <m:t>f</m:t>
                  </m:r>
                </m:e>
                <m:sub>
                  <m:r>
                    <m:t>0</m:t>
                  </m:r>
                </m:sub>
              </m:sSub>
            </m:oMath>
            <w:r>
              <w:rPr>
                <w:rFonts w:ascii="Calibri" w:hAnsi="Calibri"/>
                <w:b w:val="0"/>
                <w:i w:val="0"/>
                <w:color w:val="000000"/>
                <w:sz w:val="18"/>
              </w:rPr>
              <w: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Efek Fotolistrik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Peristiwa terlepasnya elektron dari permukaan logam ketika disinari oleh radiasi elektromagnetik dengan frekuensi di atas frekuensi ambang.</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Panjang Gelombang De Broglie</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 xml:space="preserve">Panjang gelombang ekuivalen yang diasosiasikan dengan sebuah partikel bermassa yang bergerak dengan momentum </w:t>
            </w:r>
            <m:oMath>
              <m:r>
                <m:t>p</m:t>
              </m:r>
            </m:oMath>
            <w:r>
              <w:rPr>
                <w:rFonts w:ascii="Calibri" w:hAnsi="Calibri"/>
                <w:b w:val="0"/>
                <w:i w:val="0"/>
                <w:color w:val="000000"/>
                <w:sz w:val="18"/>
              </w:rPr>
              <w:t xml:space="preserve"> (</w:t>
            </w:r>
            <m:oMath>
              <m:r>
                <m:t>λ</m:t>
              </m:r>
              <m:r>
                <m:t>=</m:t>
              </m:r>
              <m:r>
                <m:t>h</m:t>
              </m:r>
              <m:r>
                <m:t>/</m:t>
              </m:r>
              <m:r>
                <m:t>p</m:t>
              </m:r>
            </m:oMath>
            <w:r>
              <w:rPr>
                <w:rFonts w:ascii="Calibri" w:hAnsi="Calibri"/>
                <w:b w:val="0"/>
                <w:i w:val="0"/>
                <w:color w:val="000000"/>
                <w:sz w:val="18"/>
              </w:rPr>
              <w:t>).</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Fisika Kelas 12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