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FISIKA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Fisika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Teori Relativitas Khusus: Dilatasi Waktu dan Kontraksi Panjang</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kegagalan percobaan Michelson-Morley dan dua postulat Teori Relativitas Khusus Albert Einstein.</w:t>
      </w:r>
    </w:p>
    <w:p>
      <w:pPr>
        <w:pStyle w:val="ListNumber"/>
      </w:pPr>
      <w:r>
        <w:rPr>
          <w:rFonts w:ascii="Calibri" w:hAnsi="Calibri"/>
          <w:b w:val="0"/>
          <w:i w:val="0"/>
          <w:color w:val="000000"/>
          <w:sz w:val="19"/>
        </w:rPr>
        <w:t xml:space="preserve">Menghitung efek relativistik menggunakan faktor Lorentz </w:t>
      </w:r>
      <m:oMath>
        <m:r>
          <m:t>γ</m:t>
        </m:r>
        <m:r>
          <m:t>=</m:t>
        </m:r>
        <m:f>
          <m:fPr>
            <m:type m:val="bar"/>
          </m:fPr>
          <m:num>
            <m:r>
              <m:t>1</m:t>
            </m:r>
          </m:num>
          <m:den>
            <m:rad>
              <m:radPr>
                <m:degHide m:val="1"/>
              </m:radPr>
              <m:deg/>
              <m:e>
                <m:r>
                  <m:t>1</m:t>
                </m:r>
                <m:r>
                  <m:t>-</m:t>
                </m:r>
                <m:sSup>
                  <m:e>
                    <m:r>
                      <m:t>v</m:t>
                    </m:r>
                  </m:e>
                  <m:sup>
                    <m:r>
                      <m:t>2</m:t>
                    </m:r>
                  </m:sup>
                </m:sSup>
                <m:r>
                  <m:t>/</m:t>
                </m:r>
                <m:sSup>
                  <m:e>
                    <m:r>
                      <m:t>c</m:t>
                    </m:r>
                  </m:e>
                  <m:sup>
                    <m:r>
                      <m:t>2</m:t>
                    </m:r>
                  </m:sup>
                </m:sSup>
              </m:e>
            </m:rad>
          </m:den>
        </m:f>
      </m:oMath>
      <w:r>
        <w:rPr>
          <w:rFonts w:ascii="Calibri" w:hAnsi="Calibri"/>
          <w:b w:val="0"/>
          <w:i w:val="0"/>
          <w:color w:val="000000"/>
          <w:sz w:val="19"/>
        </w:rPr>
        <w:t>: dilatasi waktu (</w:t>
      </w:r>
      <m:oMath>
        <m:r>
          <m:t>Δ</m:t>
        </m:r>
        <m:r>
          <m:t>t</m:t>
        </m:r>
        <m:r>
          <m:t>=</m:t>
        </m:r>
        <m:r>
          <m:t>γ</m:t>
        </m:r>
        <m:r>
          <m:t>Δ</m:t>
        </m:r>
        <m:sSub>
          <m:e>
            <m:r>
              <m:t>t</m:t>
            </m:r>
          </m:e>
          <m:sub>
            <m:r>
              <m:t>0</m:t>
            </m:r>
          </m:sub>
        </m:sSub>
      </m:oMath>
      <w:r>
        <w:rPr>
          <w:rFonts w:ascii="Calibri" w:hAnsi="Calibri"/>
          <w:b w:val="0"/>
          <w:i w:val="0"/>
          <w:color w:val="000000"/>
          <w:sz w:val="19"/>
        </w:rPr>
        <w:t>), kontraksi panjang (</w:t>
      </w:r>
      <m:oMath>
        <m:r>
          <m:t>L</m:t>
        </m:r>
        <m:r>
          <m:t>=</m:t>
        </m:r>
        <m:sSub>
          <m:e>
            <m:r>
              <m:t>L</m:t>
            </m:r>
          </m:e>
          <m:sub>
            <m:r>
              <m:t>0</m:t>
            </m:r>
          </m:sub>
        </m:sSub>
        <m:r>
          <m:t>/</m:t>
        </m:r>
        <m:r>
          <m:t>γ</m:t>
        </m:r>
      </m:oMath>
      <w:r>
        <w:rPr>
          <w:rFonts w:ascii="Calibri" w:hAnsi="Calibri"/>
          <w:b w:val="0"/>
          <w:i w:val="0"/>
          <w:color w:val="000000"/>
          <w:sz w:val="19"/>
        </w:rPr>
        <w:t>), dan penambahan kecepatan relativistik.</w:t>
      </w:r>
    </w:p>
    <w:p>
      <w:pPr>
        <w:pStyle w:val="ListNumber"/>
      </w:pPr>
      <w:r>
        <w:rPr>
          <w:rFonts w:ascii="Calibri" w:hAnsi="Calibri"/>
          <w:b w:val="0"/>
          <w:i w:val="0"/>
          <w:color w:val="000000"/>
          <w:sz w:val="19"/>
        </w:rPr>
        <w:t>Menganalisis konsep momentum relativistik (</w:t>
      </w:r>
      <m:oMath>
        <m:r>
          <m:t>p</m:t>
        </m:r>
        <m:r>
          <m:t>=</m:t>
        </m:r>
        <m:r>
          <m:t>γ</m:t>
        </m:r>
        <m:sSub>
          <m:e>
            <m:r>
              <m:t>m</m:t>
            </m:r>
          </m:e>
          <m:sub>
            <m:r>
              <m:t>0</m:t>
            </m:r>
          </m:sub>
        </m:sSub>
        <m:r>
          <m:t>v</m:t>
        </m:r>
      </m:oMath>
      <w:r>
        <w:rPr>
          <w:rFonts w:ascii="Calibri" w:hAnsi="Calibri"/>
          <w:b w:val="0"/>
          <w:i w:val="0"/>
          <w:color w:val="000000"/>
          <w:sz w:val="19"/>
        </w:rPr>
        <w:t>) dan hukum kesetaraan massa-energi (</w:t>
      </w:r>
      <m:oMath>
        <m:r>
          <m:t>E</m:t>
        </m:r>
        <m:r>
          <m:t>=</m:t>
        </m:r>
        <m:r>
          <m:t>m</m:t>
        </m:r>
        <m:sSup>
          <m:e>
            <m:r>
              <m:t>c</m:t>
            </m:r>
          </m:e>
          <m:sup>
            <m:r>
              <m:t>2</m:t>
            </m:r>
          </m:sup>
        </m:sSup>
        <m:r>
          <m:t>=</m:t>
        </m:r>
        <m:r>
          <m:t>γ</m:t>
        </m:r>
        <m:sSub>
          <m:e>
            <m:r>
              <m:t>m</m:t>
            </m:r>
          </m:e>
          <m:sub>
            <m:r>
              <m:t>0</m:t>
            </m:r>
          </m:sub>
        </m:sSub>
        <m:sSup>
          <m:e>
            <m:r>
              <m:t>c</m:t>
            </m:r>
          </m:e>
          <m:sup>
            <m:r>
              <m:t>2</m:t>
            </m:r>
          </m:sup>
        </m:sSup>
      </m:oMath>
      <w:r>
        <w:rPr>
          <w:rFonts w:ascii="Calibri" w:hAnsi="Calibri"/>
          <w:b w:val="0"/>
          <w:i w:val="0"/>
          <w:color w:val="000000"/>
          <w:sz w:val="19"/>
        </w:rPr>
        <w: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dua postulat relativitas khusus Einstein, transformasi Lorentz, dilatasi waktu, kontraksi panjang, massa relativistik, dan kesetaraan massa-energi.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Postulat Einstein dan Transformasi Lorentz</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Eksperimen Michelson-Morley, kerangka inersial, postulat kelajuan cahaya invarian, dan faktor pengali Lorentz </w:t>
      </w:r>
      <m:oMath>
        <m:r>
          <m:t>γ</m:t>
        </m:r>
        <m:r>
          <m:t>=</m:t>
        </m:r>
        <m:r>
          <m:t>1</m:t>
        </m:r>
        <m:r>
          <m:t>/</m:t>
        </m:r>
        <m:rad>
          <m:radPr>
            <m:degHide m:val="1"/>
          </m:radPr>
          <m:deg/>
          <m:e>
            <m:r>
              <m:t>1</m:t>
            </m:r>
            <m:r>
              <m:t>-</m:t>
            </m:r>
            <m:sSup>
              <m:e>
                <m:r>
                  <m:t>v</m:t>
                </m:r>
              </m:e>
              <m:sup>
                <m:r>
                  <m:t>2</m:t>
                </m:r>
              </m:sup>
            </m:sSup>
            <m:r>
              <m:t>/</m:t>
            </m:r>
            <m:sSup>
              <m:e>
                <m:r>
                  <m:t>c</m:t>
                </m:r>
              </m:e>
              <m:sup>
                <m:r>
                  <m:t>2</m:t>
                </m:r>
              </m:sup>
            </m:sSup>
          </m:e>
        </m:rad>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Dilatasi Waktu, Paradoks Kembar, dan Kontraksi Panjang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Waktu sejati </w:t>
      </w:r>
      <m:oMath>
        <m:r>
          <m:t>Δ</m:t>
        </m:r>
        <m:sSub>
          <m:e>
            <m:r>
              <m:t>t</m:t>
            </m:r>
          </m:e>
          <m:sub>
            <m:r>
              <m:t>0</m:t>
            </m:r>
          </m:sub>
        </m:sSub>
      </m:oMath>
      <w:r>
        <w:rPr>
          <w:rFonts w:ascii="Calibri" w:hAnsi="Calibri"/>
          <w:b w:val="0"/>
          <w:i w:val="0"/>
          <w:color w:val="000000"/>
          <w:sz w:val="18"/>
        </w:rPr>
        <w:t xml:space="preserve"> vs waktu relativistik </w:t>
      </w:r>
      <m:oMath>
        <m:r>
          <m:t>Δ</m:t>
        </m:r>
        <m:r>
          <m:t>t</m:t>
        </m:r>
      </m:oMath>
      <w:r>
        <w:rPr>
          <w:rFonts w:ascii="Calibri" w:hAnsi="Calibri"/>
          <w:b w:val="0"/>
          <w:i w:val="0"/>
          <w:color w:val="000000"/>
          <w:sz w:val="18"/>
        </w:rPr>
        <w:t xml:space="preserve">, panjang sejati </w:t>
      </w:r>
      <m:oMath>
        <m:sSub>
          <m:e>
            <m:r>
              <m:t>L</m:t>
            </m:r>
          </m:e>
          <m:sub>
            <m:r>
              <m:t>0</m:t>
            </m:r>
          </m:sub>
        </m:sSub>
      </m:oMath>
      <w:r>
        <w:rPr>
          <w:rFonts w:ascii="Calibri" w:hAnsi="Calibri"/>
          <w:b w:val="0"/>
          <w:i w:val="0"/>
          <w:color w:val="000000"/>
          <w:sz w:val="18"/>
        </w:rPr>
        <w:t xml:space="preserve"> vs panjang teramati </w:t>
      </w:r>
      <m:oMath>
        <m:r>
          <m:t>L</m:t>
        </m:r>
      </m:oMath>
      <w:r>
        <w:rPr>
          <w:rFonts w:ascii="Calibri" w:hAnsi="Calibri"/>
          <w:b w:val="0"/>
          <w:i w:val="0"/>
          <w:color w:val="000000"/>
          <w:sz w:val="18"/>
        </w:rPr>
        <w:t>, dan rumus penjumlahan kecepatan relativistik.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Massa Relativistik, Momentum, dan Kesetaraan Energi E=mc²</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Massa diam </w:t>
      </w:r>
      <m:oMath>
        <m:sSub>
          <m:e>
            <m:r>
              <m:t>m</m:t>
            </m:r>
          </m:e>
          <m:sub>
            <m:r>
              <m:t>0</m:t>
            </m:r>
          </m:sub>
        </m:sSub>
      </m:oMath>
      <w:r>
        <w:rPr>
          <w:rFonts w:ascii="Calibri" w:hAnsi="Calibri"/>
          <w:b w:val="0"/>
          <w:i w:val="0"/>
          <w:color w:val="000000"/>
          <w:sz w:val="18"/>
        </w:rPr>
        <w:t xml:space="preserve"> vs massa bergerak </w:t>
      </w:r>
      <m:oMath>
        <m:r>
          <m:t>m</m:t>
        </m:r>
      </m:oMath>
      <w:r>
        <w:rPr>
          <w:rFonts w:ascii="Calibri" w:hAnsi="Calibri"/>
          <w:b w:val="0"/>
          <w:i w:val="0"/>
          <w:color w:val="000000"/>
          <w:sz w:val="18"/>
        </w:rPr>
        <w:t xml:space="preserve">, energi diam </w:t>
      </w:r>
      <m:oMath>
        <m:sSub>
          <m:e>
            <m:r>
              <m:t>E</m:t>
            </m:r>
          </m:e>
          <m:sub>
            <m:r>
              <m:t>0</m:t>
            </m:r>
          </m:sub>
        </m:sSub>
        <m:r>
          <m:t>=</m:t>
        </m:r>
        <m:sSub>
          <m:e>
            <m:r>
              <m:t>m</m:t>
            </m:r>
          </m:e>
          <m:sub>
            <m:r>
              <m:t>0</m:t>
            </m:r>
          </m:sub>
        </m:sSub>
        <m:sSup>
          <m:e>
            <m:r>
              <m:t>c</m:t>
            </m:r>
          </m:e>
          <m:sup>
            <m:r>
              <m:t>2</m:t>
            </m:r>
          </m:sup>
        </m:sSup>
      </m:oMath>
      <w:r>
        <w:rPr>
          <w:rFonts w:ascii="Calibri" w:hAnsi="Calibri"/>
          <w:b w:val="0"/>
          <w:i w:val="0"/>
          <w:color w:val="000000"/>
          <w:sz w:val="18"/>
        </w:rPr>
        <w:t xml:space="preserve">, energi kinetik relativistik </w:t>
      </w:r>
      <m:oMath>
        <m:sSub>
          <m:e>
            <m:r>
              <m:t>E</m:t>
            </m:r>
          </m:e>
          <m:sub>
            <m:r>
              <m:t>k</m:t>
            </m:r>
          </m:sub>
        </m:sSub>
        <m:r>
          <m:t>=</m:t>
        </m:r>
        <m:r>
          <m:t>(</m:t>
        </m:r>
        <m:r>
          <m:t>γ</m:t>
        </m:r>
        <m:r>
          <m:t>-</m:t>
        </m:r>
        <m:r>
          <m:t>1</m:t>
        </m:r>
        <m:r>
          <m:t>)</m:t>
        </m:r>
        <m:sSub>
          <m:e>
            <m:r>
              <m:t>m</m:t>
            </m:r>
          </m:e>
          <m:sub>
            <m:r>
              <m:t>0</m:t>
            </m:r>
          </m:sub>
        </m:sSub>
        <m:sSup>
          <m:e>
            <m:r>
              <m:t>c</m:t>
            </m:r>
          </m:e>
          <m:sup>
            <m:r>
              <m:t>2</m:t>
            </m:r>
          </m:sup>
        </m:sSup>
      </m:oMath>
      <w:r>
        <w:rPr>
          <w:rFonts w:ascii="Calibri" w:hAnsi="Calibri"/>
          <w:b w:val="0"/>
          <w:i w:val="0"/>
          <w:color w:val="000000"/>
          <w:sz w:val="18"/>
        </w:rPr>
        <w:t xml:space="preserve">, dan energi total </w:t>
      </w:r>
      <m:oMath>
        <m:sSup>
          <m:e>
            <m:r>
              <m:t>E</m:t>
            </m:r>
          </m:e>
          <m:sup>
            <m:r>
              <m:t>2</m:t>
            </m:r>
          </m:sup>
        </m:sSup>
        <m:r>
          <m:t>=</m:t>
        </m:r>
        <m:r>
          <m:t>(</m:t>
        </m:r>
        <m:r>
          <m:t>p</m:t>
        </m:r>
        <m:r>
          <m:t>c</m:t>
        </m:r>
        <m:sSup>
          <m:e>
            <m:r>
              <m:t>)</m:t>
            </m:r>
          </m:e>
          <m:sup>
            <m:r>
              <m:t>2</m:t>
            </m:r>
          </m:sup>
        </m:sSup>
        <m:r>
          <m:t>+</m:t>
        </m:r>
        <m:r>
          <m:t>(</m:t>
        </m:r>
        <m:sSub>
          <m:e>
            <m:r>
              <m:t>m</m:t>
            </m:r>
          </m:e>
          <m:sub>
            <m:r>
              <m:t>0</m:t>
            </m:r>
          </m:sub>
        </m:sSub>
        <m:sSup>
          <m:e>
            <m:r>
              <m:t>c</m:t>
            </m:r>
          </m:e>
          <m:sup>
            <m:r>
              <m:t>2</m:t>
            </m:r>
          </m:sup>
        </m:sSup>
        <m:sSup>
          <m:e>
            <m:r>
              <m:t>)</m:t>
            </m:r>
          </m:e>
          <m:sup>
            <m:r>
              <m:t>2</m:t>
            </m:r>
          </m:sup>
        </m:sSup>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Sebuah pesawat antariksa bergerak dengan kelajuan </w:t>
      </w:r>
      <m:oMath>
        <m:r>
          <m:t>v</m:t>
        </m:r>
        <m:r>
          <m:t>=</m:t>
        </m:r>
        <m:r>
          <m:t>0</m:t>
        </m:r>
        <m:r>
          <m:t>,</m:t>
        </m:r>
        <m:r>
          <m:t>6</m:t>
        </m:r>
        <m:r>
          <m:t>c</m:t>
        </m:r>
      </m:oMath>
      <w:r>
        <w:rPr>
          <w:rFonts w:ascii="Calibri" w:hAnsi="Calibri"/>
          <w:b w:val="0"/>
          <w:i w:val="0"/>
          <w:color w:val="000000"/>
          <w:sz w:val="19"/>
        </w:rPr>
        <w:t xml:space="preserve"> meninggalkan Bumi. Jika jam di dalam pesawat mencatat perjalanan telah berlangsung selama 4 tahun (waktu sejati </w:t>
      </w:r>
      <m:oMath>
        <m:r>
          <m:t>Δ</m:t>
        </m:r>
        <m:sSub>
          <m:e>
            <m:r>
              <m:t>t</m:t>
            </m:r>
          </m:e>
          <m:sub>
            <m:r>
              <m:t>0</m:t>
            </m:r>
          </m:sub>
        </m:sSub>
        <m:r>
          <m:t>=</m:t>
        </m:r>
        <m:r>
          <m:t>4</m:t>
        </m:r>
        <m:r>
          <m:t>t</m:t>
        </m:r>
      </m:oMath>
      <w:r>
        <w:rPr>
          <w:rFonts w:ascii="Calibri" w:hAnsi="Calibri"/>
          <w:b w:val="0"/>
          <w:i w:val="0"/>
          <w:color w:val="000000"/>
          <w:sz w:val="19"/>
        </w:rPr>
        <w:t>), berapa lama perjalanan tersebut menurut pengamat di stasiun Bumi?</w:t>
      </w:r>
    </w:p>
    <w:p>
      <w:pPr>
        <w:spacing w:before="0" w:after="20"/>
        <w:ind w:left="576"/>
      </w:pPr>
      <w:r>
        <w:rPr>
          <w:rFonts w:ascii="Calibri" w:hAnsi="Calibri"/>
          <w:b w:val="0"/>
          <w:i w:val="0"/>
          <w:color w:val="000000"/>
          <w:sz w:val="18"/>
        </w:rPr>
        <w:t>A. 2,4 tahun</w:t>
      </w:r>
    </w:p>
    <w:p>
      <w:pPr>
        <w:spacing w:before="0" w:after="20"/>
        <w:ind w:left="576"/>
      </w:pPr>
      <w:r>
        <w:rPr>
          <w:rFonts w:ascii="Calibri" w:hAnsi="Calibri"/>
          <w:b w:val="0"/>
          <w:i w:val="0"/>
          <w:color w:val="000000"/>
          <w:sz w:val="18"/>
        </w:rPr>
        <w:t>B. 3,2 tahun</w:t>
      </w:r>
    </w:p>
    <w:p>
      <w:pPr>
        <w:spacing w:before="0" w:after="20"/>
        <w:ind w:left="576"/>
      </w:pPr>
      <w:r>
        <w:rPr>
          <w:rFonts w:ascii="Calibri" w:hAnsi="Calibri"/>
          <w:b w:val="0"/>
          <w:i w:val="0"/>
          <w:color w:val="000000"/>
          <w:sz w:val="18"/>
        </w:rPr>
        <w:t>C. 5,0 tahun</w:t>
      </w:r>
    </w:p>
    <w:p>
      <w:pPr>
        <w:spacing w:before="0" w:after="20"/>
        <w:ind w:left="576"/>
      </w:pPr>
      <w:r>
        <w:rPr>
          <w:rFonts w:ascii="Calibri" w:hAnsi="Calibri"/>
          <w:b w:val="0"/>
          <w:i w:val="0"/>
          <w:color w:val="000000"/>
          <w:sz w:val="18"/>
        </w:rPr>
        <w:t>D. 6,4 tahun</w:t>
      </w:r>
    </w:p>
    <w:p>
      <w:pPr>
        <w:spacing w:before="20" w:after="80"/>
        <w:ind w:left="576"/>
      </w:pPr>
      <w:r>
        <w:rPr>
          <w:rFonts w:ascii="Calibri" w:hAnsi="Calibri"/>
          <w:i/>
          <w:color w:val="64748B"/>
          <w:sz w:val="17"/>
        </w:rPr>
        <w:t xml:space="preserve">Kunci Jawaban: C — Pembahasan: </w:t>
      </w:r>
      <m:oMath>
        <m:r>
          <m:t>γ</m:t>
        </m:r>
        <m:r>
          <m:t>=</m:t>
        </m:r>
        <m:f>
          <m:fPr>
            <m:type m:val="bar"/>
          </m:fPr>
          <m:num>
            <m:r>
              <m:t>1</m:t>
            </m:r>
          </m:num>
          <m:den>
            <m:rad>
              <m:radPr>
                <m:degHide m:val="1"/>
              </m:radPr>
              <m:deg/>
              <m:e>
                <m:r>
                  <m:t>1</m:t>
                </m:r>
                <m:r>
                  <m:t>-</m:t>
                </m:r>
                <m:r>
                  <m:t>(</m:t>
                </m:r>
                <m:r>
                  <m:t>0</m:t>
                </m:r>
                <m:r>
                  <m:t>,</m:t>
                </m:r>
                <m:r>
                  <m:t>6</m:t>
                </m:r>
                <m:sSup>
                  <m:e>
                    <m:r>
                      <m:t>)</m:t>
                    </m:r>
                  </m:e>
                  <m:sup>
                    <m:r>
                      <m:t>2</m:t>
                    </m:r>
                  </m:sup>
                </m:sSup>
              </m:e>
            </m:rad>
          </m:den>
        </m:f>
        <m:r>
          <m:t>=</m:t>
        </m:r>
        <m:f>
          <m:fPr>
            <m:type m:val="bar"/>
          </m:fPr>
          <m:num>
            <m:r>
              <m:t>1</m:t>
            </m:r>
          </m:num>
          <m:den>
            <m:rad>
              <m:radPr>
                <m:degHide m:val="1"/>
              </m:radPr>
              <m:deg/>
              <m:e>
                <m:r>
                  <m:t>1</m:t>
                </m:r>
                <m:r>
                  <m:t>-</m:t>
                </m:r>
                <m:r>
                  <m:t>0</m:t>
                </m:r>
                <m:r>
                  <m:t>,</m:t>
                </m:r>
                <m:r>
                  <m:t>3</m:t>
                </m:r>
                <m:r>
                  <m:t>6</m:t>
                </m:r>
              </m:e>
            </m:rad>
          </m:den>
        </m:f>
        <m:r>
          <m:t>=</m:t>
        </m:r>
        <m:f>
          <m:fPr>
            <m:type m:val="bar"/>
          </m:fPr>
          <m:num>
            <m:r>
              <m:t>1</m:t>
            </m:r>
          </m:num>
          <m:den>
            <m:rad>
              <m:radPr>
                <m:degHide m:val="1"/>
              </m:radPr>
              <m:deg/>
              <m:e>
                <m:r>
                  <m:t>0</m:t>
                </m:r>
                <m:r>
                  <m:t>,</m:t>
                </m:r>
                <m:r>
                  <m:t>6</m:t>
                </m:r>
                <m:r>
                  <m:t>4</m:t>
                </m:r>
              </m:e>
            </m:rad>
          </m:den>
        </m:f>
        <m:r>
          <m:t>=</m:t>
        </m:r>
        <m:f>
          <m:fPr>
            <m:type m:val="bar"/>
          </m:fPr>
          <m:num>
            <m:r>
              <m:t>1</m:t>
            </m:r>
          </m:num>
          <m:den>
            <m:r>
              <m:t>0</m:t>
            </m:r>
            <m:r>
              <m:t>,</m:t>
            </m:r>
            <m:r>
              <m:t>8</m:t>
            </m:r>
          </m:den>
        </m:f>
        <m:r>
          <m:t>=</m:t>
        </m:r>
        <m:r>
          <m:t>1</m:t>
        </m:r>
        <m:r>
          <m:t>,</m:t>
        </m:r>
        <m:r>
          <m:t>2</m:t>
        </m:r>
        <m:r>
          <m:t>5</m:t>
        </m:r>
      </m:oMath>
      <w:r>
        <w:rPr>
          <w:rFonts w:ascii="Calibri" w:hAnsi="Calibri"/>
          <w:b w:val="0"/>
          <w:i/>
          <w:color w:val="64748B"/>
          <w:sz w:val="17"/>
        </w:rPr>
        <w:t xml:space="preserve">. Waktu teramati di Bumi adalah </w:t>
      </w:r>
      <m:oMath>
        <m:r>
          <m:t>Δ</m:t>
        </m:r>
        <m:r>
          <m:t>t</m:t>
        </m:r>
        <m:r>
          <m:t>=</m:t>
        </m:r>
        <m:r>
          <m:t>γ</m:t>
        </m:r>
        <m:r>
          <m:t>Δ</m:t>
        </m:r>
        <m:sSub>
          <m:e>
            <m:r>
              <m:t>t</m:t>
            </m:r>
          </m:e>
          <m:sub>
            <m:r>
              <m:t>0</m:t>
            </m:r>
          </m:sub>
        </m:sSub>
        <m:r>
          <m:t>=</m:t>
        </m:r>
        <m:r>
          <m:t>1</m:t>
        </m:r>
        <m:r>
          <m:t>,</m:t>
        </m:r>
        <m:r>
          <m:t>2</m:t>
        </m:r>
        <m:r>
          <m:t>5</m:t>
        </m:r>
        <m:r>
          <m:t>×</m:t>
        </m:r>
        <m:r>
          <m:t>4</m:t>
        </m:r>
        <m:r>
          <m:t>=</m:t>
        </m:r>
        <m:r>
          <m:t>5</m:t>
        </m:r>
        <m:r>
          <m:t>,</m:t>
        </m:r>
        <m:r>
          <m:t>0</m:t>
        </m:r>
        <m:r>
          <m:t>t</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Sebuah roket memiliki panjang diam </w:t>
      </w:r>
      <m:oMath>
        <m:sSub>
          <m:e>
            <m:r>
              <m:t>L</m:t>
            </m:r>
          </m:e>
          <m:sub>
            <m:r>
              <m:t>0</m:t>
            </m:r>
          </m:sub>
        </m:sSub>
        <m:r>
          <m:t>=</m:t>
        </m:r>
        <m:r>
          <m:t>1</m:t>
        </m:r>
        <m:r>
          <m:t>0</m:t>
        </m:r>
        <m:r>
          <m:t>0</m:t>
        </m:r>
        <m:r>
          <m:t>m</m:t>
        </m:r>
      </m:oMath>
      <w:r>
        <w:rPr>
          <w:rFonts w:ascii="Calibri" w:hAnsi="Calibri"/>
          <w:b w:val="0"/>
          <w:i w:val="0"/>
          <w:color w:val="000000"/>
          <w:sz w:val="19"/>
        </w:rPr>
        <w:t xml:space="preserve">. Saat roket meluncur dengan kecepatan </w:t>
      </w:r>
      <m:oMath>
        <m:r>
          <m:t>v</m:t>
        </m:r>
        <m:r>
          <m:t>=</m:t>
        </m:r>
        <m:r>
          <m:t>0</m:t>
        </m:r>
        <m:r>
          <m:t>,</m:t>
        </m:r>
        <m:r>
          <m:t>8</m:t>
        </m:r>
        <m:r>
          <m:t>c</m:t>
        </m:r>
      </m:oMath>
      <w:r>
        <w:rPr>
          <w:rFonts w:ascii="Calibri" w:hAnsi="Calibri"/>
          <w:b w:val="0"/>
          <w:i w:val="0"/>
          <w:color w:val="000000"/>
          <w:sz w:val="19"/>
        </w:rPr>
        <w:t>, panjang roket yang diukur oleh pengamat diam di Bumi adalah...</w:t>
      </w:r>
    </w:p>
    <w:p>
      <w:pPr>
        <w:spacing w:before="0" w:after="20"/>
        <w:ind w:left="576"/>
      </w:pPr>
      <w:r>
        <w:rPr>
          <w:rFonts w:ascii="Calibri" w:hAnsi="Calibri"/>
          <w:b w:val="0"/>
          <w:i w:val="0"/>
          <w:color w:val="000000"/>
          <w:sz w:val="18"/>
        </w:rPr>
        <w:t>A. 60 meter</w:t>
      </w:r>
    </w:p>
    <w:p>
      <w:pPr>
        <w:spacing w:before="0" w:after="20"/>
        <w:ind w:left="576"/>
      </w:pPr>
      <w:r>
        <w:rPr>
          <w:rFonts w:ascii="Calibri" w:hAnsi="Calibri"/>
          <w:b w:val="0"/>
          <w:i w:val="0"/>
          <w:color w:val="000000"/>
          <w:sz w:val="18"/>
        </w:rPr>
        <w:t>B. 80 meter</w:t>
      </w:r>
    </w:p>
    <w:p>
      <w:pPr>
        <w:spacing w:before="0" w:after="20"/>
        <w:ind w:left="576"/>
      </w:pPr>
      <w:r>
        <w:rPr>
          <w:rFonts w:ascii="Calibri" w:hAnsi="Calibri"/>
          <w:b w:val="0"/>
          <w:i w:val="0"/>
          <w:color w:val="000000"/>
          <w:sz w:val="18"/>
        </w:rPr>
        <w:t>C. 100 meter</w:t>
      </w:r>
    </w:p>
    <w:p>
      <w:pPr>
        <w:spacing w:before="0" w:after="20"/>
        <w:ind w:left="576"/>
      </w:pPr>
      <w:r>
        <w:rPr>
          <w:rFonts w:ascii="Calibri" w:hAnsi="Calibri"/>
          <w:b w:val="0"/>
          <w:i w:val="0"/>
          <w:color w:val="000000"/>
          <w:sz w:val="18"/>
        </w:rPr>
        <w:t>D. 125 meter</w:t>
      </w:r>
    </w:p>
    <w:p>
      <w:pPr>
        <w:spacing w:before="20" w:after="80"/>
        <w:ind w:left="576"/>
      </w:pPr>
      <w:r>
        <w:rPr>
          <w:rFonts w:ascii="Calibri" w:hAnsi="Calibri"/>
          <w:i/>
          <w:color w:val="64748B"/>
          <w:sz w:val="17"/>
        </w:rPr>
        <w:t xml:space="preserve">Kunci Jawaban: A — Pembahasan: </w:t>
      </w:r>
      <m:oMath>
        <m:r>
          <m:t>γ</m:t>
        </m:r>
        <m:r>
          <m:t>=</m:t>
        </m:r>
        <m:f>
          <m:fPr>
            <m:type m:val="bar"/>
          </m:fPr>
          <m:num>
            <m:r>
              <m:t>1</m:t>
            </m:r>
          </m:num>
          <m:den>
            <m:rad>
              <m:radPr>
                <m:degHide m:val="1"/>
              </m:radPr>
              <m:deg/>
              <m:e>
                <m:r>
                  <m:t>1</m:t>
                </m:r>
                <m:r>
                  <m:t>-</m:t>
                </m:r>
                <m:r>
                  <m:t>(</m:t>
                </m:r>
                <m:r>
                  <m:t>0</m:t>
                </m:r>
                <m:r>
                  <m:t>,</m:t>
                </m:r>
                <m:r>
                  <m:t>8</m:t>
                </m:r>
                <m:sSup>
                  <m:e>
                    <m:r>
                      <m:t>)</m:t>
                    </m:r>
                  </m:e>
                  <m:sup>
                    <m:r>
                      <m:t>2</m:t>
                    </m:r>
                  </m:sup>
                </m:sSup>
              </m:e>
            </m:rad>
          </m:den>
        </m:f>
        <m:r>
          <m:t>=</m:t>
        </m:r>
        <m:f>
          <m:fPr>
            <m:type m:val="bar"/>
          </m:fPr>
          <m:num>
            <m:r>
              <m:t>1</m:t>
            </m:r>
          </m:num>
          <m:den>
            <m:rad>
              <m:radPr>
                <m:degHide m:val="1"/>
              </m:radPr>
              <m:deg/>
              <m:e>
                <m:r>
                  <m:t>0</m:t>
                </m:r>
                <m:r>
                  <m:t>,</m:t>
                </m:r>
                <m:r>
                  <m:t>3</m:t>
                </m:r>
                <m:r>
                  <m:t>6</m:t>
                </m:r>
              </m:e>
            </m:rad>
          </m:den>
        </m:f>
        <m:r>
          <m:t>=</m:t>
        </m:r>
        <m:f>
          <m:fPr>
            <m:type m:val="bar"/>
          </m:fPr>
          <m:num>
            <m:r>
              <m:t>1</m:t>
            </m:r>
          </m:num>
          <m:den>
            <m:r>
              <m:t>0</m:t>
            </m:r>
            <m:r>
              <m:t>,</m:t>
            </m:r>
            <m:r>
              <m:t>6</m:t>
            </m:r>
          </m:den>
        </m:f>
        <m:r>
          <m:t>=</m:t>
        </m:r>
        <m:f>
          <m:fPr>
            <m:type m:val="bar"/>
          </m:fPr>
          <m:num>
            <m:r>
              <m:t>5</m:t>
            </m:r>
          </m:num>
          <m:den>
            <m:r>
              <m:t>3</m:t>
            </m:r>
          </m:den>
        </m:f>
      </m:oMath>
      <w:r>
        <w:rPr>
          <w:rFonts w:ascii="Calibri" w:hAnsi="Calibri"/>
          <w:b w:val="0"/>
          <w:i/>
          <w:color w:val="64748B"/>
          <w:sz w:val="17"/>
        </w:rPr>
        <w:t xml:space="preserve">. Panjang teramati mengalami kontraksi: </w:t>
      </w:r>
      <m:oMath>
        <m:r>
          <m:t>L</m:t>
        </m:r>
        <m:r>
          <m:t>=</m:t>
        </m:r>
        <m:f>
          <m:fPr>
            <m:type m:val="bar"/>
          </m:fPr>
          <m:num>
            <m:sSub>
              <m:e>
                <m:r>
                  <m:t>L</m:t>
                </m:r>
              </m:e>
              <m:sub>
                <m:r>
                  <m:t>0</m:t>
                </m:r>
              </m:sub>
            </m:sSub>
          </m:num>
          <m:den>
            <m:r>
              <m:t>γ</m:t>
            </m:r>
          </m:den>
        </m:f>
        <m:r>
          <m:t>=</m:t>
        </m:r>
        <m:r>
          <m:t>1</m:t>
        </m:r>
        <m:r>
          <m:t>0</m:t>
        </m:r>
        <m:r>
          <m:t>0</m:t>
        </m:r>
        <m:r>
          <m:t>×</m:t>
        </m:r>
        <m:r>
          <m:t>0</m:t>
        </m:r>
        <m:r>
          <m:t>,</m:t>
        </m:r>
        <m:r>
          <m:t>6</m:t>
        </m:r>
        <m:r>
          <m:t>=</m:t>
        </m:r>
        <m:r>
          <m:t>6</m:t>
        </m:r>
        <m:r>
          <m:t>0</m:t>
        </m:r>
        <m:r>
          <m:t>m</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Pesawat A bergerak ke kanan dengan kelajuan </w:t>
      </w:r>
      <m:oMath>
        <m:r>
          <m:t>0</m:t>
        </m:r>
        <m:r>
          <m:t>,</m:t>
        </m:r>
        <m:r>
          <m:t>5</m:t>
        </m:r>
        <m:r>
          <m:t>c</m:t>
        </m:r>
      </m:oMath>
      <w:r>
        <w:rPr>
          <w:rFonts w:ascii="Calibri" w:hAnsi="Calibri"/>
          <w:b w:val="0"/>
          <w:i w:val="0"/>
          <w:color w:val="000000"/>
          <w:sz w:val="19"/>
        </w:rPr>
        <w:t xml:space="preserve"> relatif terhadap Bumi, dan menembakkan rudal B ke arah depan dengan kelajuan </w:t>
      </w:r>
      <m:oMath>
        <m:r>
          <m:t>0</m:t>
        </m:r>
        <m:r>
          <m:t>,</m:t>
        </m:r>
        <m:r>
          <m:t>6</m:t>
        </m:r>
        <m:r>
          <m:t>c</m:t>
        </m:r>
      </m:oMath>
      <w:r>
        <w:rPr>
          <w:rFonts w:ascii="Calibri" w:hAnsi="Calibri"/>
          <w:b w:val="0"/>
          <w:i w:val="0"/>
          <w:color w:val="000000"/>
          <w:sz w:val="19"/>
        </w:rPr>
        <w:t xml:space="preserve"> relatif terhadap pesawat A. Berdasarkan rumus penambahan kecepatan relativistik Einstein, kelajuan rudal B menurut pengamat di Bumi adalah...</w:t>
      </w:r>
    </w:p>
    <w:p>
      <w:pPr>
        <w:spacing w:before="0" w:after="20"/>
        <w:ind w:left="576"/>
      </w:pPr>
      <w:r>
        <w:rPr>
          <w:rFonts w:ascii="Calibri" w:hAnsi="Calibri"/>
          <w:b w:val="0"/>
          <w:i w:val="0"/>
          <w:color w:val="000000"/>
          <w:sz w:val="18"/>
        </w:rPr>
        <w:t xml:space="preserve">A. </w:t>
      </w:r>
      <m:oMath>
        <m:r>
          <m:t>1</m:t>
        </m:r>
        <m:r>
          <m:t>,</m:t>
        </m:r>
        <m:r>
          <m:t>1</m:t>
        </m:r>
        <m:r>
          <m:t>0</m:t>
        </m:r>
        <m:r>
          <m:t>c</m:t>
        </m:r>
      </m:oMath>
    </w:p>
    <w:p>
      <w:pPr>
        <w:spacing w:before="0" w:after="20"/>
        <w:ind w:left="576"/>
      </w:pPr>
      <w:r>
        <w:rPr>
          <w:rFonts w:ascii="Calibri" w:hAnsi="Calibri"/>
          <w:b w:val="0"/>
          <w:i w:val="0"/>
          <w:color w:val="000000"/>
          <w:sz w:val="18"/>
        </w:rPr>
        <w:t xml:space="preserve">B. </w:t>
      </w:r>
      <m:oMath>
        <m:r>
          <m:t>0</m:t>
        </m:r>
        <m:r>
          <m:t>,</m:t>
        </m:r>
        <m:r>
          <m:t>8</m:t>
        </m:r>
        <m:r>
          <m:t>4</m:t>
        </m:r>
        <m:r>
          <m:t>6</m:t>
        </m:r>
        <m:r>
          <m:t>c</m:t>
        </m:r>
      </m:oMath>
    </w:p>
    <w:p>
      <w:pPr>
        <w:spacing w:before="0" w:after="20"/>
        <w:ind w:left="576"/>
      </w:pPr>
      <w:r>
        <w:rPr>
          <w:rFonts w:ascii="Calibri" w:hAnsi="Calibri"/>
          <w:b w:val="0"/>
          <w:i w:val="0"/>
          <w:color w:val="000000"/>
          <w:sz w:val="18"/>
        </w:rPr>
        <w:t xml:space="preserve">C. </w:t>
      </w:r>
      <m:oMath>
        <m:r>
          <m:t>0</m:t>
        </m:r>
        <m:r>
          <m:t>,</m:t>
        </m:r>
        <m:r>
          <m:t>5</m:t>
        </m:r>
        <m:r>
          <m:t>5</m:t>
        </m:r>
        <m:r>
          <m:t>0</m:t>
        </m:r>
        <m:r>
          <m:t>c</m:t>
        </m:r>
      </m:oMath>
    </w:p>
    <w:p>
      <w:pPr>
        <w:spacing w:before="0" w:after="20"/>
        <w:ind w:left="576"/>
      </w:pPr>
      <w:r>
        <w:rPr>
          <w:rFonts w:ascii="Calibri" w:hAnsi="Calibri"/>
          <w:b w:val="0"/>
          <w:i w:val="0"/>
          <w:color w:val="000000"/>
          <w:sz w:val="18"/>
        </w:rPr>
        <w:t xml:space="preserve">D. </w:t>
      </w:r>
      <m:oMath>
        <m:r>
          <m:t>0</m:t>
        </m:r>
        <m:r>
          <m:t>,</m:t>
        </m:r>
        <m:r>
          <m:t>3</m:t>
        </m:r>
        <m:r>
          <m:t>0</m:t>
        </m:r>
        <m:r>
          <m:t>0</m:t>
        </m:r>
        <m:r>
          <m:t>c</m:t>
        </m:r>
      </m:oMath>
    </w:p>
    <w:p>
      <w:pPr>
        <w:spacing w:before="20" w:after="80"/>
        <w:ind w:left="576"/>
      </w:pPr>
      <w:r>
        <w:rPr>
          <w:rFonts w:ascii="Calibri" w:hAnsi="Calibri"/>
          <w:i/>
          <w:color w:val="64748B"/>
          <w:sz w:val="17"/>
        </w:rPr>
        <w:t xml:space="preserve">Kunci Jawaban: B — Pembahasan: </w:t>
      </w:r>
      <m:oMath>
        <m:sSub>
          <m:e>
            <m:r>
              <m:t>v</m:t>
            </m:r>
          </m:e>
          <m:sub>
            <m:r>
              <m:t>r</m:t>
            </m:r>
            <m:r>
              <m:t>e</m:t>
            </m:r>
            <m:r>
              <m:t>l</m:t>
            </m:r>
          </m:sub>
        </m:sSub>
        <m:r>
          <m:t>=</m:t>
        </m:r>
        <m:f>
          <m:fPr>
            <m:type m:val="bar"/>
          </m:fPr>
          <m:num>
            <m:sSub>
              <m:e>
                <m:r>
                  <m:t>v</m:t>
                </m:r>
              </m:e>
              <m:sub>
                <m:r>
                  <m:t>1</m:t>
                </m:r>
              </m:sub>
            </m:sSub>
            <m:r>
              <m:t>+</m:t>
            </m:r>
            <m:sSub>
              <m:e>
                <m:r>
                  <m:t>v</m:t>
                </m:r>
              </m:e>
              <m:sub>
                <m:r>
                  <m:t>2</m:t>
                </m:r>
              </m:sub>
            </m:sSub>
          </m:num>
          <m:den>
            <m:r>
              <m:t>1</m:t>
            </m:r>
            <m:r>
              <m:t>+</m:t>
            </m:r>
            <m:f>
              <m:fPr>
                <m:type m:val="bar"/>
              </m:fPr>
              <m:num>
                <m:sSub>
                  <m:e>
                    <m:r>
                      <m:t>v</m:t>
                    </m:r>
                  </m:e>
                  <m:sub>
                    <m:r>
                      <m:t>1</m:t>
                    </m:r>
                  </m:sub>
                </m:sSub>
                <m:sSub>
                  <m:e>
                    <m:r>
                      <m:t>v</m:t>
                    </m:r>
                  </m:e>
                  <m:sub>
                    <m:r>
                      <m:t>2</m:t>
                    </m:r>
                  </m:sub>
                </m:sSub>
              </m:num>
              <m:den>
                <m:sSup>
                  <m:e>
                    <m:r>
                      <m:t>c</m:t>
                    </m:r>
                  </m:e>
                  <m:sup>
                    <m:r>
                      <m:t>2</m:t>
                    </m:r>
                  </m:sup>
                </m:sSup>
              </m:den>
            </m:f>
          </m:den>
        </m:f>
        <m:r>
          <m:t>=</m:t>
        </m:r>
        <m:f>
          <m:fPr>
            <m:type m:val="bar"/>
          </m:fPr>
          <m:num>
            <m:r>
              <m:t>0</m:t>
            </m:r>
            <m:r>
              <m:t>,</m:t>
            </m:r>
            <m:r>
              <m:t>5</m:t>
            </m:r>
            <m:r>
              <m:t>c</m:t>
            </m:r>
            <m:r>
              <m:t>+</m:t>
            </m:r>
            <m:r>
              <m:t>0</m:t>
            </m:r>
            <m:r>
              <m:t>,</m:t>
            </m:r>
            <m:r>
              <m:t>6</m:t>
            </m:r>
            <m:r>
              <m:t>c</m:t>
            </m:r>
          </m:num>
          <m:den>
            <m:r>
              <m:t>1</m:t>
            </m:r>
            <m:r>
              <m:t>+</m:t>
            </m:r>
            <m:r>
              <m:t>(</m:t>
            </m:r>
            <m:r>
              <m:t>0</m:t>
            </m:r>
            <m:r>
              <m:t>,</m:t>
            </m:r>
            <m:r>
              <m:t>5</m:t>
            </m:r>
            <m:r>
              <m:t>)</m:t>
            </m:r>
            <m:r>
              <m:t>(</m:t>
            </m:r>
            <m:r>
              <m:t>0</m:t>
            </m:r>
            <m:r>
              <m:t>,</m:t>
            </m:r>
            <m:r>
              <m:t>6</m:t>
            </m:r>
            <m:r>
              <m:t>)</m:t>
            </m:r>
          </m:den>
        </m:f>
        <m:r>
          <m:t>=</m:t>
        </m:r>
        <m:f>
          <m:fPr>
            <m:type m:val="bar"/>
          </m:fPr>
          <m:num>
            <m:r>
              <m:t>1</m:t>
            </m:r>
            <m:r>
              <m:t>,</m:t>
            </m:r>
            <m:r>
              <m:t>1</m:t>
            </m:r>
            <m:r>
              <m:t>c</m:t>
            </m:r>
          </m:num>
          <m:den>
            <m:r>
              <m:t>1</m:t>
            </m:r>
            <m:r>
              <m:t>+</m:t>
            </m:r>
            <m:r>
              <m:t>0</m:t>
            </m:r>
            <m:r>
              <m:t>,</m:t>
            </m:r>
            <m:r>
              <m:t>3</m:t>
            </m:r>
          </m:den>
        </m:f>
        <m:r>
          <m:t>=</m:t>
        </m:r>
        <m:f>
          <m:fPr>
            <m:type m:val="bar"/>
          </m:fPr>
          <m:num>
            <m:r>
              <m:t>1</m:t>
            </m:r>
            <m:r>
              <m:t>,</m:t>
            </m:r>
            <m:r>
              <m:t>1</m:t>
            </m:r>
            <m:r>
              <m:t>c</m:t>
            </m:r>
          </m:num>
          <m:den>
            <m:r>
              <m:t>1</m:t>
            </m:r>
            <m:r>
              <m:t>,</m:t>
            </m:r>
            <m:r>
              <m:t>3</m:t>
            </m:r>
          </m:den>
        </m:f>
        <m:r>
          <m:t>≈</m:t>
        </m:r>
        <m:r>
          <m:t>0</m:t>
        </m:r>
        <m:r>
          <m:t>,</m:t>
        </m:r>
        <m:r>
          <m:t>8</m:t>
        </m:r>
        <m:r>
          <m:t>4</m:t>
        </m:r>
        <m:r>
          <m:t>6</m:t>
        </m:r>
        <m:r>
          <m:t>c</m:t>
        </m:r>
      </m:oMath>
      <w:r>
        <w:rPr>
          <w:rFonts w:ascii="Calibri" w:hAnsi="Calibri"/>
          <w:b w:val="0"/>
          <w:i/>
          <w:color w:val="64748B"/>
          <w:sz w:val="17"/>
        </w:rPr>
        <w:t xml:space="preserve"> (selalu lebih kecil dari </w:t>
      </w:r>
      <m:oMath>
        <m:r>
          <m:t>c</m:t>
        </m:r>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Sebuah partikel memiliki massa diam </w:t>
      </w:r>
      <m:oMath>
        <m:sSub>
          <m:e>
            <m:r>
              <m:t>m</m:t>
            </m:r>
          </m:e>
          <m:sub>
            <m:r>
              <m:t>0</m:t>
            </m:r>
          </m:sub>
        </m:sSub>
      </m:oMath>
      <w:r>
        <w:rPr>
          <w:rFonts w:ascii="Calibri" w:hAnsi="Calibri"/>
          <w:b w:val="0"/>
          <w:i w:val="0"/>
          <w:color w:val="000000"/>
          <w:sz w:val="19"/>
        </w:rPr>
        <w:t xml:space="preserve">. Berapakah energi kinetik relativistik partikel tersebut saat bergerak dengan kelajuan </w:t>
      </w:r>
      <m:oMath>
        <m:r>
          <m:t>v</m:t>
        </m:r>
      </m:oMath>
      <w:r>
        <w:rPr>
          <w:rFonts w:ascii="Calibri" w:hAnsi="Calibri"/>
          <w:b w:val="0"/>
          <w:i w:val="0"/>
          <w:color w:val="000000"/>
          <w:sz w:val="19"/>
        </w:rPr>
        <w:t xml:space="preserve"> yang menghasilkan faktor Lorentz </w:t>
      </w:r>
      <m:oMath>
        <m:r>
          <m:t>γ</m:t>
        </m:r>
        <m:r>
          <m:t>=</m:t>
        </m:r>
        <m:r>
          <m:t>2</m:t>
        </m:r>
      </m:oMath>
      <w:r>
        <w:rPr>
          <w:rFonts w:ascii="Calibri" w:hAnsi="Calibri"/>
          <w:b w:val="0"/>
          <w:i w:val="0"/>
          <w:color w:val="000000"/>
          <w:sz w:val="19"/>
        </w:rPr>
        <w:t>?</w:t>
      </w:r>
    </w:p>
    <w:p>
      <w:pPr>
        <w:spacing w:before="0" w:after="20"/>
        <w:ind w:left="576"/>
      </w:pPr>
      <w:r>
        <w:rPr>
          <w:rFonts w:ascii="Calibri" w:hAnsi="Calibri"/>
          <w:b w:val="0"/>
          <w:i w:val="0"/>
          <w:color w:val="000000"/>
          <w:sz w:val="18"/>
        </w:rPr>
        <w:t xml:space="preserve">A. </w:t>
      </w:r>
      <m:oMath>
        <m:sSub>
          <m:e>
            <m:r>
              <m:t>E</m:t>
            </m:r>
          </m:e>
          <m:sub>
            <m:r>
              <m:t>k</m:t>
            </m:r>
          </m:sub>
        </m:sSub>
        <m:r>
          <m:t>=</m:t>
        </m:r>
        <m:r>
          <m:t>0</m:t>
        </m:r>
        <m:r>
          <m:t>,</m:t>
        </m:r>
        <m:r>
          <m:t>5</m:t>
        </m:r>
        <m:sSub>
          <m:e>
            <m:r>
              <m:t>m</m:t>
            </m:r>
          </m:e>
          <m:sub>
            <m:r>
              <m:t>0</m:t>
            </m:r>
          </m:sub>
        </m:sSub>
        <m:sSup>
          <m:e>
            <m:r>
              <m:t>c</m:t>
            </m:r>
          </m:e>
          <m:sup>
            <m:r>
              <m:t>2</m:t>
            </m:r>
          </m:sup>
        </m:sSup>
      </m:oMath>
    </w:p>
    <w:p>
      <w:pPr>
        <w:spacing w:before="0" w:after="20"/>
        <w:ind w:left="576"/>
      </w:pPr>
      <w:r>
        <w:rPr>
          <w:rFonts w:ascii="Calibri" w:hAnsi="Calibri"/>
          <w:b w:val="0"/>
          <w:i w:val="0"/>
          <w:color w:val="000000"/>
          <w:sz w:val="18"/>
        </w:rPr>
        <w:t xml:space="preserve">B. </w:t>
      </w:r>
      <m:oMath>
        <m:sSub>
          <m:e>
            <m:r>
              <m:t>E</m:t>
            </m:r>
          </m:e>
          <m:sub>
            <m:r>
              <m:t>k</m:t>
            </m:r>
          </m:sub>
        </m:sSub>
        <m:r>
          <m:t>=</m:t>
        </m:r>
        <m:sSub>
          <m:e>
            <m:r>
              <m:t>m</m:t>
            </m:r>
          </m:e>
          <m:sub>
            <m:r>
              <m:t>0</m:t>
            </m:r>
          </m:sub>
        </m:sSub>
        <m:sSup>
          <m:e>
            <m:r>
              <m:t>c</m:t>
            </m:r>
          </m:e>
          <m:sup>
            <m:r>
              <m:t>2</m:t>
            </m:r>
          </m:sup>
        </m:sSup>
      </m:oMath>
    </w:p>
    <w:p>
      <w:pPr>
        <w:spacing w:before="0" w:after="20"/>
        <w:ind w:left="576"/>
      </w:pPr>
      <w:r>
        <w:rPr>
          <w:rFonts w:ascii="Calibri" w:hAnsi="Calibri"/>
          <w:b w:val="0"/>
          <w:i w:val="0"/>
          <w:color w:val="000000"/>
          <w:sz w:val="18"/>
        </w:rPr>
        <w:t xml:space="preserve">C. </w:t>
      </w:r>
      <m:oMath>
        <m:sSub>
          <m:e>
            <m:r>
              <m:t>E</m:t>
            </m:r>
          </m:e>
          <m:sub>
            <m:r>
              <m:t>k</m:t>
            </m:r>
          </m:sub>
        </m:sSub>
        <m:r>
          <m:t>=</m:t>
        </m:r>
        <m:r>
          <m:t>2</m:t>
        </m:r>
        <m:sSub>
          <m:e>
            <m:r>
              <m:t>m</m:t>
            </m:r>
          </m:e>
          <m:sub>
            <m:r>
              <m:t>0</m:t>
            </m:r>
          </m:sub>
        </m:sSub>
        <m:sSup>
          <m:e>
            <m:r>
              <m:t>c</m:t>
            </m:r>
          </m:e>
          <m:sup>
            <m:r>
              <m:t>2</m:t>
            </m:r>
          </m:sup>
        </m:sSup>
      </m:oMath>
    </w:p>
    <w:p>
      <w:pPr>
        <w:spacing w:before="0" w:after="20"/>
        <w:ind w:left="576"/>
      </w:pPr>
      <w:r>
        <w:rPr>
          <w:rFonts w:ascii="Calibri" w:hAnsi="Calibri"/>
          <w:b w:val="0"/>
          <w:i w:val="0"/>
          <w:color w:val="000000"/>
          <w:sz w:val="18"/>
        </w:rPr>
        <w:t xml:space="preserve">D. </w:t>
      </w:r>
      <m:oMath>
        <m:sSub>
          <m:e>
            <m:r>
              <m:t>E</m:t>
            </m:r>
          </m:e>
          <m:sub>
            <m:r>
              <m:t>k</m:t>
            </m:r>
          </m:sub>
        </m:sSub>
        <m:r>
          <m:t>=</m:t>
        </m:r>
        <m:r>
          <m:t>4</m:t>
        </m:r>
        <m:sSub>
          <m:e>
            <m:r>
              <m:t>m</m:t>
            </m:r>
          </m:e>
          <m:sub>
            <m:r>
              <m:t>0</m:t>
            </m:r>
          </m:sub>
        </m:sSub>
        <m:sSup>
          <m:e>
            <m:r>
              <m:t>c</m:t>
            </m:r>
          </m:e>
          <m:sup>
            <m:r>
              <m:t>2</m:t>
            </m:r>
          </m:sup>
        </m:sSup>
      </m:oMath>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Energi kinetik relativistik dirumuskan sebagai </w:t>
      </w:r>
      <m:oMath>
        <m:sSub>
          <m:e>
            <m:r>
              <m:t>E</m:t>
            </m:r>
          </m:e>
          <m:sub>
            <m:r>
              <m:t>k</m:t>
            </m:r>
          </m:sub>
        </m:sSub>
        <m:r>
          <m:t>=</m:t>
        </m:r>
        <m:sSub>
          <m:e>
            <m:r>
              <m:t>E</m:t>
            </m:r>
          </m:e>
          <m:sub>
            <m:r>
              <m:t>t</m:t>
            </m:r>
            <m:r>
              <m:t>o</m:t>
            </m:r>
            <m:r>
              <m:t>t</m:t>
            </m:r>
            <m:r>
              <m:t>a</m:t>
            </m:r>
            <m:r>
              <m:t>l</m:t>
            </m:r>
          </m:sub>
        </m:sSub>
        <m:r>
          <m:t>-</m:t>
        </m:r>
        <m:sSub>
          <m:e>
            <m:r>
              <m:t>E</m:t>
            </m:r>
          </m:e>
          <m:sub>
            <m:r>
              <m:t>0</m:t>
            </m:r>
          </m:sub>
        </m:sSub>
        <m:r>
          <m:t>=</m:t>
        </m:r>
        <m:r>
          <m:t>γ</m:t>
        </m:r>
        <m:sSub>
          <m:e>
            <m:r>
              <m:t>m</m:t>
            </m:r>
          </m:e>
          <m:sub>
            <m:r>
              <m:t>0</m:t>
            </m:r>
          </m:sub>
        </m:sSub>
        <m:sSup>
          <m:e>
            <m:r>
              <m:t>c</m:t>
            </m:r>
          </m:e>
          <m:sup>
            <m:r>
              <m:t>2</m:t>
            </m:r>
          </m:sup>
        </m:sSup>
        <m:r>
          <m:t>-</m:t>
        </m:r>
        <m:sSub>
          <m:e>
            <m:r>
              <m:t>m</m:t>
            </m:r>
          </m:e>
          <m:sub>
            <m:r>
              <m:t>0</m:t>
            </m:r>
          </m:sub>
        </m:sSub>
        <m:sSup>
          <m:e>
            <m:r>
              <m:t>c</m:t>
            </m:r>
          </m:e>
          <m:sup>
            <m:r>
              <m:t>2</m:t>
            </m:r>
          </m:sup>
        </m:sSup>
        <m:r>
          <m:t>=</m:t>
        </m:r>
        <m:r>
          <m:t>(</m:t>
        </m:r>
        <m:r>
          <m:t>γ</m:t>
        </m:r>
        <m:r>
          <m:t>-</m:t>
        </m:r>
        <m:r>
          <m:t>1</m:t>
        </m:r>
        <m:r>
          <m:t>)</m:t>
        </m:r>
        <m:sSub>
          <m:e>
            <m:r>
              <m:t>m</m:t>
            </m:r>
          </m:e>
          <m:sub>
            <m:r>
              <m:t>0</m:t>
            </m:r>
          </m:sub>
        </m:sSub>
        <m:sSup>
          <m:e>
            <m:r>
              <m:t>c</m:t>
            </m:r>
          </m:e>
          <m:sup>
            <m:r>
              <m:t>2</m:t>
            </m:r>
          </m:sup>
        </m:sSup>
      </m:oMath>
      <w:r>
        <w:rPr>
          <w:rFonts w:ascii="Calibri" w:hAnsi="Calibri"/>
          <w:b w:val="0"/>
          <w:i/>
          <w:color w:val="64748B"/>
          <w:sz w:val="17"/>
        </w:rPr>
        <w:t xml:space="preserve">. Untuk </w:t>
      </w:r>
      <m:oMath>
        <m:r>
          <m:t>γ</m:t>
        </m:r>
        <m:r>
          <m:t>=</m:t>
        </m:r>
        <m:r>
          <m:t>2</m:t>
        </m:r>
      </m:oMath>
      <w:r>
        <w:rPr>
          <w:rFonts w:ascii="Calibri" w:hAnsi="Calibri"/>
          <w:b w:val="0"/>
          <w:i/>
          <w:color w:val="64748B"/>
          <w:sz w:val="17"/>
        </w:rPr>
        <w:t xml:space="preserve">, </w:t>
      </w:r>
      <m:oMath>
        <m:sSub>
          <m:e>
            <m:r>
              <m:t>E</m:t>
            </m:r>
          </m:e>
          <m:sub>
            <m:r>
              <m:t>k</m:t>
            </m:r>
          </m:sub>
        </m:sSub>
        <m:r>
          <m:t>=</m:t>
        </m:r>
        <m:r>
          <m:t>(</m:t>
        </m:r>
        <m:r>
          <m:t>2</m:t>
        </m:r>
        <m:r>
          <m:t>-</m:t>
        </m:r>
        <m:r>
          <m:t>1</m:t>
        </m:r>
        <m:r>
          <m:t>)</m:t>
        </m:r>
        <m:sSub>
          <m:e>
            <m:r>
              <m:t>m</m:t>
            </m:r>
          </m:e>
          <m:sub>
            <m:r>
              <m:t>0</m:t>
            </m:r>
          </m:sub>
        </m:sSub>
        <m:sSup>
          <m:e>
            <m:r>
              <m:t>c</m:t>
            </m:r>
          </m:e>
          <m:sup>
            <m:r>
              <m:t>2</m:t>
            </m:r>
          </m:sup>
        </m:sSup>
        <m:r>
          <m:t>=</m:t>
        </m:r>
        <m:sSub>
          <m:e>
            <m:r>
              <m:t>m</m:t>
            </m:r>
          </m:e>
          <m:sub>
            <m:r>
              <m:t>0</m:t>
            </m:r>
          </m:sub>
        </m:sSub>
        <m:sSup>
          <m:e>
            <m:r>
              <m:t>c</m:t>
            </m:r>
          </m:e>
          <m:sup>
            <m:r>
              <m:t>2</m:t>
            </m:r>
          </m:sup>
        </m:sSup>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Postulat kedua relativitas khusus Einstein menyatakan bahwa kelajuan cahaya di ruang hampa adalah...</w:t>
      </w:r>
    </w:p>
    <w:p>
      <w:pPr>
        <w:spacing w:before="0" w:after="20"/>
        <w:ind w:left="576"/>
      </w:pPr>
      <w:r>
        <w:rPr>
          <w:rFonts w:ascii="Calibri" w:hAnsi="Calibri"/>
          <w:b w:val="0"/>
          <w:i w:val="0"/>
          <w:color w:val="000000"/>
          <w:sz w:val="18"/>
        </w:rPr>
        <w:t>A. Bergantung pada seberapa cepat sumber cahaya bergerak mendekati pengamat.</w:t>
      </w:r>
    </w:p>
    <w:p>
      <w:pPr>
        <w:spacing w:before="0" w:after="20"/>
        <w:ind w:left="576"/>
      </w:pPr>
      <w:r>
        <w:rPr>
          <w:rFonts w:ascii="Calibri" w:hAnsi="Calibri"/>
          <w:b w:val="0"/>
          <w:i w:val="0"/>
          <w:color w:val="000000"/>
          <w:sz w:val="18"/>
        </w:rPr>
        <w:t>B. Bernilai sama (</w:t>
      </w:r>
      <m:oMath>
        <m:r>
          <m:t>c</m:t>
        </m:r>
        <m:r>
          <m:t>=</m:t>
        </m:r>
        <m:r>
          <m:t>3</m:t>
        </m:r>
        <m:r>
          <m:t>×</m:t>
        </m:r>
        <m:r>
          <m:t>1</m:t>
        </m:r>
        <m:sSup>
          <m:e>
            <m:r>
              <m:t>0</m:t>
            </m:r>
          </m:e>
          <m:sup>
            <m:r>
              <m:t>8</m:t>
            </m:r>
          </m:sup>
        </m:sSup>
        <m:r>
          <m:t>m</m:t>
        </m:r>
      </m:oMath>
      <w:r>
        <w:rPr>
          <w:rFonts w:ascii="Calibri" w:hAnsi="Calibri"/>
          <w:b w:val="0"/>
          <w:i w:val="0"/>
          <w:color w:val="000000"/>
          <w:sz w:val="18"/>
        </w:rPr>
        <w:t>) untuk semua pengamat di semua kerangka inersial tanpa dipengaruhi gerak relatif sumber atau pengamat.</w:t>
      </w:r>
    </w:p>
    <w:p>
      <w:pPr>
        <w:spacing w:before="0" w:after="20"/>
        <w:ind w:left="576"/>
      </w:pPr>
      <w:r>
        <w:rPr>
          <w:rFonts w:ascii="Calibri" w:hAnsi="Calibri"/>
          <w:b w:val="0"/>
          <w:i w:val="0"/>
          <w:color w:val="000000"/>
          <w:sz w:val="18"/>
        </w:rPr>
        <w:t>C. Lebih cepat pada siang hari daripada malam hari.</w:t>
      </w:r>
    </w:p>
    <w:p>
      <w:pPr>
        <w:spacing w:before="0" w:after="20"/>
        <w:ind w:left="576"/>
      </w:pPr>
      <w:r>
        <w:rPr>
          <w:rFonts w:ascii="Calibri" w:hAnsi="Calibri"/>
          <w:b w:val="0"/>
          <w:i w:val="0"/>
          <w:color w:val="000000"/>
          <w:sz w:val="18"/>
        </w:rPr>
        <w:t>D. Bernilai tak terhingga dalam ruang hampa udara.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Invariansi kelajuan cahaya (</w:t>
      </w:r>
      <m:oMath>
        <m:r>
          <m:t>c</m:t>
        </m:r>
      </m:oMath>
      <w:r>
        <w:rPr>
          <w:rFonts w:ascii="Calibri" w:hAnsi="Calibri"/>
          <w:b w:val="0"/>
          <w:i/>
          <w:color w:val="64748B"/>
          <w:sz w:val="17"/>
        </w:rPr>
        <w:t>) merupakan landasan fundamental relativitas khusus, menolak gagasan fisika klasik yang menganggap kecepatan cahaya dapat dijumlahkan secara linear aljabar biasa.</w:t>
      </w:r>
    </w:p>
    <w:p>
      <w:r>
        <w:br w:type="page"/>
      </w:r>
    </w:p>
    <w:p>
      <w:pPr>
        <w:pStyle w:val="Title"/>
      </w:pPr>
      <w:r>
        <w:t>LEMBAR KERJA PESERTA DIDIK (LKPD)</w:t>
      </w:r>
    </w:p>
    <w:p>
      <w:pPr>
        <w:pStyle w:val="Subtitle"/>
      </w:pPr>
      <w:r>
        <w:t>Mata Pelajaran: Fisika • Bab 3: Teori Relativitas Khusus: Dilatasi Waktu dan Kontraksi Panjang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Postulat Einstein dan Transformasi Lorentz</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Eksperimen Michelson-Morley, kerangka inersial, postulat kelajuan cahaya invarian, dan faktor pengali Lorentz </w:t>
      </w:r>
      <m:oMath>
        <m:r>
          <m:t>γ</m:t>
        </m:r>
        <m:r>
          <m:t>=</m:t>
        </m:r>
        <m:r>
          <m:t>1</m:t>
        </m:r>
        <m:r>
          <m:t>/</m:t>
        </m:r>
        <m:rad>
          <m:radPr>
            <m:degHide m:val="1"/>
          </m:radPr>
          <m:deg/>
          <m:e>
            <m:r>
              <m:t>1</m:t>
            </m:r>
            <m:r>
              <m:t>-</m:t>
            </m:r>
            <m:sSup>
              <m:e>
                <m:r>
                  <m:t>v</m:t>
                </m:r>
              </m:e>
              <m:sup>
                <m:r>
                  <m:t>2</m:t>
                </m:r>
              </m:sup>
            </m:sSup>
            <m:r>
              <m:t>/</m:t>
            </m:r>
            <m:sSup>
              <m:e>
                <m:r>
                  <m:t>c</m:t>
                </m:r>
              </m:e>
              <m:sup>
                <m:r>
                  <m:t>2</m:t>
                </m:r>
              </m:sup>
            </m:sSup>
          </m:e>
        </m:rad>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Dilatasi Waktu, Paradoks Kembar, dan Kontraksi Panjang</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Waktu sejati </w:t>
      </w:r>
      <m:oMath>
        <m:r>
          <m:t>Δ</m:t>
        </m:r>
        <m:sSub>
          <m:e>
            <m:r>
              <m:t>t</m:t>
            </m:r>
          </m:e>
          <m:sub>
            <m:r>
              <m:t>0</m:t>
            </m:r>
          </m:sub>
        </m:sSub>
      </m:oMath>
      <w:r>
        <w:rPr>
          <w:rFonts w:ascii="Calibri" w:hAnsi="Calibri"/>
          <w:b w:val="0"/>
          <w:i w:val="0"/>
          <w:color w:val="000000"/>
          <w:sz w:val="18"/>
        </w:rPr>
        <w:t xml:space="preserve"> vs waktu relativistik </w:t>
      </w:r>
      <m:oMath>
        <m:r>
          <m:t>Δ</m:t>
        </m:r>
        <m:r>
          <m:t>t</m:t>
        </m:r>
      </m:oMath>
      <w:r>
        <w:rPr>
          <w:rFonts w:ascii="Calibri" w:hAnsi="Calibri"/>
          <w:b w:val="0"/>
          <w:i w:val="0"/>
          <w:color w:val="000000"/>
          <w:sz w:val="18"/>
        </w:rPr>
        <w:t xml:space="preserve">, panjang sejati </w:t>
      </w:r>
      <m:oMath>
        <m:sSub>
          <m:e>
            <m:r>
              <m:t>L</m:t>
            </m:r>
          </m:e>
          <m:sub>
            <m:r>
              <m:t>0</m:t>
            </m:r>
          </m:sub>
        </m:sSub>
      </m:oMath>
      <w:r>
        <w:rPr>
          <w:rFonts w:ascii="Calibri" w:hAnsi="Calibri"/>
          <w:b w:val="0"/>
          <w:i w:val="0"/>
          <w:color w:val="000000"/>
          <w:sz w:val="18"/>
        </w:rPr>
        <w:t xml:space="preserve"> vs panjang teramati </w:t>
      </w:r>
      <m:oMath>
        <m:r>
          <m:t>L</m:t>
        </m:r>
      </m:oMath>
      <w:r>
        <w:rPr>
          <w:rFonts w:ascii="Calibri" w:hAnsi="Calibri"/>
          <w:b w:val="0"/>
          <w:i w:val="0"/>
          <w:color w:val="000000"/>
          <w:sz w:val="18"/>
        </w:rPr>
        <w:t>, dan rumus penjumlahan kecepatan relativistik.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Massa Relativistik, Momentum, dan Kesetaraan Energi E=mc²</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Massa diam </w:t>
      </w:r>
      <m:oMath>
        <m:sSub>
          <m:e>
            <m:r>
              <m:t>m</m:t>
            </m:r>
          </m:e>
          <m:sub>
            <m:r>
              <m:t>0</m:t>
            </m:r>
          </m:sub>
        </m:sSub>
      </m:oMath>
      <w:r>
        <w:rPr>
          <w:rFonts w:ascii="Calibri" w:hAnsi="Calibri"/>
          <w:b w:val="0"/>
          <w:i w:val="0"/>
          <w:color w:val="000000"/>
          <w:sz w:val="18"/>
        </w:rPr>
        <w:t xml:space="preserve"> vs massa bergerak </w:t>
      </w:r>
      <m:oMath>
        <m:r>
          <m:t>m</m:t>
        </m:r>
      </m:oMath>
      <w:r>
        <w:rPr>
          <w:rFonts w:ascii="Calibri" w:hAnsi="Calibri"/>
          <w:b w:val="0"/>
          <w:i w:val="0"/>
          <w:color w:val="000000"/>
          <w:sz w:val="18"/>
        </w:rPr>
        <w:t xml:space="preserve">, energi diam </w:t>
      </w:r>
      <m:oMath>
        <m:sSub>
          <m:e>
            <m:r>
              <m:t>E</m:t>
            </m:r>
          </m:e>
          <m:sub>
            <m:r>
              <m:t>0</m:t>
            </m:r>
          </m:sub>
        </m:sSub>
        <m:r>
          <m:t>=</m:t>
        </m:r>
        <m:sSub>
          <m:e>
            <m:r>
              <m:t>m</m:t>
            </m:r>
          </m:e>
          <m:sub>
            <m:r>
              <m:t>0</m:t>
            </m:r>
          </m:sub>
        </m:sSub>
        <m:sSup>
          <m:e>
            <m:r>
              <m:t>c</m:t>
            </m:r>
          </m:e>
          <m:sup>
            <m:r>
              <m:t>2</m:t>
            </m:r>
          </m:sup>
        </m:sSup>
      </m:oMath>
      <w:r>
        <w:rPr>
          <w:rFonts w:ascii="Calibri" w:hAnsi="Calibri"/>
          <w:b w:val="0"/>
          <w:i w:val="0"/>
          <w:color w:val="000000"/>
          <w:sz w:val="18"/>
        </w:rPr>
        <w:t xml:space="preserve">, energi kinetik relativistik </w:t>
      </w:r>
      <m:oMath>
        <m:sSub>
          <m:e>
            <m:r>
              <m:t>E</m:t>
            </m:r>
          </m:e>
          <m:sub>
            <m:r>
              <m:t>k</m:t>
            </m:r>
          </m:sub>
        </m:sSub>
        <m:r>
          <m:t>=</m:t>
        </m:r>
        <m:r>
          <m:t>(</m:t>
        </m:r>
        <m:r>
          <m:t>γ</m:t>
        </m:r>
        <m:r>
          <m:t>-</m:t>
        </m:r>
        <m:r>
          <m:t>1</m:t>
        </m:r>
        <m:r>
          <m:t>)</m:t>
        </m:r>
        <m:sSub>
          <m:e>
            <m:r>
              <m:t>m</m:t>
            </m:r>
          </m:e>
          <m:sub>
            <m:r>
              <m:t>0</m:t>
            </m:r>
          </m:sub>
        </m:sSub>
        <m:sSup>
          <m:e>
            <m:r>
              <m:t>c</m:t>
            </m:r>
          </m:e>
          <m:sup>
            <m:r>
              <m:t>2</m:t>
            </m:r>
          </m:sup>
        </m:sSup>
      </m:oMath>
      <w:r>
        <w:rPr>
          <w:rFonts w:ascii="Calibri" w:hAnsi="Calibri"/>
          <w:b w:val="0"/>
          <w:i w:val="0"/>
          <w:color w:val="000000"/>
          <w:sz w:val="18"/>
        </w:rPr>
        <w:t xml:space="preserve">, dan energi total </w:t>
      </w:r>
      <m:oMath>
        <m:sSup>
          <m:e>
            <m:r>
              <m:t>E</m:t>
            </m:r>
          </m:e>
          <m:sup>
            <m:r>
              <m:t>2</m:t>
            </m:r>
          </m:sup>
        </m:sSup>
        <m:r>
          <m:t>=</m:t>
        </m:r>
        <m:r>
          <m:t>(</m:t>
        </m:r>
        <m:r>
          <m:t>p</m:t>
        </m:r>
        <m:r>
          <m:t>c</m:t>
        </m:r>
        <m:sSup>
          <m:e>
            <m:r>
              <m:t>)</m:t>
            </m:r>
          </m:e>
          <m:sup>
            <m:r>
              <m:t>2</m:t>
            </m:r>
          </m:sup>
        </m:sSup>
        <m:r>
          <m:t>+</m:t>
        </m:r>
        <m:r>
          <m:t>(</m:t>
        </m:r>
        <m:sSub>
          <m:e>
            <m:r>
              <m:t>m</m:t>
            </m:r>
          </m:e>
          <m:sub>
            <m:r>
              <m:t>0</m:t>
            </m:r>
          </m:sub>
        </m:sSub>
        <m:sSup>
          <m:e>
            <m:r>
              <m:t>c</m:t>
            </m:r>
          </m:e>
          <m:sup>
            <m:r>
              <m:t>2</m:t>
            </m:r>
          </m:sup>
        </m:sSup>
        <m:sSup>
          <m:e>
            <m:r>
              <m:t>)</m:t>
            </m:r>
          </m:e>
          <m:sup>
            <m:r>
              <m:t>2</m:t>
            </m:r>
          </m:sup>
        </m:sSup>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Pada awal abad ke-20, fisika klasik Newton menghadapi krisis ketika percobaan Michelson-Morley membuktikan bahwa medium hipotesis 'eter' tidak ada dan kecepatan cahaya selalu konstan bagi semua pengamat. Albert Einstein memecahkan kebuntuan ini pada tahun 1905 melalui Teori Relativitas Khusus yang merevolusi pemahaman manusia tentang ruang dan waktu yang bersifat relatif, bukan absolut.</w:t>
      </w:r>
    </w:p>
    <w:p>
      <w:pPr>
        <w:spacing w:before="40" w:after="60" w:line="276" w:lineRule="auto"/>
      </w:pPr>
      <w:r>
        <w:rPr>
          <w:rFonts w:ascii="Calibri" w:hAnsi="Calibri"/>
          <w:b w:val="0"/>
          <w:i w:val="0"/>
          <w:color w:val="000000"/>
          <w:sz w:val="19"/>
        </w:rPr>
        <w:t>Teori ini berdiri di atas dua postulat fundamental: (1) Hukum-hukum fisika memiliki bentuk yang sama di semua kerangka acuan inersial, dan (2) Kelajuan cahaya di ruang hampa bernilai sama (</w:t>
      </w:r>
      <m:oMath>
        <m:r>
          <m:t>c</m:t>
        </m:r>
        <m:r>
          <m:t>=</m:t>
        </m:r>
        <m:r>
          <m:t>3</m:t>
        </m:r>
        <m:r>
          <m:t>×</m:t>
        </m:r>
        <m:r>
          <m:t>1</m:t>
        </m:r>
        <m:sSup>
          <m:e>
            <m:r>
              <m:t>0</m:t>
            </m:r>
          </m:e>
          <m:sup>
            <m:r>
              <m:t>8</m:t>
            </m:r>
          </m:sup>
        </m:sSup>
        <m:r>
          <m:t>m</m:t>
        </m:r>
      </m:oMath>
      <w:r>
        <w:rPr>
          <w:rFonts w:ascii="Calibri" w:hAnsi="Calibri"/>
          <w:b w:val="0"/>
          <w:i w:val="0"/>
          <w:color w:val="000000"/>
          <w:sz w:val="19"/>
        </w:rPr>
        <w:t>) bagi semua pengamat, terlepas dari gerak relatif sumber maupun pengamat. Konsekuensi dari postulat ini dihitung secara matematis menggunakan faktor transformasi Lorentz (</w:t>
      </w:r>
      <m:oMath>
        <m:r>
          <m:t>γ</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Peserta didik mempelajari fenomena kontra-intuitif relativitas pada kecepatan mendekati kelajuan cahaya (</w:t>
      </w:r>
      <m:oMath>
        <m:r>
          <m:t>v</m:t>
        </m:r>
        <m:r>
          <m:t>≈</m:t>
        </m:r>
        <m:r>
          <m:t>c</m:t>
        </m:r>
      </m:oMath>
      <w:r>
        <w:rPr>
          <w:rFonts w:ascii="Calibri" w:hAnsi="Calibri"/>
          <w:b w:val="0"/>
          <w:i w:val="0"/>
          <w:color w:val="000000"/>
          <w:sz w:val="19"/>
        </w:rPr>
        <w:t xml:space="preserve">): pemuaian waktu (*time dilation*), pengerutan panjang searah gerak (*length contraction*), peningkatan massa semu inersial, serta persamaan paling masyhur dalam sejarah sains: kesetaraan massa dan energi </w:t>
      </w:r>
      <m:oMath>
        <m:r>
          <m:t>E</m:t>
        </m:r>
        <m:r>
          <m:t>=</m:t>
        </m:r>
        <m:r>
          <m:t>m</m:t>
        </m:r>
        <m:sSup>
          <m:e>
            <m:r>
              <m:t>c</m:t>
            </m:r>
          </m:e>
          <m:sup>
            <m:r>
              <m:t>2</m:t>
            </m:r>
          </m:sup>
        </m:sSup>
      </m:oMath>
      <w:r>
        <w:rPr>
          <w:rFonts w:ascii="Calibri" w:hAnsi="Calibri"/>
          <w:b w:val="0"/>
          <w:i w:val="0"/>
          <w:color w:val="000000"/>
          <w:sz w:val="19"/>
        </w:rPr>
        <w:t xml:space="preserve"> yang mendasari energi nuklir dan kosmologi modern.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Postulat Relativitas Khusus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Dua pernyataan dasar Einstein: hukum fisika identik di semua kerangka inersial, dan laju cahaya di ruang hampa konstan untuk seluruh pengamat.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Faktor Lorentz (γ)</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Faktor pengali relativistik yang didefinisikan sebagai </w:t>
            </w:r>
            <m:oMath>
              <m:r>
                <m:t>γ</m:t>
              </m:r>
              <m:r>
                <m:t>=</m:t>
              </m:r>
              <m:f>
                <m:fPr>
                  <m:type m:val="bar"/>
                </m:fPr>
                <m:num>
                  <m:r>
                    <m:t>1</m:t>
                  </m:r>
                </m:num>
                <m:den>
                  <m:rad>
                    <m:radPr>
                      <m:degHide m:val="1"/>
                    </m:radPr>
                    <m:deg/>
                    <m:e>
                      <m:r>
                        <m:t>1</m:t>
                      </m:r>
                      <m:r>
                        <m:t>-</m:t>
                      </m:r>
                      <m:sSup>
                        <m:e>
                          <m:r>
                            <m:t>v</m:t>
                          </m:r>
                        </m:e>
                        <m:sup>
                          <m:r>
                            <m:t>2</m:t>
                          </m:r>
                        </m:sup>
                      </m:sSup>
                      <m:r>
                        <m:t>/</m:t>
                      </m:r>
                      <m:sSup>
                        <m:e>
                          <m:r>
                            <m:t>c</m:t>
                          </m:r>
                        </m:e>
                        <m:sup>
                          <m:r>
                            <m:t>2</m:t>
                          </m:r>
                        </m:sup>
                      </m:sSup>
                    </m:e>
                  </m:rad>
                </m:den>
              </m:f>
            </m:oMath>
            <w:r>
              <w:rPr>
                <w:rFonts w:ascii="Calibri" w:hAnsi="Calibri"/>
                <w:b w:val="0"/>
                <w:i w:val="0"/>
                <w:color w:val="000000"/>
                <w:sz w:val="18"/>
              </w:rPr>
              <w:t xml:space="preserve"> di mana </w:t>
            </w:r>
            <m:oMath>
              <m:r>
                <m:t>γ</m:t>
              </m:r>
              <m:r>
                <m:t>≥</m:t>
              </m:r>
              <m:r>
                <m:t>1</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Dilatasi Waktu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Fenomena di mana selang waktu yang diukur oleh pengamat yang bergerak relatif terhadap suatu peristiwa teramati lebih lambat dibandingkan waktu diam (waktu sejati </w:t>
            </w:r>
            <m:oMath>
              <m:r>
                <m:t>Δ</m:t>
              </m:r>
              <m:sSub>
                <m:e>
                  <m:r>
                    <m:t>t</m:t>
                  </m:r>
                </m:e>
                <m:sub>
                  <m:r>
                    <m:t>0</m:t>
                  </m:r>
                </m:sub>
              </m:sSub>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Kontraksi Panjang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Penyusutan panjang suatu objek searah dengan arah geraknya ketika objek bergerak mendekati kecepatan cahaya relatif terhadap pengamat diam.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Kesetaraan Massa-Energi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Prinsip bahwa massa dan energi dapat saling dikonversi satu sama lain sesuai persamaan </w:t>
            </w:r>
            <m:oMath>
              <m:r>
                <m:t>E</m:t>
              </m:r>
              <m:r>
                <m:t>=</m:t>
              </m:r>
              <m:r>
                <m:t>m</m:t>
              </m:r>
              <m:sSup>
                <m:e>
                  <m:r>
                    <m:t>c</m:t>
                  </m:r>
                </m:e>
                <m:sup>
                  <m:r>
                    <m:t>2</m:t>
                  </m:r>
                </m:sup>
              </m:sSup>
            </m:oMath>
            <w:r>
              <w:rPr>
                <w:rFonts w:ascii="Calibri" w:hAnsi="Calibri"/>
                <w:b w:val="0"/>
                <w:i w:val="0"/>
                <w:color w:val="000000"/>
                <w:sz w:val="18"/>
              </w:rPr>
              <w: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Fisika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