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Rangkaian Arus Bolak-Balik (AC), Impedansi RLC, dan Resonansi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karakteristik tegangan sinusoidal bolak-balik (AC), nilai sesaat, nilai maksimum, nilai efektif (</w:t>
      </w:r>
      <m:oMath>
        <m:sSub>
          <m:e>
            <m:r>
              <m:t>V</m:t>
            </m:r>
          </m:e>
          <m:sub>
            <m:r>
              <m:t>e</m:t>
            </m:r>
            <m:r>
              <m:t>f</m:t>
            </m:r>
            <m:r>
              <m:t>f</m:t>
            </m:r>
          </m:sub>
        </m:sSub>
        <m:r>
          <m:t>=</m:t>
        </m:r>
        <m:f>
          <m:fPr>
            <m:type m:val="bar"/>
          </m:fPr>
          <m:num>
            <m:sSub>
              <m:e>
                <m:r>
                  <m:t>V</m:t>
                </m:r>
              </m:e>
              <m:sub>
                <m:r>
                  <m:t>m</m:t>
                </m:r>
              </m:sub>
            </m:sSub>
          </m:num>
          <m:den>
            <m:rad>
              <m:radPr>
                <m:degHide m:val="1"/>
              </m:radPr>
              <m:deg/>
              <m:e>
                <m:r>
                  <m:t>2</m:t>
                </m:r>
              </m:e>
            </m:rad>
          </m:den>
        </m:f>
      </m:oMath>
      <w:r>
        <w:rPr>
          <w:rFonts w:ascii="Calibri" w:hAnsi="Calibri"/>
          <w:b w:val="0"/>
          <w:i w:val="0"/>
          <w:color w:val="000000"/>
          <w:sz w:val="19"/>
        </w:rPr>
        <w:t>), dan pembacaan osiloskop.</w:t>
      </w:r>
    </w:p>
    <w:p>
      <w:pPr>
        <w:pStyle w:val="ListNumber"/>
      </w:pPr>
      <w:r>
        <w:rPr>
          <w:rFonts w:ascii="Calibri" w:hAnsi="Calibri"/>
          <w:b w:val="0"/>
          <w:i w:val="0"/>
          <w:color w:val="000000"/>
          <w:sz w:val="19"/>
        </w:rPr>
        <w:t>Menghitung reaktansi induktif (</w:t>
      </w:r>
      <m:oMath>
        <m:sSub>
          <m:e>
            <m:r>
              <m:t>X</m:t>
            </m:r>
          </m:e>
          <m:sub>
            <m:r>
              <m:t>L</m:t>
            </m:r>
          </m:sub>
        </m:sSub>
        <m:r>
          <m:t>=</m:t>
        </m:r>
        <m:r>
          <m:t>ω</m:t>
        </m:r>
        <m:r>
          <m:t>L</m:t>
        </m:r>
      </m:oMath>
      <w:r>
        <w:rPr>
          <w:rFonts w:ascii="Calibri" w:hAnsi="Calibri"/>
          <w:b w:val="0"/>
          <w:i w:val="0"/>
          <w:color w:val="000000"/>
          <w:sz w:val="19"/>
        </w:rPr>
        <w:t>), reaktansi kapasitif (</w:t>
      </w:r>
      <m:oMath>
        <m:sSub>
          <m:e>
            <m:r>
              <m:t>X</m:t>
            </m:r>
          </m:e>
          <m:sub>
            <m:r>
              <m:t>C</m:t>
            </m:r>
          </m:sub>
        </m:sSub>
        <m:r>
          <m:t>=</m:t>
        </m:r>
        <m:f>
          <m:fPr>
            <m:type m:val="bar"/>
          </m:fPr>
          <m:num>
            <m:r>
              <m:t>1</m:t>
            </m:r>
          </m:num>
          <m:den>
            <m:r>
              <m:t>ω</m:t>
            </m:r>
            <m:r>
              <m:t>C</m:t>
            </m:r>
          </m:den>
        </m:f>
      </m:oMath>
      <w:r>
        <w:rPr>
          <w:rFonts w:ascii="Calibri" w:hAnsi="Calibri"/>
          <w:b w:val="0"/>
          <w:i w:val="0"/>
          <w:color w:val="000000"/>
          <w:sz w:val="19"/>
        </w:rPr>
        <w:t>), impedansi total (</w:t>
      </w:r>
      <m:oMath>
        <m:r>
          <m:t>Z</m:t>
        </m:r>
        <m:r>
          <m:t>=</m:t>
        </m:r>
        <m:rad>
          <m:radPr>
            <m:degHide m:val="1"/>
          </m:radPr>
          <m:deg/>
          <m:e>
            <m:sSup>
              <m:e>
                <m:r>
                  <m:t>R</m:t>
                </m:r>
              </m:e>
              <m:sup>
                <m:r>
                  <m:t>2</m:t>
                </m:r>
              </m:sup>
            </m:sSup>
            <m:r>
              <m:t>+</m:t>
            </m:r>
            <m:r>
              <m:t>(</m:t>
            </m:r>
            <m:sSub>
              <m:e>
                <m:r>
                  <m:t>X</m:t>
                </m:r>
              </m:e>
              <m:sub>
                <m:r>
                  <m:t>L</m:t>
                </m:r>
              </m:sub>
            </m:sSub>
            <m:r>
              <m:t>-</m:t>
            </m:r>
            <m:sSub>
              <m:e>
                <m:r>
                  <m:t>X</m:t>
                </m:r>
              </m:e>
              <m:sub>
                <m:r>
                  <m:t>C</m:t>
                </m:r>
              </m:sub>
            </m:sSub>
            <m:sSup>
              <m:e>
                <m:r>
                  <m:t>)</m:t>
                </m:r>
              </m:e>
              <m:sup>
                <m:r>
                  <m:t>2</m:t>
                </m:r>
              </m:sup>
            </m:sSup>
          </m:e>
        </m:rad>
      </m:oMath>
      <w:r>
        <w:rPr>
          <w:rFonts w:ascii="Calibri" w:hAnsi="Calibri"/>
          <w:b w:val="0"/>
          <w:i w:val="0"/>
          <w:color w:val="000000"/>
          <w:sz w:val="19"/>
        </w:rPr>
        <w:t>), dan sudut fase menggunakan diagram fasor.</w:t>
      </w:r>
    </w:p>
    <w:p>
      <w:pPr>
        <w:pStyle w:val="ListNumber"/>
      </w:pPr>
      <w:r>
        <w:rPr>
          <w:rFonts w:ascii="Calibri" w:hAnsi="Calibri"/>
          <w:b w:val="0"/>
          <w:i w:val="0"/>
          <w:color w:val="000000"/>
          <w:sz w:val="19"/>
        </w:rPr>
        <w:t>Menganalisis kondisi resonansi rangkaian seri RLC (</w:t>
      </w:r>
      <m:oMath>
        <m:sSub>
          <m:e>
            <m:r>
              <m:t>X</m:t>
            </m:r>
          </m:e>
          <m:sub>
            <m:r>
              <m:t>L</m:t>
            </m:r>
          </m:sub>
        </m:sSub>
        <m:r>
          <m:t>=</m:t>
        </m:r>
        <m:sSub>
          <m:e>
            <m:r>
              <m:t>X</m:t>
            </m:r>
          </m:e>
          <m:sub>
            <m:r>
              <m:t>C</m:t>
            </m:r>
          </m:sub>
        </m:sSub>
      </m:oMath>
      <w:r>
        <w:rPr>
          <w:rFonts w:ascii="Calibri" w:hAnsi="Calibri"/>
          <w:b w:val="0"/>
          <w:i w:val="0"/>
          <w:color w:val="000000"/>
          <w:sz w:val="19"/>
        </w:rPr>
        <w:t>) serta penerapannya pada rangkaian penala frekuensi radio (*tuner*).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nilai efektif-maksimum arus AC, diagram fasor, impedansi rangkaian seri RLC, faktor daya, dan fenomena frekuensi resonansi.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Sinyal Sinusoidal AC dan Nilai Efektif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Persamaan tegangan-arus sesaat </w:t>
      </w:r>
      <m:oMath>
        <m:r>
          <m:t>V</m:t>
        </m:r>
        <m:r>
          <m:t>(</m:t>
        </m:r>
        <m:r>
          <m:t>t</m:t>
        </m:r>
        <m:r>
          <m:t>)</m:t>
        </m:r>
        <m:r>
          <m:t>=</m:t>
        </m:r>
        <m:sSub>
          <m:e>
            <m:r>
              <m:t>V</m:t>
            </m:r>
          </m:e>
          <m:sub>
            <m:r>
              <m:t>m</m:t>
            </m:r>
          </m:sub>
        </m:sSub>
        <m:r>
          <m:t>sin </m:t>
        </m:r>
        <m:r>
          <m:t>(</m:t>
        </m:r>
        <m:r>
          <m:t>ω</m:t>
        </m:r>
        <m:r>
          <m:t>t</m:t>
        </m:r>
        <m:r>
          <m:t>)</m:t>
        </m:r>
      </m:oMath>
      <w:r>
        <w:rPr>
          <w:rFonts w:ascii="Calibri" w:hAnsi="Calibri"/>
          <w:b w:val="0"/>
          <w:i w:val="0"/>
          <w:color w:val="000000"/>
          <w:sz w:val="18"/>
        </w:rPr>
        <w:t>, nilai efektif RMS, pembacaan tegangan puncak osiloskop, dan daya disipasi rata-rata.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Beban R, L, C dan Analisis Rangkaian Seri RLC</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Diagram fasor fase sefase (R), arus tertinggal </w:t>
      </w:r>
      <m:oMath>
        <m:r>
          <m:t>π</m:t>
        </m:r>
        <m:r>
          <m:t>/</m:t>
        </m:r>
        <m:r>
          <m:t>2</m:t>
        </m:r>
      </m:oMath>
      <w:r>
        <w:rPr>
          <w:rFonts w:ascii="Calibri" w:hAnsi="Calibri"/>
          <w:b w:val="0"/>
          <w:i w:val="0"/>
          <w:color w:val="000000"/>
          <w:sz w:val="18"/>
        </w:rPr>
        <w:t xml:space="preserve"> (L), arus mendahului </w:t>
      </w:r>
      <m:oMath>
        <m:r>
          <m:t>π</m:t>
        </m:r>
        <m:r>
          <m:t>/</m:t>
        </m:r>
        <m:r>
          <m:t>2</m:t>
        </m:r>
      </m:oMath>
      <w:r>
        <w:rPr>
          <w:rFonts w:ascii="Calibri" w:hAnsi="Calibri"/>
          <w:b w:val="0"/>
          <w:i w:val="0"/>
          <w:color w:val="000000"/>
          <w:sz w:val="18"/>
        </w:rPr>
        <w:t xml:space="preserve"> (C), kalkulasi impedansi </w:t>
      </w:r>
      <m:oMath>
        <m:r>
          <m:t>Z</m:t>
        </m:r>
      </m:oMath>
      <w:r>
        <w:rPr>
          <w:rFonts w:ascii="Calibri" w:hAnsi="Calibri"/>
          <w:b w:val="0"/>
          <w:i w:val="0"/>
          <w:color w:val="000000"/>
          <w:sz w:val="18"/>
        </w:rPr>
        <w:t xml:space="preserve">, dan sudut fase </w:t>
      </w:r>
      <m:oMath>
        <m:r>
          <m:t>tan </m:t>
        </m:r>
        <m:r>
          <m:t>φ</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Daya Rangkaian AC dan Resonansi Frekuensi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Faktor daya </w:t>
      </w:r>
      <m:oMath>
        <m:r>
          <m:t>cos </m:t>
        </m:r>
        <m:r>
          <m:t>φ</m:t>
        </m:r>
      </m:oMath>
      <w:r>
        <w:rPr>
          <w:rFonts w:ascii="Calibri" w:hAnsi="Calibri"/>
          <w:b w:val="0"/>
          <w:i w:val="0"/>
          <w:color w:val="000000"/>
          <w:sz w:val="18"/>
        </w:rPr>
        <w:t xml:space="preserve">, daya semu vs daya nyata, frekuensi resonansi </w:t>
      </w:r>
      <m:oMath>
        <m:sSub>
          <m:e>
            <m:r>
              <m:t>f</m:t>
            </m:r>
          </m:e>
          <m:sub>
            <m:r>
              <m:t>0</m:t>
            </m:r>
          </m:sub>
        </m:sSub>
        <m:r>
          <m:t>=</m:t>
        </m:r>
        <m:f>
          <m:fPr>
            <m:type m:val="bar"/>
          </m:fPr>
          <m:num>
            <m:r>
              <m:t>1</m:t>
            </m:r>
          </m:num>
          <m:den>
            <m:r>
              <m:t>2</m:t>
            </m:r>
            <m:r>
              <m:t>π</m:t>
            </m:r>
            <m:rad>
              <m:radPr>
                <m:degHide m:val="1"/>
              </m:radPr>
              <m:deg/>
              <m:e>
                <m:r>
                  <m:t>L</m:t>
                </m:r>
                <m:r>
                  <m:t>C</m:t>
                </m:r>
              </m:e>
            </m:rad>
          </m:den>
        </m:f>
      </m:oMath>
      <w:r>
        <w:rPr>
          <w:rFonts w:ascii="Calibri" w:hAnsi="Calibri"/>
          <w:b w:val="0"/>
          <w:i w:val="0"/>
          <w:color w:val="000000"/>
          <w:sz w:val="18"/>
        </w:rPr>
        <w:t>, dan aplikasi rangkaian penala radio.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Sebuah voltmeter AC menunjukkan tegangan stopkontak listrik PLN sebesar 220 V. Berapakah nilai tegangan maksimum (tegangan puncak </w:t>
      </w:r>
      <m:oMath>
        <m:sSub>
          <m:e>
            <m:r>
              <m:t>V</m:t>
            </m:r>
          </m:e>
          <m:sub>
            <m:r>
              <m:t>m</m:t>
            </m:r>
          </m:sub>
        </m:sSub>
      </m:oMath>
      <w:r>
        <w:rPr>
          <w:rFonts w:ascii="Calibri" w:hAnsi="Calibri"/>
          <w:b w:val="0"/>
          <w:i w:val="0"/>
          <w:color w:val="000000"/>
          <w:sz w:val="19"/>
        </w:rPr>
        <w:t>) dari sinyal sinusoidal tersebut?</w:t>
      </w:r>
    </w:p>
    <w:p>
      <w:pPr>
        <w:spacing w:before="0" w:after="20"/>
        <w:ind w:left="576"/>
      </w:pPr>
      <w:r>
        <w:rPr>
          <w:rFonts w:ascii="Calibri" w:hAnsi="Calibri"/>
          <w:b w:val="0"/>
          <w:i w:val="0"/>
          <w:color w:val="000000"/>
          <w:sz w:val="18"/>
        </w:rPr>
        <w:t>A. 110 V</w:t>
      </w:r>
    </w:p>
    <w:p>
      <w:pPr>
        <w:spacing w:before="0" w:after="20"/>
        <w:ind w:left="576"/>
      </w:pPr>
      <w:r>
        <w:rPr>
          <w:rFonts w:ascii="Calibri" w:hAnsi="Calibri"/>
          <w:b w:val="0"/>
          <w:i w:val="0"/>
          <w:color w:val="000000"/>
          <w:sz w:val="18"/>
        </w:rPr>
        <w:t>B. 220 V</w:t>
      </w:r>
    </w:p>
    <w:p>
      <w:pPr>
        <w:spacing w:before="0" w:after="20"/>
        <w:ind w:left="576"/>
      </w:pPr>
      <w:r>
        <w:rPr>
          <w:rFonts w:ascii="Calibri" w:hAnsi="Calibri"/>
          <w:b w:val="0"/>
          <w:i w:val="0"/>
          <w:color w:val="000000"/>
          <w:sz w:val="18"/>
        </w:rPr>
        <w:t xml:space="preserve">C. </w:t>
      </w:r>
      <m:oMath>
        <m:r>
          <m:t>2</m:t>
        </m:r>
        <m:r>
          <m:t>2</m:t>
        </m:r>
        <m:r>
          <m:t>0</m:t>
        </m:r>
        <m:rad>
          <m:radPr>
            <m:degHide m:val="1"/>
          </m:radPr>
          <m:deg/>
          <m:e>
            <m:r>
              <m:t>2</m:t>
            </m:r>
          </m:e>
        </m:rad>
        <m:r>
          <m:t>V</m:t>
        </m:r>
        <m:r>
          <m:t>≈</m:t>
        </m:r>
        <m:r>
          <m:t>3</m:t>
        </m:r>
        <m:r>
          <m:t>1</m:t>
        </m:r>
        <m:r>
          <m:t>1</m:t>
        </m:r>
        <m:r>
          <m:t>V</m:t>
        </m:r>
      </m:oMath>
    </w:p>
    <w:p>
      <w:pPr>
        <w:spacing w:before="0" w:after="20"/>
        <w:ind w:left="576"/>
      </w:pPr>
      <w:r>
        <w:rPr>
          <w:rFonts w:ascii="Calibri" w:hAnsi="Calibri"/>
          <w:b w:val="0"/>
          <w:i w:val="0"/>
          <w:color w:val="000000"/>
          <w:sz w:val="18"/>
        </w:rPr>
        <w:t>D. 440 V</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Voltmeter AC mengukur nilai efektif (</w:t>
      </w:r>
      <m:oMath>
        <m:sSub>
          <m:e>
            <m:r>
              <m:t>V</m:t>
            </m:r>
          </m:e>
          <m:sub>
            <m:r>
              <m:t>e</m:t>
            </m:r>
            <m:r>
              <m:t>f</m:t>
            </m:r>
            <m:r>
              <m:t>f</m:t>
            </m:r>
          </m:sub>
        </m:sSub>
      </m:oMath>
      <w:r>
        <w:rPr>
          <w:rFonts w:ascii="Calibri" w:hAnsi="Calibri"/>
          <w:b w:val="0"/>
          <w:i/>
          <w:color w:val="64748B"/>
          <w:sz w:val="17"/>
        </w:rPr>
        <w:t xml:space="preserve">). Nilai maksimumnya adalah </w:t>
      </w:r>
      <m:oMath>
        <m:sSub>
          <m:e>
            <m:r>
              <m:t>V</m:t>
            </m:r>
          </m:e>
          <m:sub>
            <m:r>
              <m:t>m</m:t>
            </m:r>
          </m:sub>
        </m:sSub>
        <m:r>
          <m:t>=</m:t>
        </m:r>
        <m:sSub>
          <m:e>
            <m:r>
              <m:t>V</m:t>
            </m:r>
          </m:e>
          <m:sub>
            <m:r>
              <m:t>e</m:t>
            </m:r>
            <m:r>
              <m:t>f</m:t>
            </m:r>
            <m:r>
              <m:t>f</m:t>
            </m:r>
          </m:sub>
        </m:sSub>
        <m:r>
          <m:t>×</m:t>
        </m:r>
        <m:rad>
          <m:radPr>
            <m:degHide m:val="1"/>
          </m:radPr>
          <m:deg/>
          <m:e>
            <m:r>
              <m:t>2</m:t>
            </m:r>
          </m:e>
        </m:rad>
        <m:r>
          <m:t>=</m:t>
        </m:r>
        <m:r>
          <m:t>2</m:t>
        </m:r>
        <m:r>
          <m:t>2</m:t>
        </m:r>
        <m:r>
          <m:t>0</m:t>
        </m:r>
        <m:rad>
          <m:radPr>
            <m:degHide m:val="1"/>
          </m:radPr>
          <m:deg/>
          <m:e>
            <m:r>
              <m:t>2</m:t>
            </m:r>
          </m:e>
        </m:rad>
        <m:r>
          <m:t>≈</m:t>
        </m:r>
        <m:r>
          <m:t>3</m:t>
        </m:r>
        <m:r>
          <m:t>1</m:t>
        </m:r>
        <m:r>
          <m:t>1</m:t>
        </m:r>
        <m:r>
          <m:t>.</m:t>
        </m:r>
        <m:r>
          <m:t>1</m:t>
        </m:r>
        <m:r>
          <m:t>2</m:t>
        </m:r>
        <m:r>
          <m:t>V</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Suatu rangkaian seri RLC memiliki hambatan resistor </w:t>
      </w:r>
      <m:oMath>
        <m:r>
          <m:t>R</m:t>
        </m:r>
        <m:r>
          <m:t>=</m:t>
        </m:r>
        <m:r>
          <m:t>3</m:t>
        </m:r>
        <m:r>
          <m:t>0</m:t>
        </m:r>
        <m:r>
          <m:t>\</m:t>
        </m:r>
        <m:r>
          <m:t>Ω</m:t>
        </m:r>
      </m:oMath>
      <w:r>
        <w:rPr>
          <w:rFonts w:ascii="Calibri" w:hAnsi="Calibri"/>
          <w:b w:val="0"/>
          <w:i w:val="0"/>
          <w:color w:val="000000"/>
          <w:sz w:val="19"/>
        </w:rPr>
        <w:t xml:space="preserve">, reaktansi induktif </w:t>
      </w:r>
      <m:oMath>
        <m:sSub>
          <m:e>
            <m:r>
              <m:t>X</m:t>
            </m:r>
          </m:e>
          <m:sub>
            <m:r>
              <m:t>L</m:t>
            </m:r>
          </m:sub>
        </m:sSub>
        <m:r>
          <m:t>=</m:t>
        </m:r>
        <m:r>
          <m:t>8</m:t>
        </m:r>
        <m:r>
          <m:t>0</m:t>
        </m:r>
        <m:r>
          <m:t>\</m:t>
        </m:r>
        <m:r>
          <m:t>Ω</m:t>
        </m:r>
      </m:oMath>
      <w:r>
        <w:rPr>
          <w:rFonts w:ascii="Calibri" w:hAnsi="Calibri"/>
          <w:b w:val="0"/>
          <w:i w:val="0"/>
          <w:color w:val="000000"/>
          <w:sz w:val="19"/>
        </w:rPr>
        <w:t xml:space="preserve">, dan reaktansi kapasitif </w:t>
      </w:r>
      <m:oMath>
        <m:sSub>
          <m:e>
            <m:r>
              <m:t>X</m:t>
            </m:r>
          </m:e>
          <m:sub>
            <m:r>
              <m:t>C</m:t>
            </m:r>
          </m:sub>
        </m:sSub>
        <m:r>
          <m:t>=</m:t>
        </m:r>
        <m:r>
          <m:t>4</m:t>
        </m:r>
        <m:r>
          <m:t>0</m:t>
        </m:r>
        <m:r>
          <m:t>\</m:t>
        </m:r>
        <m:r>
          <m:t>Ω</m:t>
        </m:r>
      </m:oMath>
      <w:r>
        <w:rPr>
          <w:rFonts w:ascii="Calibri" w:hAnsi="Calibri"/>
          <w:b w:val="0"/>
          <w:i w:val="0"/>
          <w:color w:val="000000"/>
          <w:sz w:val="19"/>
        </w:rPr>
        <w:t>. Besar impedansi total (</w:t>
      </w:r>
      <m:oMath>
        <m:r>
          <m:t>Z</m:t>
        </m:r>
      </m:oMath>
      <w:r>
        <w:rPr>
          <w:rFonts w:ascii="Calibri" w:hAnsi="Calibri"/>
          <w:b w:val="0"/>
          <w:i w:val="0"/>
          <w:color w:val="000000"/>
          <w:sz w:val="19"/>
        </w:rPr>
        <w:t>) rangkaian tersebut adalah...</w:t>
      </w:r>
    </w:p>
    <w:p>
      <w:pPr>
        <w:spacing w:before="0" w:after="20"/>
        <w:ind w:left="576"/>
      </w:pPr>
      <w:r>
        <w:rPr>
          <w:rFonts w:ascii="Calibri" w:hAnsi="Calibri"/>
          <w:b w:val="0"/>
          <w:i w:val="0"/>
          <w:color w:val="000000"/>
          <w:sz w:val="18"/>
        </w:rPr>
        <w:t xml:space="preserve">A. </w:t>
      </w:r>
      <m:oMath>
        <m:r>
          <m:t>3</m:t>
        </m:r>
        <m:r>
          <m:t>0</m:t>
        </m:r>
        <m:r>
          <m:t>\</m:t>
        </m:r>
        <m:r>
          <m:t>Ω</m:t>
        </m:r>
      </m:oMath>
    </w:p>
    <w:p>
      <w:pPr>
        <w:spacing w:before="0" w:after="20"/>
        <w:ind w:left="576"/>
      </w:pPr>
      <w:r>
        <w:rPr>
          <w:rFonts w:ascii="Calibri" w:hAnsi="Calibri"/>
          <w:b w:val="0"/>
          <w:i w:val="0"/>
          <w:color w:val="000000"/>
          <w:sz w:val="18"/>
        </w:rPr>
        <w:t xml:space="preserve">B. </w:t>
      </w:r>
      <m:oMath>
        <m:r>
          <m:t>4</m:t>
        </m:r>
        <m:r>
          <m:t>0</m:t>
        </m:r>
        <m:r>
          <m:t>\</m:t>
        </m:r>
        <m:r>
          <m:t>Ω</m:t>
        </m:r>
      </m:oMath>
    </w:p>
    <w:p>
      <w:pPr>
        <w:spacing w:before="0" w:after="20"/>
        <w:ind w:left="576"/>
      </w:pPr>
      <w:r>
        <w:rPr>
          <w:rFonts w:ascii="Calibri" w:hAnsi="Calibri"/>
          <w:b w:val="0"/>
          <w:i w:val="0"/>
          <w:color w:val="000000"/>
          <w:sz w:val="18"/>
        </w:rPr>
        <w:t xml:space="preserve">C. </w:t>
      </w:r>
      <m:oMath>
        <m:r>
          <m:t>5</m:t>
        </m:r>
        <m:r>
          <m:t>0</m:t>
        </m:r>
        <m:r>
          <m:t>\</m:t>
        </m:r>
        <m:r>
          <m:t>Ω</m:t>
        </m:r>
      </m:oMath>
    </w:p>
    <w:p>
      <w:pPr>
        <w:spacing w:before="0" w:after="20"/>
        <w:ind w:left="576"/>
      </w:pPr>
      <w:r>
        <w:rPr>
          <w:rFonts w:ascii="Calibri" w:hAnsi="Calibri"/>
          <w:b w:val="0"/>
          <w:i w:val="0"/>
          <w:color w:val="000000"/>
          <w:sz w:val="18"/>
        </w:rPr>
        <w:t xml:space="preserve">D. </w:t>
      </w:r>
      <m:oMath>
        <m:r>
          <m:t>1</m:t>
        </m:r>
        <m:r>
          <m:t>5</m:t>
        </m:r>
        <m:r>
          <m:t>0</m:t>
        </m:r>
        <m:r>
          <m:t>\</m:t>
        </m:r>
        <m:r>
          <m:t>Ω</m:t>
        </m:r>
      </m:oMath>
    </w:p>
    <w:p>
      <w:pPr>
        <w:spacing w:before="20" w:after="80"/>
        <w:ind w:left="576"/>
      </w:pPr>
      <w:r>
        <w:rPr>
          <w:rFonts w:ascii="Calibri" w:hAnsi="Calibri"/>
          <w:i/>
          <w:color w:val="64748B"/>
          <w:sz w:val="17"/>
        </w:rPr>
        <w:t xml:space="preserve">Kunci Jawaban: C — Pembahasan: </w:t>
      </w:r>
      <m:oMath>
        <m:r>
          <m:t>Z</m:t>
        </m:r>
        <m:r>
          <m:t>=</m:t>
        </m:r>
        <m:rad>
          <m:radPr>
            <m:degHide m:val="1"/>
          </m:radPr>
          <m:deg/>
          <m:e>
            <m:sSup>
              <m:e>
                <m:r>
                  <m:t>R</m:t>
                </m:r>
              </m:e>
              <m:sup>
                <m:r>
                  <m:t>2</m:t>
                </m:r>
              </m:sup>
            </m:sSup>
            <m:r>
              <m:t>+</m:t>
            </m:r>
            <m:r>
              <m:t>(</m:t>
            </m:r>
            <m:sSub>
              <m:e>
                <m:r>
                  <m:t>X</m:t>
                </m:r>
              </m:e>
              <m:sub>
                <m:r>
                  <m:t>L</m:t>
                </m:r>
              </m:sub>
            </m:sSub>
            <m:r>
              <m:t>-</m:t>
            </m:r>
            <m:sSub>
              <m:e>
                <m:r>
                  <m:t>X</m:t>
                </m:r>
              </m:e>
              <m:sub>
                <m:r>
                  <m:t>C</m:t>
                </m:r>
              </m:sub>
            </m:sSub>
            <m:sSup>
              <m:e>
                <m:r>
                  <m:t>)</m:t>
                </m:r>
              </m:e>
              <m:sup>
                <m:r>
                  <m:t>2</m:t>
                </m:r>
              </m:sup>
            </m:sSup>
          </m:e>
        </m:rad>
        <m:r>
          <m:t>=</m:t>
        </m:r>
        <m:rad>
          <m:radPr>
            <m:degHide m:val="1"/>
          </m:radPr>
          <m:deg/>
          <m:e>
            <m:r>
              <m:t>3</m:t>
            </m:r>
            <m:sSup>
              <m:e>
                <m:r>
                  <m:t>0</m:t>
                </m:r>
              </m:e>
              <m:sup>
                <m:r>
                  <m:t>2</m:t>
                </m:r>
              </m:sup>
            </m:sSup>
            <m:r>
              <m:t>+</m:t>
            </m:r>
            <m:r>
              <m:t>(</m:t>
            </m:r>
            <m:r>
              <m:t>8</m:t>
            </m:r>
            <m:r>
              <m:t>0</m:t>
            </m:r>
            <m:r>
              <m:t>-</m:t>
            </m:r>
            <m:r>
              <m:t>4</m:t>
            </m:r>
            <m:r>
              <m:t>0</m:t>
            </m:r>
            <m:sSup>
              <m:e>
                <m:r>
                  <m:t>)</m:t>
                </m:r>
              </m:e>
              <m:sup>
                <m:r>
                  <m:t>2</m:t>
                </m:r>
              </m:sup>
            </m:sSup>
          </m:e>
        </m:rad>
        <m:r>
          <m:t>=</m:t>
        </m:r>
        <m:rad>
          <m:radPr>
            <m:degHide m:val="1"/>
          </m:radPr>
          <m:deg/>
          <m:e>
            <m:r>
              <m:t>3</m:t>
            </m:r>
            <m:sSup>
              <m:e>
                <m:r>
                  <m:t>0</m:t>
                </m:r>
              </m:e>
              <m:sup>
                <m:r>
                  <m:t>2</m:t>
                </m:r>
              </m:sup>
            </m:sSup>
            <m:r>
              <m:t>+</m:t>
            </m:r>
            <m:r>
              <m:t>4</m:t>
            </m:r>
            <m:sSup>
              <m:e>
                <m:r>
                  <m:t>0</m:t>
                </m:r>
              </m:e>
              <m:sup>
                <m:r>
                  <m:t>2</m:t>
                </m:r>
              </m:sup>
            </m:sSup>
          </m:e>
        </m:rad>
        <m:r>
          <m:t>=</m:t>
        </m:r>
        <m:rad>
          <m:radPr>
            <m:degHide m:val="1"/>
          </m:radPr>
          <m:deg/>
          <m:e>
            <m:r>
              <m:t>9</m:t>
            </m:r>
            <m:r>
              <m:t>0</m:t>
            </m:r>
            <m:r>
              <m:t>0</m:t>
            </m:r>
            <m:r>
              <m:t>+</m:t>
            </m:r>
            <m:r>
              <m:t>1</m:t>
            </m:r>
            <m:r>
              <m:t>6</m:t>
            </m:r>
            <m:r>
              <m:t>0</m:t>
            </m:r>
            <m:r>
              <m:t>0</m:t>
            </m:r>
          </m:e>
        </m:rad>
        <m:r>
          <m:t>=</m:t>
        </m:r>
        <m:rad>
          <m:radPr>
            <m:degHide m:val="1"/>
          </m:radPr>
          <m:deg/>
          <m:e>
            <m:r>
              <m:t>2</m:t>
            </m:r>
            <m:r>
              <m:t>5</m:t>
            </m:r>
            <m:r>
              <m:t>0</m:t>
            </m:r>
            <m:r>
              <m:t>0</m:t>
            </m:r>
          </m:e>
        </m:rad>
        <m:r>
          <m:t>=</m:t>
        </m:r>
        <m:r>
          <m:t>5</m:t>
        </m:r>
        <m:r>
          <m:t>0</m:t>
        </m:r>
        <m:r>
          <m:t>\</m:t>
        </m:r>
        <m:r>
          <m:t>Ω</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Pada rangkaian seri RLC, kondisi resonansi listrik akan tercapai apabila...</w:t>
      </w:r>
    </w:p>
    <w:p>
      <w:pPr>
        <w:spacing w:before="0" w:after="20"/>
        <w:ind w:left="576"/>
      </w:pPr>
      <w:r>
        <w:rPr>
          <w:rFonts w:ascii="Calibri" w:hAnsi="Calibri"/>
          <w:b w:val="0"/>
          <w:i w:val="0"/>
          <w:color w:val="000000"/>
          <w:sz w:val="18"/>
        </w:rPr>
        <w:t xml:space="preserve">A. Nilai resistor </w:t>
      </w:r>
      <m:oMath>
        <m:r>
          <m:t>R</m:t>
        </m:r>
        <m:r>
          <m:t>=</m:t>
        </m:r>
        <m:r>
          <m:t>0</m:t>
        </m:r>
      </m:oMath>
      <w:r>
        <w:rPr>
          <w:rFonts w:ascii="Calibri" w:hAnsi="Calibri"/>
          <w:b w:val="0"/>
          <w:i w:val="0"/>
          <w:color w:val="000000"/>
          <w:sz w:val="18"/>
        </w:rPr>
        <w:t xml:space="preserve"> dan tegangan nol.</w:t>
      </w:r>
    </w:p>
    <w:p>
      <w:pPr>
        <w:spacing w:before="0" w:after="20"/>
        <w:ind w:left="576"/>
      </w:pPr>
      <w:r>
        <w:rPr>
          <w:rFonts w:ascii="Calibri" w:hAnsi="Calibri"/>
          <w:b w:val="0"/>
          <w:i w:val="0"/>
          <w:color w:val="000000"/>
          <w:sz w:val="18"/>
        </w:rPr>
        <w:t>B. Nilai reaktansi induktif sama besar dengan reaktansi kapasitif (</w:t>
      </w:r>
      <m:oMath>
        <m:sSub>
          <m:e>
            <m:r>
              <m:t>X</m:t>
            </m:r>
          </m:e>
          <m:sub>
            <m:r>
              <m:t>L</m:t>
            </m:r>
          </m:sub>
        </m:sSub>
        <m:r>
          <m:t>=</m:t>
        </m:r>
        <m:sSub>
          <m:e>
            <m:r>
              <m:t>X</m:t>
            </m:r>
          </m:e>
          <m:sub>
            <m:r>
              <m:t>C</m:t>
            </m:r>
          </m:sub>
        </m:sSub>
      </m:oMath>
      <w:r>
        <w:rPr>
          <w:rFonts w:ascii="Calibri" w:hAnsi="Calibri"/>
          <w:b w:val="0"/>
          <w:i w:val="0"/>
          <w:color w:val="000000"/>
          <w:sz w:val="18"/>
        </w:rPr>
        <w:t>) sehingga beda fase antara arus dan tegangan bernilai nol.</w:t>
      </w:r>
    </w:p>
    <w:p>
      <w:pPr>
        <w:spacing w:before="0" w:after="20"/>
        <w:ind w:left="576"/>
      </w:pPr>
      <w:r>
        <w:rPr>
          <w:rFonts w:ascii="Calibri" w:hAnsi="Calibri"/>
          <w:b w:val="0"/>
          <w:i w:val="0"/>
          <w:color w:val="000000"/>
          <w:sz w:val="18"/>
        </w:rPr>
        <w:t>C. Reaktansi induktif bernilai tak hingga.</w:t>
      </w:r>
    </w:p>
    <w:p>
      <w:pPr>
        <w:spacing w:before="0" w:after="20"/>
        <w:ind w:left="576"/>
      </w:pPr>
      <w:r>
        <w:rPr>
          <w:rFonts w:ascii="Calibri" w:hAnsi="Calibri"/>
          <w:b w:val="0"/>
          <w:i w:val="0"/>
          <w:color w:val="000000"/>
          <w:sz w:val="18"/>
        </w:rPr>
        <w:t>D. Frekuensi sumber tegangan bernilai nol (arus DC).</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Resonansi terjadi saat </w:t>
      </w:r>
      <m:oMath>
        <m:sSub>
          <m:e>
            <m:r>
              <m:t>X</m:t>
            </m:r>
          </m:e>
          <m:sub>
            <m:r>
              <m:t>L</m:t>
            </m:r>
          </m:sub>
        </m:sSub>
        <m:r>
          <m:t>=</m:t>
        </m:r>
        <m:sSub>
          <m:e>
            <m:r>
              <m:t>X</m:t>
            </m:r>
          </m:e>
          <m:sub>
            <m:r>
              <m:t>C</m:t>
            </m:r>
          </m:sub>
        </m:sSub>
      </m:oMath>
      <w:r>
        <w:rPr>
          <w:rFonts w:ascii="Calibri" w:hAnsi="Calibri"/>
          <w:b w:val="0"/>
          <w:i/>
          <w:color w:val="64748B"/>
          <w:sz w:val="17"/>
        </w:rPr>
        <w:t xml:space="preserve">, yang menyebabkan sifat reaktif saling meniadakan, impedansi minimum </w:t>
      </w:r>
      <m:oMath>
        <m:r>
          <m:t>Z</m:t>
        </m:r>
        <m:r>
          <m:t>=</m:t>
        </m:r>
        <m:r>
          <m:t>R</m:t>
        </m:r>
      </m:oMath>
      <w:r>
        <w:rPr>
          <w:rFonts w:ascii="Calibri" w:hAnsi="Calibri"/>
          <w:b w:val="0"/>
          <w:i/>
          <w:color w:val="64748B"/>
          <w:sz w:val="17"/>
        </w:rPr>
        <w:t xml:space="preserve">, dan faktor daya </w:t>
      </w:r>
      <m:oMath>
        <m:r>
          <m:t>cos </m:t>
        </m:r>
        <m:r>
          <m:t>φ</m:t>
        </m:r>
        <m:r>
          <m:t>=</m:t>
        </m:r>
        <m:r>
          <m:t>1</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Jika sebuah induktor dengan induktansi </w:t>
      </w:r>
      <m:oMath>
        <m:r>
          <m:t>L</m:t>
        </m:r>
        <m:r>
          <m:t>=</m:t>
        </m:r>
        <m:r>
          <m:t>0</m:t>
        </m:r>
        <m:r>
          <m:t>,</m:t>
        </m:r>
        <m:r>
          <m:t>1</m:t>
        </m:r>
        <m:r>
          <m:t>H</m:t>
        </m:r>
      </m:oMath>
      <w:r>
        <w:rPr>
          <w:rFonts w:ascii="Calibri" w:hAnsi="Calibri"/>
          <w:b w:val="0"/>
          <w:i w:val="0"/>
          <w:color w:val="000000"/>
          <w:sz w:val="19"/>
        </w:rPr>
        <w:t xml:space="preserve"> dan kapasitor dengan kapasitansi </w:t>
      </w:r>
      <m:oMath>
        <m:r>
          <m:t>C</m:t>
        </m:r>
        <m:r>
          <m:t>=</m:t>
        </m:r>
        <m:r>
          <m:t>1</m:t>
        </m:r>
        <m:r>
          <m:t>0</m:t>
        </m:r>
        <m:r>
          <m:t>\</m:t>
        </m:r>
        <m:r>
          <m:t>μ</m:t>
        </m:r>
        <m:r>
          <m:t>F</m:t>
        </m:r>
      </m:oMath>
      <w:r>
        <w:rPr>
          <w:rFonts w:ascii="Calibri" w:hAnsi="Calibri"/>
          <w:b w:val="0"/>
          <w:i w:val="0"/>
          <w:color w:val="000000"/>
          <w:sz w:val="19"/>
        </w:rPr>
        <w:t xml:space="preserve"> dirangkai seri, frekuensi resonansi (</w:t>
      </w:r>
      <m:oMath>
        <m:sSub>
          <m:e>
            <m:r>
              <m:t>f</m:t>
            </m:r>
          </m:e>
          <m:sub>
            <m:r>
              <m:t>0</m:t>
            </m:r>
          </m:sub>
        </m:sSub>
      </m:oMath>
      <w:r>
        <w:rPr>
          <w:rFonts w:ascii="Calibri" w:hAnsi="Calibri"/>
          <w:b w:val="0"/>
          <w:i w:val="0"/>
          <w:color w:val="000000"/>
          <w:sz w:val="19"/>
        </w:rPr>
        <w:t xml:space="preserve">) rangkaian tersebut adalah... (Gunakan </w:t>
      </w:r>
      <m:oMath>
        <m:sSup>
          <m:e>
            <m:r>
              <m:t>π</m:t>
            </m:r>
          </m:e>
          <m:sup>
            <m:r>
              <m:t>2</m:t>
            </m:r>
          </m:sup>
        </m:sSup>
        <m:r>
          <m:t>≈</m:t>
        </m:r>
        <m:r>
          <m:t>1</m:t>
        </m:r>
        <m:r>
          <m:t>0</m:t>
        </m:r>
      </m:oMath>
      <w:r>
        <w:rPr>
          <w:rFonts w:ascii="Calibri" w:hAnsi="Calibri"/>
          <w:b w:val="0"/>
          <w:i w:val="0"/>
          <w:color w:val="000000"/>
          <w:sz w:val="19"/>
        </w:rPr>
        <w:t>)</w:t>
      </w:r>
    </w:p>
    <w:p>
      <w:pPr>
        <w:spacing w:before="0" w:after="20"/>
        <w:ind w:left="576"/>
      </w:pPr>
      <w:r>
        <w:rPr>
          <w:rFonts w:ascii="Calibri" w:hAnsi="Calibri"/>
          <w:b w:val="0"/>
          <w:i w:val="0"/>
          <w:color w:val="000000"/>
          <w:sz w:val="18"/>
        </w:rPr>
        <w:t xml:space="preserve">A. </w:t>
      </w:r>
      <m:oMath>
        <m:f>
          <m:fPr>
            <m:type m:val="bar"/>
          </m:fPr>
          <m:num>
            <m:r>
              <m:t>5</m:t>
            </m:r>
            <m:r>
              <m:t>0</m:t>
            </m:r>
            <m:r>
              <m:t>0</m:t>
            </m:r>
          </m:num>
          <m:den>
            <m:r>
              <m:t>π</m:t>
            </m:r>
          </m:den>
        </m:f>
        <m:r>
          <m:t>H</m:t>
        </m:r>
        <m:r>
          <m:t>≈</m:t>
        </m:r>
        <m:r>
          <m:t>1</m:t>
        </m:r>
        <m:r>
          <m:t>5</m:t>
        </m:r>
        <m:r>
          <m:t>9</m:t>
        </m:r>
        <m:r>
          <m:t>H</m:t>
        </m:r>
      </m:oMath>
    </w:p>
    <w:p>
      <w:pPr>
        <w:spacing w:before="0" w:after="20"/>
        <w:ind w:left="576"/>
      </w:pPr>
      <w:r>
        <w:rPr>
          <w:rFonts w:ascii="Calibri" w:hAnsi="Calibri"/>
          <w:b w:val="0"/>
          <w:i w:val="0"/>
          <w:color w:val="000000"/>
          <w:sz w:val="18"/>
        </w:rPr>
        <w:t xml:space="preserve">B. </w:t>
      </w:r>
      <m:oMath>
        <m:r>
          <m:t>5</m:t>
        </m:r>
        <m:r>
          <m:t>0</m:t>
        </m:r>
        <m:r>
          <m:t>H</m:t>
        </m:r>
      </m:oMath>
    </w:p>
    <w:p>
      <w:pPr>
        <w:spacing w:before="0" w:after="20"/>
        <w:ind w:left="576"/>
      </w:pPr>
      <w:r>
        <w:rPr>
          <w:rFonts w:ascii="Calibri" w:hAnsi="Calibri"/>
          <w:b w:val="0"/>
          <w:i w:val="0"/>
          <w:color w:val="000000"/>
          <w:sz w:val="18"/>
        </w:rPr>
        <w:t xml:space="preserve">C. </w:t>
      </w:r>
      <m:oMath>
        <m:r>
          <m:t>1</m:t>
        </m:r>
        <m:r>
          <m:t>0</m:t>
        </m:r>
        <m:r>
          <m:t>0</m:t>
        </m:r>
        <m:r>
          <m:t>0</m:t>
        </m:r>
        <m:r>
          <m:t>H</m:t>
        </m:r>
      </m:oMath>
    </w:p>
    <w:p>
      <w:pPr>
        <w:spacing w:before="0" w:after="20"/>
        <w:ind w:left="576"/>
      </w:pPr>
      <w:r>
        <w:rPr>
          <w:rFonts w:ascii="Calibri" w:hAnsi="Calibri"/>
          <w:b w:val="0"/>
          <w:i w:val="0"/>
          <w:color w:val="000000"/>
          <w:sz w:val="18"/>
        </w:rPr>
        <w:t xml:space="preserve">D. </w:t>
      </w:r>
      <m:oMath>
        <m:r>
          <m:t>1</m:t>
        </m:r>
        <m:r>
          <m:t>0</m:t>
        </m:r>
        <m:r>
          <m:t>H</m:t>
        </m:r>
      </m:oMath>
    </w:p>
    <w:p>
      <w:pPr>
        <w:spacing w:before="20" w:after="80"/>
        <w:ind w:left="576"/>
      </w:pPr>
      <w:r>
        <w:rPr>
          <w:rFonts w:ascii="Calibri" w:hAnsi="Calibri"/>
          <w:i/>
          <w:color w:val="64748B"/>
          <w:sz w:val="17"/>
        </w:rPr>
        <w:t xml:space="preserve">Kunci Jawaban: A — Pembahasan: </w:t>
      </w:r>
      <m:oMath>
        <m:sSub>
          <m:e>
            <m:r>
              <m:t>f</m:t>
            </m:r>
          </m:e>
          <m:sub>
            <m:r>
              <m:t>0</m:t>
            </m:r>
          </m:sub>
        </m:sSub>
        <m:r>
          <m:t>=</m:t>
        </m:r>
        <m:f>
          <m:fPr>
            <m:type m:val="bar"/>
          </m:fPr>
          <m:num>
            <m:r>
              <m:t>1</m:t>
            </m:r>
          </m:num>
          <m:den>
            <m:r>
              <m:t>2</m:t>
            </m:r>
            <m:r>
              <m:t>π</m:t>
            </m:r>
            <m:rad>
              <m:radPr>
                <m:degHide m:val="1"/>
              </m:radPr>
              <m:deg/>
              <m:e>
                <m:r>
                  <m:t>L</m:t>
                </m:r>
                <m:r>
                  <m:t>C</m:t>
                </m:r>
              </m:e>
            </m:rad>
          </m:den>
        </m:f>
        <m:r>
          <m:t>=</m:t>
        </m:r>
        <m:f>
          <m:fPr>
            <m:type m:val="bar"/>
          </m:fPr>
          <m:num>
            <m:r>
              <m:t>1</m:t>
            </m:r>
          </m:num>
          <m:den>
            <m:r>
              <m:t>2</m:t>
            </m:r>
            <m:r>
              <m:t>π</m:t>
            </m:r>
            <m:rad>
              <m:radPr>
                <m:degHide m:val="1"/>
              </m:radPr>
              <m:deg/>
              <m:e>
                <m:r>
                  <m:t>0</m:t>
                </m:r>
                <m:r>
                  <m:t>,</m:t>
                </m:r>
                <m:r>
                  <m:t>1</m:t>
                </m:r>
                <m:r>
                  <m:t>×</m:t>
                </m:r>
                <m:r>
                  <m:t>1</m:t>
                </m:r>
                <m:r>
                  <m:t>0</m:t>
                </m:r>
                <m:r>
                  <m:t>×</m:t>
                </m:r>
                <m:r>
                  <m:t>1</m:t>
                </m:r>
                <m:sSup>
                  <m:e>
                    <m:r>
                      <m:t>0</m:t>
                    </m:r>
                  </m:e>
                  <m:sup>
                    <m:r>
                      <m:t>-</m:t>
                    </m:r>
                    <m:r>
                      <m:t>6</m:t>
                    </m:r>
                  </m:sup>
                </m:sSup>
              </m:e>
            </m:rad>
          </m:den>
        </m:f>
        <m:r>
          <m:t>=</m:t>
        </m:r>
        <m:f>
          <m:fPr>
            <m:type m:val="bar"/>
          </m:fPr>
          <m:num>
            <m:r>
              <m:t>1</m:t>
            </m:r>
          </m:num>
          <m:den>
            <m:r>
              <m:t>2</m:t>
            </m:r>
            <m:r>
              <m:t>π</m:t>
            </m:r>
            <m:rad>
              <m:radPr>
                <m:degHide m:val="1"/>
              </m:radPr>
              <m:deg/>
              <m:e>
                <m:r>
                  <m:t>1</m:t>
                </m:r>
                <m:sSup>
                  <m:e>
                    <m:r>
                      <m:t>0</m:t>
                    </m:r>
                  </m:e>
                  <m:sup>
                    <m:r>
                      <m:t>-</m:t>
                    </m:r>
                    <m:r>
                      <m:t>6</m:t>
                    </m:r>
                  </m:sup>
                </m:sSup>
              </m:e>
            </m:rad>
          </m:den>
        </m:f>
        <m:r>
          <m:t>=</m:t>
        </m:r>
        <m:f>
          <m:fPr>
            <m:type m:val="bar"/>
          </m:fPr>
          <m:num>
            <m:r>
              <m:t>1</m:t>
            </m:r>
          </m:num>
          <m:den>
            <m:r>
              <m:t>2</m:t>
            </m:r>
            <m:r>
              <m:t>π</m:t>
            </m:r>
            <m:r>
              <m:t>×</m:t>
            </m:r>
            <m:r>
              <m:t>1</m:t>
            </m:r>
            <m:sSup>
              <m:e>
                <m:r>
                  <m:t>0</m:t>
                </m:r>
              </m:e>
              <m:sup>
                <m:r>
                  <m:t>-</m:t>
                </m:r>
                <m:r>
                  <m:t>3</m:t>
                </m:r>
              </m:sup>
            </m:sSup>
          </m:den>
        </m:f>
        <m:r>
          <m:t>=</m:t>
        </m:r>
        <m:f>
          <m:fPr>
            <m:type m:val="bar"/>
          </m:fPr>
          <m:num>
            <m:r>
              <m:t>1</m:t>
            </m:r>
            <m:r>
              <m:t>0</m:t>
            </m:r>
            <m:r>
              <m:t>0</m:t>
            </m:r>
            <m:r>
              <m:t>0</m:t>
            </m:r>
          </m:num>
          <m:den>
            <m:r>
              <m:t>2</m:t>
            </m:r>
            <m:r>
              <m:t>π</m:t>
            </m:r>
          </m:den>
        </m:f>
        <m:r>
          <m:t>=</m:t>
        </m:r>
        <m:f>
          <m:fPr>
            <m:type m:val="bar"/>
          </m:fPr>
          <m:num>
            <m:r>
              <m:t>5</m:t>
            </m:r>
            <m:r>
              <m:t>0</m:t>
            </m:r>
            <m:r>
              <m:t>0</m:t>
            </m:r>
          </m:num>
          <m:den>
            <m:r>
              <m:t>π</m:t>
            </m:r>
          </m:den>
        </m:f>
        <m:r>
          <m:t>≈</m:t>
        </m:r>
        <m:r>
          <m:t>1</m:t>
        </m:r>
        <m:r>
          <m:t>5</m:t>
        </m:r>
        <m:r>
          <m:t>9</m:t>
        </m:r>
        <m:r>
          <m:t>.</m:t>
        </m:r>
        <m:r>
          <m:t>1</m:t>
        </m:r>
        <m:r>
          <m:t>5</m:t>
        </m:r>
        <m:r>
          <m:t>H</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Sebuah rangkaian AC memiliki faktor daya </w:t>
      </w:r>
      <m:oMath>
        <m:r>
          <m:t>cos </m:t>
        </m:r>
        <m:r>
          <m:t>φ</m:t>
        </m:r>
        <m:r>
          <m:t>=</m:t>
        </m:r>
        <m:r>
          <m:t>0</m:t>
        </m:r>
        <m:r>
          <m:t>,</m:t>
        </m:r>
        <m:r>
          <m:t>8</m:t>
        </m:r>
      </m:oMath>
      <w:r>
        <w:rPr>
          <w:rFonts w:ascii="Calibri" w:hAnsi="Calibri"/>
          <w:b w:val="0"/>
          <w:i w:val="0"/>
          <w:color w:val="000000"/>
          <w:sz w:val="19"/>
        </w:rPr>
        <w:t>. Jika daya nyata yang diserap rangkaian adalah 400 Watt, berapakah daya semu (daya total yang dikirimkan oleh sumber) rangkaian tersebut?</w:t>
      </w:r>
    </w:p>
    <w:p>
      <w:pPr>
        <w:spacing w:before="0" w:after="20"/>
        <w:ind w:left="576"/>
      </w:pPr>
      <w:r>
        <w:rPr>
          <w:rFonts w:ascii="Calibri" w:hAnsi="Calibri"/>
          <w:b w:val="0"/>
          <w:i w:val="0"/>
          <w:color w:val="000000"/>
          <w:sz w:val="18"/>
        </w:rPr>
        <w:t>A. 320 VA</w:t>
      </w:r>
    </w:p>
    <w:p>
      <w:pPr>
        <w:spacing w:before="0" w:after="20"/>
        <w:ind w:left="576"/>
      </w:pPr>
      <w:r>
        <w:rPr>
          <w:rFonts w:ascii="Calibri" w:hAnsi="Calibri"/>
          <w:b w:val="0"/>
          <w:i w:val="0"/>
          <w:color w:val="000000"/>
          <w:sz w:val="18"/>
        </w:rPr>
        <w:t>B. 400 VA</w:t>
      </w:r>
    </w:p>
    <w:p>
      <w:pPr>
        <w:spacing w:before="0" w:after="20"/>
        <w:ind w:left="576"/>
      </w:pPr>
      <w:r>
        <w:rPr>
          <w:rFonts w:ascii="Calibri" w:hAnsi="Calibri"/>
          <w:b w:val="0"/>
          <w:i w:val="0"/>
          <w:color w:val="000000"/>
          <w:sz w:val="18"/>
        </w:rPr>
        <w:t>C. 500 VA</w:t>
      </w:r>
    </w:p>
    <w:p>
      <w:pPr>
        <w:spacing w:before="0" w:after="20"/>
        <w:ind w:left="576"/>
      </w:pPr>
      <w:r>
        <w:rPr>
          <w:rFonts w:ascii="Calibri" w:hAnsi="Calibri"/>
          <w:b w:val="0"/>
          <w:i w:val="0"/>
          <w:color w:val="000000"/>
          <w:sz w:val="18"/>
        </w:rPr>
        <w:t>D. 625 VA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Daya Nyata (</w:t>
      </w:r>
      <m:oMath>
        <m:r>
          <m:t>P</m:t>
        </m:r>
      </m:oMath>
      <w:r>
        <w:rPr>
          <w:rFonts w:ascii="Calibri" w:hAnsi="Calibri"/>
          <w:b w:val="0"/>
          <w:i/>
          <w:color w:val="64748B"/>
          <w:sz w:val="17"/>
        </w:rPr>
        <w:t>) = Daya Semu (</w:t>
      </w:r>
      <m:oMath>
        <m:r>
          <m:t>S</m:t>
        </m:r>
      </m:oMath>
      <w:r>
        <w:rPr>
          <w:rFonts w:ascii="Calibri" w:hAnsi="Calibri"/>
          <w:b w:val="0"/>
          <w:i/>
          <w:color w:val="64748B"/>
          <w:sz w:val="17"/>
        </w:rPr>
        <w:t xml:space="preserve">) </w:t>
      </w:r>
      <m:oMath>
        <m:r>
          <m:t>×</m:t>
        </m:r>
        <m:r>
          <m:t>cos </m:t>
        </m:r>
        <m:r>
          <m:t>φ</m:t>
        </m:r>
        <m:r>
          <m:t>implies</m:t>
        </m:r>
        <m:r>
          <m:t>S</m:t>
        </m:r>
        <m:r>
          <m:t>=</m:t>
        </m:r>
        <m:f>
          <m:fPr>
            <m:type m:val="bar"/>
          </m:fPr>
          <m:num>
            <m:r>
              <m:t>P</m:t>
            </m:r>
          </m:num>
          <m:den>
            <m:r>
              <m:t>cos </m:t>
            </m:r>
            <m:r>
              <m:t>φ</m:t>
            </m:r>
          </m:den>
        </m:f>
        <m:r>
          <m:t>=</m:t>
        </m:r>
        <m:f>
          <m:fPr>
            <m:type m:val="bar"/>
          </m:fPr>
          <m:num>
            <m:r>
              <m:t>4</m:t>
            </m:r>
            <m:r>
              <m:t>0</m:t>
            </m:r>
            <m:r>
              <m:t>0</m:t>
            </m:r>
          </m:num>
          <m:den>
            <m:r>
              <m:t>0</m:t>
            </m:r>
            <m:r>
              <m:t>,</m:t>
            </m:r>
            <m:r>
              <m:t>8</m:t>
            </m:r>
          </m:den>
        </m:f>
        <m:r>
          <m:t>=</m:t>
        </m:r>
        <m:r>
          <m:t>5</m:t>
        </m:r>
        <m:r>
          <m:t>0</m:t>
        </m:r>
        <m:r>
          <m:t>0</m:t>
        </m:r>
        <m:r>
          <m:t>V</m:t>
        </m:r>
      </m:oMath>
      <w:r>
        <w:rPr>
          <w:rFonts w:ascii="Calibri" w:hAnsi="Calibri"/>
          <w:b w:val="0"/>
          <w:i/>
          <w:color w:val="64748B"/>
          <w:sz w:val="17"/>
        </w:rPr>
        <w:t>.</w:t>
      </w:r>
    </w:p>
    <w:p>
      <w:r>
        <w:br w:type="page"/>
      </w:r>
    </w:p>
    <w:p>
      <w:pPr>
        <w:pStyle w:val="Title"/>
      </w:pPr>
      <w:r>
        <w:t>LEMBAR KERJA PESERTA DIDIK (LKPD)</w:t>
      </w:r>
    </w:p>
    <w:p>
      <w:pPr>
        <w:pStyle w:val="Subtitle"/>
      </w:pPr>
      <w:r>
        <w:t>Mata Pelajaran: Fisika • Bab 1: Rangkaian Arus Bolak-Balik (AC), Impedansi RLC, dan Resonansi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Sinyal Sinusoidal AC dan Nilai Efektif</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Persamaan tegangan-arus sesaat </w:t>
      </w:r>
      <m:oMath>
        <m:r>
          <m:t>V</m:t>
        </m:r>
        <m:r>
          <m:t>(</m:t>
        </m:r>
        <m:r>
          <m:t>t</m:t>
        </m:r>
        <m:r>
          <m:t>)</m:t>
        </m:r>
        <m:r>
          <m:t>=</m:t>
        </m:r>
        <m:sSub>
          <m:e>
            <m:r>
              <m:t>V</m:t>
            </m:r>
          </m:e>
          <m:sub>
            <m:r>
              <m:t>m</m:t>
            </m:r>
          </m:sub>
        </m:sSub>
        <m:r>
          <m:t>sin </m:t>
        </m:r>
        <m:r>
          <m:t>(</m:t>
        </m:r>
        <m:r>
          <m:t>ω</m:t>
        </m:r>
        <m:r>
          <m:t>t</m:t>
        </m:r>
        <m:r>
          <m:t>)</m:t>
        </m:r>
      </m:oMath>
      <w:r>
        <w:rPr>
          <w:rFonts w:ascii="Calibri" w:hAnsi="Calibri"/>
          <w:b w:val="0"/>
          <w:i w:val="0"/>
          <w:color w:val="000000"/>
          <w:sz w:val="18"/>
        </w:rPr>
        <w:t>, nilai efektif RMS, pembacaan tegangan puncak osiloskop, dan daya disipasi rata-rata.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Beban R, L, C dan Analisis Rangkaian Seri RLC</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Diagram fasor fase sefase (R), arus tertinggal </w:t>
      </w:r>
      <m:oMath>
        <m:r>
          <m:t>π</m:t>
        </m:r>
        <m:r>
          <m:t>/</m:t>
        </m:r>
        <m:r>
          <m:t>2</m:t>
        </m:r>
      </m:oMath>
      <w:r>
        <w:rPr>
          <w:rFonts w:ascii="Calibri" w:hAnsi="Calibri"/>
          <w:b w:val="0"/>
          <w:i w:val="0"/>
          <w:color w:val="000000"/>
          <w:sz w:val="18"/>
        </w:rPr>
        <w:t xml:space="preserve"> (L), arus mendahului </w:t>
      </w:r>
      <m:oMath>
        <m:r>
          <m:t>π</m:t>
        </m:r>
        <m:r>
          <m:t>/</m:t>
        </m:r>
        <m:r>
          <m:t>2</m:t>
        </m:r>
      </m:oMath>
      <w:r>
        <w:rPr>
          <w:rFonts w:ascii="Calibri" w:hAnsi="Calibri"/>
          <w:b w:val="0"/>
          <w:i w:val="0"/>
          <w:color w:val="000000"/>
          <w:sz w:val="18"/>
        </w:rPr>
        <w:t xml:space="preserve"> (C), kalkulasi impedansi </w:t>
      </w:r>
      <m:oMath>
        <m:r>
          <m:t>Z</m:t>
        </m:r>
      </m:oMath>
      <w:r>
        <w:rPr>
          <w:rFonts w:ascii="Calibri" w:hAnsi="Calibri"/>
          <w:b w:val="0"/>
          <w:i w:val="0"/>
          <w:color w:val="000000"/>
          <w:sz w:val="18"/>
        </w:rPr>
        <w:t xml:space="preserve">, dan sudut fase </w:t>
      </w:r>
      <m:oMath>
        <m:r>
          <m:t>tan </m:t>
        </m:r>
        <m:r>
          <m:t>φ</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Daya Rangkaian AC dan Resonansi Frekuensi</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Faktor daya </w:t>
      </w:r>
      <m:oMath>
        <m:r>
          <m:t>cos </m:t>
        </m:r>
        <m:r>
          <m:t>φ</m:t>
        </m:r>
      </m:oMath>
      <w:r>
        <w:rPr>
          <w:rFonts w:ascii="Calibri" w:hAnsi="Calibri"/>
          <w:b w:val="0"/>
          <w:i w:val="0"/>
          <w:color w:val="000000"/>
          <w:sz w:val="18"/>
        </w:rPr>
        <w:t xml:space="preserve">, daya semu vs daya nyata, frekuensi resonansi </w:t>
      </w:r>
      <m:oMath>
        <m:sSub>
          <m:e>
            <m:r>
              <m:t>f</m:t>
            </m:r>
          </m:e>
          <m:sub>
            <m:r>
              <m:t>0</m:t>
            </m:r>
          </m:sub>
        </m:sSub>
        <m:r>
          <m:t>=</m:t>
        </m:r>
        <m:f>
          <m:fPr>
            <m:type m:val="bar"/>
          </m:fPr>
          <m:num>
            <m:r>
              <m:t>1</m:t>
            </m:r>
          </m:num>
          <m:den>
            <m:r>
              <m:t>2</m:t>
            </m:r>
            <m:r>
              <m:t>π</m:t>
            </m:r>
            <m:rad>
              <m:radPr>
                <m:degHide m:val="1"/>
              </m:radPr>
              <m:deg/>
              <m:e>
                <m:r>
                  <m:t>L</m:t>
                </m:r>
                <m:r>
                  <m:t>C</m:t>
                </m:r>
              </m:e>
            </m:rad>
          </m:den>
        </m:f>
      </m:oMath>
      <w:r>
        <w:rPr>
          <w:rFonts w:ascii="Calibri" w:hAnsi="Calibri"/>
          <w:b w:val="0"/>
          <w:i w:val="0"/>
          <w:color w:val="000000"/>
          <w:sz w:val="18"/>
        </w:rPr>
        <w:t>, dan aplikasi rangkaian penala radio.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Listrik arus bolak-balik (*Alternating Current* - AC) merupakan bentuk energi listrik utama yang dibangkitkan dan didistribusikan dalam jaringan transmisi listrik modern. Pada jenjang SMA Kelas 12, peserta didik menganalisis sifat dinamik tegangan dan arus sinusoidal yang berubah arah secara periodik, membedakan pengukuran nilai puncak (*peak-to-peak*) pada osiloskop dengan nilai efektif (*root-mean-square* / RMS) pada multimeter.</w:t>
      </w:r>
    </w:p>
    <w:p>
      <w:pPr>
        <w:spacing w:before="40" w:after="60" w:line="276" w:lineRule="auto"/>
      </w:pPr>
      <w:r>
        <w:rPr>
          <w:rFonts w:ascii="Calibri" w:hAnsi="Calibri"/>
          <w:b w:val="0"/>
          <w:i w:val="0"/>
          <w:color w:val="000000"/>
          <w:sz w:val="19"/>
        </w:rPr>
        <w:t>Karakteristik beban listrik resistif murni (</w:t>
      </w:r>
      <m:oMath>
        <m:r>
          <m:t>R</m:t>
        </m:r>
      </m:oMath>
      <w:r>
        <w:rPr>
          <w:rFonts w:ascii="Calibri" w:hAnsi="Calibri"/>
          <w:b w:val="0"/>
          <w:i w:val="0"/>
          <w:color w:val="000000"/>
          <w:sz w:val="19"/>
        </w:rPr>
        <w:t>), induktif murni (</w:t>
      </w:r>
      <m:oMath>
        <m:r>
          <m:t>L</m:t>
        </m:r>
      </m:oMath>
      <w:r>
        <w:rPr>
          <w:rFonts w:ascii="Calibri" w:hAnsi="Calibri"/>
          <w:b w:val="0"/>
          <w:i w:val="0"/>
          <w:color w:val="000000"/>
          <w:sz w:val="19"/>
        </w:rPr>
        <w:t>), dan kapasitif murni (</w:t>
      </w:r>
      <m:oMath>
        <m:r>
          <m:t>C</m:t>
        </m:r>
      </m:oMath>
      <w:r>
        <w:rPr>
          <w:rFonts w:ascii="Calibri" w:hAnsi="Calibri"/>
          <w:b w:val="0"/>
          <w:i w:val="0"/>
          <w:color w:val="000000"/>
          <w:sz w:val="19"/>
        </w:rPr>
        <w:t>) dieksplorasi melalui diagram fasor yang menggambarkan perbedaan sudut fase antara arus dan tegangan. Pada rangkaian seri RLC, interaksi antara hambatan resistif dengan reaktansi induktif (</w:t>
      </w:r>
      <m:oMath>
        <m:sSub>
          <m:e>
            <m:r>
              <m:t>X</m:t>
            </m:r>
          </m:e>
          <m:sub>
            <m:r>
              <m:t>L</m:t>
            </m:r>
          </m:sub>
        </m:sSub>
      </m:oMath>
      <w:r>
        <w:rPr>
          <w:rFonts w:ascii="Calibri" w:hAnsi="Calibri"/>
          <w:b w:val="0"/>
          <w:i w:val="0"/>
          <w:color w:val="000000"/>
          <w:sz w:val="19"/>
        </w:rPr>
        <w:t>) dan reaktansi kapasitif (</w:t>
      </w:r>
      <m:oMath>
        <m:sSub>
          <m:e>
            <m:r>
              <m:t>X</m:t>
            </m:r>
          </m:e>
          <m:sub>
            <m:r>
              <m:t>C</m:t>
            </m:r>
          </m:sub>
        </m:sSub>
      </m:oMath>
      <w:r>
        <w:rPr>
          <w:rFonts w:ascii="Calibri" w:hAnsi="Calibri"/>
          <w:b w:val="0"/>
          <w:i w:val="0"/>
          <w:color w:val="000000"/>
          <w:sz w:val="19"/>
        </w:rPr>
        <w:t>) menghasilkan hambatan total yang disebut impedansi (</w:t>
      </w:r>
      <m:oMath>
        <m:r>
          <m:t>Z</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Puncak analisis listrik AC terletak pada fenomena resonansi listrik, yaitu kondisi ketika reaktansi induktif meniadakan reaktansi kapasitif (</w:t>
      </w:r>
      <m:oMath>
        <m:sSub>
          <m:e>
            <m:r>
              <m:t>X</m:t>
            </m:r>
          </m:e>
          <m:sub>
            <m:r>
              <m:t>L</m:t>
            </m:r>
          </m:sub>
        </m:sSub>
        <m:r>
          <m:t>=</m:t>
        </m:r>
        <m:sSub>
          <m:e>
            <m:r>
              <m:t>X</m:t>
            </m:r>
          </m:e>
          <m:sub>
            <m:r>
              <m:t>C</m:t>
            </m:r>
          </m:sub>
        </m:sSub>
      </m:oMath>
      <w:r>
        <w:rPr>
          <w:rFonts w:ascii="Calibri" w:hAnsi="Calibri"/>
          <w:b w:val="0"/>
          <w:i w:val="0"/>
          <w:color w:val="000000"/>
          <w:sz w:val="19"/>
        </w:rPr>
        <w:t>). Pada keadaan resonansi, impedansi rangkaian berada pada titik minimum (</w:t>
      </w:r>
      <m:oMath>
        <m:r>
          <m:t>Z</m:t>
        </m:r>
        <m:r>
          <m:t>=</m:t>
        </m:r>
        <m:r>
          <m:t>R</m:t>
        </m:r>
      </m:oMath>
      <w:r>
        <w:rPr>
          <w:rFonts w:ascii="Calibri" w:hAnsi="Calibri"/>
          <w:b w:val="0"/>
          <w:i w:val="0"/>
          <w:color w:val="000000"/>
          <w:sz w:val="19"/>
        </w:rPr>
        <w:t>), arus listrik mencapai nilai maksimum, dan frekuensi resonansi bekerja sebagai prinsip dasar sistem penala gelombang radio, pemancar nirkabel, dan filter frekuensi.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Efektif (RMS)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arus atau tegangan bolak-balik yang menghasilkan efek panas (disipasi daya) yang sama persis dengan arus/tegangan searah (DC) pada hambatan yang sama (</w:t>
            </w:r>
            <m:oMath>
              <m:sSub>
                <m:e>
                  <m:r>
                    <m:t>V</m:t>
                  </m:r>
                </m:e>
                <m:sub>
                  <m:r>
                    <m:t>e</m:t>
                  </m:r>
                  <m:r>
                    <m:t>f</m:t>
                  </m:r>
                  <m:r>
                    <m:t>f</m:t>
                  </m:r>
                </m:sub>
              </m:sSub>
              <m:r>
                <m:t>=</m:t>
              </m:r>
              <m:sSub>
                <m:e>
                  <m:r>
                    <m:t>V</m:t>
                  </m:r>
                </m:e>
                <m:sub>
                  <m:r>
                    <m:t>m</m:t>
                  </m:r>
                </m:sub>
              </m:sSub>
              <m:r>
                <m:t>/</m:t>
              </m:r>
              <m:rad>
                <m:radPr>
                  <m:degHide m:val="1"/>
                </m:radPr>
                <m:deg/>
                <m:e>
                  <m:r>
                    <m:t>2</m:t>
                  </m:r>
                </m:e>
              </m:rad>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Reaktansi Induktif (XL)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Hambatan semu terhadap arus AC yang ditimbulkan oleh induktor akibat induksi diri (</w:t>
            </w:r>
            <m:oMath>
              <m:sSub>
                <m:e>
                  <m:r>
                    <m:t>X</m:t>
                  </m:r>
                </m:e>
                <m:sub>
                  <m:r>
                    <m:t>L</m:t>
                  </m:r>
                </m:sub>
              </m:sSub>
              <m:r>
                <m:t>=</m:t>
              </m:r>
              <m:r>
                <m:t>ω</m:t>
              </m:r>
              <m:r>
                <m:t>L</m:t>
              </m:r>
              <m:r>
                <m:t>=</m:t>
              </m:r>
              <m:r>
                <m:t>2</m:t>
              </m:r>
              <m:r>
                <m:t>π</m:t>
              </m:r>
              <m:r>
                <m:t>f</m:t>
              </m:r>
              <m:r>
                <m:t>L</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Reaktansi Kapasitif (XC)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Hambatan semu terhadap arus AC yang ditimbulkan oleh kapasitor akibat proses pengisian dan pengosongan muatan (</w:t>
            </w:r>
            <m:oMath>
              <m:sSub>
                <m:e>
                  <m:r>
                    <m:t>X</m:t>
                  </m:r>
                </m:e>
                <m:sub>
                  <m:r>
                    <m:t>C</m:t>
                  </m:r>
                </m:sub>
              </m:sSub>
              <m:r>
                <m:t>=</m:t>
              </m:r>
              <m:f>
                <m:fPr>
                  <m:type m:val="bar"/>
                </m:fPr>
                <m:num>
                  <m:r>
                    <m:t>1</m:t>
                  </m:r>
                </m:num>
                <m:den>
                  <m:r>
                    <m:t>ω</m:t>
                  </m:r>
                  <m:r>
                    <m:t>C</m:t>
                  </m:r>
                </m:den>
              </m:f>
              <m:r>
                <m:t>=</m:t>
              </m:r>
              <m:f>
                <m:fPr>
                  <m:type m:val="bar"/>
                </m:fPr>
                <m:num>
                  <m:r>
                    <m:t>1</m:t>
                  </m:r>
                </m:num>
                <m:den>
                  <m:r>
                    <m:t>2</m:t>
                  </m:r>
                  <m:r>
                    <m:t>π</m:t>
                  </m:r>
                  <m:r>
                    <m:t>f</m:t>
                  </m:r>
                  <m:r>
                    <m:t>C</m:t>
                  </m:r>
                </m:den>
              </m:f>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Impedansi (Z)</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Total perlawanan terhadap aliran arus listrik pada rangkaian AC yang menggabungkan resistansi murni dan reaktansi total (</w:t>
            </w:r>
            <m:oMath>
              <m:r>
                <m:t>Z</m:t>
              </m:r>
              <m:r>
                <m:t>=</m:t>
              </m:r>
              <m:rad>
                <m:radPr>
                  <m:degHide m:val="1"/>
                </m:radPr>
                <m:deg/>
                <m:e>
                  <m:sSup>
                    <m:e>
                      <m:r>
                        <m:t>R</m:t>
                      </m:r>
                    </m:e>
                    <m:sup>
                      <m:r>
                        <m:t>2</m:t>
                      </m:r>
                    </m:sup>
                  </m:sSup>
                  <m:r>
                    <m:t>+</m:t>
                  </m:r>
                  <m:r>
                    <m:t>(</m:t>
                  </m:r>
                  <m:sSub>
                    <m:e>
                      <m:r>
                        <m:t>X</m:t>
                      </m:r>
                    </m:e>
                    <m:sub>
                      <m:r>
                        <m:t>L</m:t>
                      </m:r>
                    </m:sub>
                  </m:sSub>
                  <m:r>
                    <m:t>-</m:t>
                  </m:r>
                  <m:sSub>
                    <m:e>
                      <m:r>
                        <m:t>X</m:t>
                      </m:r>
                    </m:e>
                    <m:sub>
                      <m:r>
                        <m:t>C</m:t>
                      </m:r>
                    </m:sub>
                  </m:sSub>
                  <m:sSup>
                    <m:e>
                      <m:r>
                        <m:t>)</m:t>
                      </m:r>
                    </m:e>
                    <m:sup>
                      <m:r>
                        <m:t>2</m:t>
                      </m:r>
                    </m:sup>
                  </m:sSup>
                </m:e>
              </m:rad>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Resonansi RLC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Kondisi pada rangkaian AC ketika </w:t>
            </w:r>
            <m:oMath>
              <m:sSub>
                <m:e>
                  <m:r>
                    <m:t>X</m:t>
                  </m:r>
                </m:e>
                <m:sub>
                  <m:r>
                    <m:t>L</m:t>
                  </m:r>
                </m:sub>
              </m:sSub>
              <m:r>
                <m:t>=</m:t>
              </m:r>
              <m:sSub>
                <m:e>
                  <m:r>
                    <m:t>X</m:t>
                  </m:r>
                </m:e>
                <m:sub>
                  <m:r>
                    <m:t>C</m:t>
                  </m:r>
                </m:sub>
              </m:sSub>
            </m:oMath>
            <w:r>
              <w:rPr>
                <w:rFonts w:ascii="Calibri" w:hAnsi="Calibri"/>
                <w:b w:val="0"/>
                <w:i w:val="0"/>
                <w:color w:val="000000"/>
                <w:sz w:val="18"/>
              </w:rPr>
              <w:t xml:space="preserve"> sehingga impedansi bernilai minimum (</w:t>
            </w:r>
            <m:oMath>
              <m:r>
                <m:t>Z</m:t>
              </m:r>
              <m:r>
                <m:t>=</m:t>
              </m:r>
              <m:r>
                <m:t>R</m:t>
              </m:r>
            </m:oMath>
            <w:r>
              <w:rPr>
                <w:rFonts w:ascii="Calibri" w:hAnsi="Calibri"/>
                <w:b w:val="0"/>
                <w:i w:val="0"/>
                <w:color w:val="000000"/>
                <w:sz w:val="18"/>
              </w:rPr>
              <w:t>) dan arus rangkaian mencapai nilai maksimum.</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