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FISIKA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Fisika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Fluida Statis dan Fluida Dinamis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menerapkan hukum-hukum fluida statis (Pascal, Archimedes, hidrostatis) dalam memecahkan masalah rekayasa.</w:t>
      </w:r>
    </w:p>
    <w:p>
      <w:pPr>
        <w:pStyle w:val="ListNumber"/>
      </w:pPr>
      <w:r>
        <w:rPr>
          <w:rFonts w:ascii="Calibri" w:hAnsi="Calibri"/>
          <w:b w:val="0"/>
          <w:i w:val="0"/>
          <w:color w:val="000000"/>
          <w:sz w:val="19"/>
        </w:rPr>
        <w:t>Peserta didik mampu menganalisis hubungan debit dan penampang aliran menggunakan Persamaan Kontinuitas.</w:t>
      </w:r>
    </w:p>
    <w:p>
      <w:pPr>
        <w:pStyle w:val="ListNumber"/>
      </w:pPr>
      <w:r>
        <w:rPr>
          <w:rFonts w:ascii="Calibri" w:hAnsi="Calibri"/>
          <w:b w:val="0"/>
          <w:i w:val="0"/>
          <w:color w:val="000000"/>
          <w:sz w:val="19"/>
        </w:rPr>
        <w:t>Peserta didik mampu menerapkan Hukum Bernoulli untuk menganalisis fenomena aerodinamika dan alat ukur fluida.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Tekanan hidrostatis, Hukum Pascal pada dongkrak hidrolik, Hukum Archimedes (terapung, melayang, tenggelam), tegangan permukaan dan kapilaritas, viskositas fluida, Persamaan Kontinuitas debit, serta Azas Bernoulli dan penerapannya (venturimeter, pipa pitot, gaya angkat sayap pesawat).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Tekanan Hidrostatis dan Hukum Pascal pada Sistem Hidrolik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tekanan total dasar bejana dan keuntungan mekanis dongkrak hidrolik.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Hukum Archimedes dan Keseimbangan Benda Terapung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fraksi volume benda yang tercelup serta kerapatan jenis fluida komposit.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Tegangan Permukaan, Sudut Kontak, dan Kapilaritas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kenaikan cairan pipa kapiler (</w:t>
      </w:r>
      <m:oMath>
        <m:r>
          <m:t>h</m:t>
        </m:r>
        <m:r>
          <m:t>=</m:t>
        </m:r>
        <m:f>
          <m:fPr>
            <m:type m:val="bar"/>
          </m:fPr>
          <m:num>
            <m:r>
              <m:t>2</m:t>
            </m:r>
            <m:r>
              <m:t>γ</m:t>
            </m:r>
            <m:r>
              <m:t>cos </m:t>
            </m:r>
            <m:r>
              <m:t>θ</m:t>
            </m:r>
          </m:num>
          <m:den>
            <m:r>
              <m:t>ρ</m:t>
            </m:r>
            <m:r>
              <m:t>g</m:t>
            </m:r>
            <m:r>
              <m:t>r</m:t>
            </m:r>
          </m:den>
        </m:f>
      </m:oMath>
      <w:r>
        <w:rPr>
          <w:rFonts w:ascii="Calibri" w:hAnsi="Calibri"/>
          <w:b w:val="0"/>
          <w:i w:val="0"/>
          <w:color w:val="000000"/>
          <w:sz w:val="18"/>
        </w:rPr>
        <w:t>) dan hukum Stokes.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Persamaan Kontinuitas dan Hukum Bernoulli dalam Rekayasa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tabung Venturimeter, tabung Pitot pengukur kecepatan angin, dan gaya angkat sayap pesawat.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Sebuah dongkrak hidrolik memiliki luas penampang piston kecil </w:t>
      </w:r>
      <m:oMath>
        <m:sSub>
          <m:e>
            <m:r>
              <m:t>A</m:t>
            </m:r>
          </m:e>
          <m:sub>
            <m:r>
              <m:t>1</m:t>
            </m:r>
          </m:sub>
        </m:sSub>
        <m:r>
          <m:t>=</m:t>
        </m:r>
        <m:r>
          <m:t>1</m:t>
        </m:r>
        <m:r>
          <m:t>0</m:t>
        </m:r>
        <m:sSup>
          <m:e>
            <m:r>
              <m:t>c</m:t>
            </m:r>
          </m:e>
          <m:sup>
            <m:r>
              <m:t>2</m:t>
            </m:r>
          </m:sup>
        </m:sSup>
      </m:oMath>
      <w:r>
        <w:rPr>
          <w:rFonts w:ascii="Calibri" w:hAnsi="Calibri"/>
          <w:b w:val="0"/>
          <w:i w:val="0"/>
          <w:color w:val="000000"/>
          <w:sz w:val="19"/>
        </w:rPr>
        <w:t xml:space="preserve"> dan penampang piston besar </w:t>
      </w:r>
      <m:oMath>
        <m:sSub>
          <m:e>
            <m:r>
              <m:t>A</m:t>
            </m:r>
          </m:e>
          <m:sub>
            <m:r>
              <m:t>2</m:t>
            </m:r>
          </m:sub>
        </m:sSub>
        <m:r>
          <m:t>=</m:t>
        </m:r>
        <m:r>
          <m:t>5</m:t>
        </m:r>
        <m:r>
          <m:t>0</m:t>
        </m:r>
        <m:r>
          <m:t>0</m:t>
        </m:r>
        <m:sSup>
          <m:e>
            <m:r>
              <m:t>c</m:t>
            </m:r>
          </m:e>
          <m:sup>
            <m:r>
              <m:t>2</m:t>
            </m:r>
          </m:sup>
        </m:sSup>
      </m:oMath>
      <w:r>
        <w:rPr>
          <w:rFonts w:ascii="Calibri" w:hAnsi="Calibri"/>
          <w:b w:val="0"/>
          <w:i w:val="0"/>
          <w:color w:val="000000"/>
          <w:sz w:val="19"/>
        </w:rPr>
        <w:t xml:space="preserve">. Gaya tekan minimum </w:t>
      </w:r>
      <m:oMath>
        <m:sSub>
          <m:e>
            <m:r>
              <m:t>F</m:t>
            </m:r>
          </m:e>
          <m:sub>
            <m:r>
              <m:t>1</m:t>
            </m:r>
          </m:sub>
        </m:sSub>
      </m:oMath>
      <w:r>
        <w:rPr>
          <w:rFonts w:ascii="Calibri" w:hAnsi="Calibri"/>
          <w:b w:val="0"/>
          <w:i w:val="0"/>
          <w:color w:val="000000"/>
          <w:sz w:val="19"/>
        </w:rPr>
        <w:t xml:space="preserve"> yang harus diberikan pada piston kecil untuk mengangkat mobil bermassa </w:t>
      </w:r>
      <m:oMath>
        <m:r>
          <m:t>1</m:t>
        </m:r>
        <m:r>
          <m:t>5</m:t>
        </m:r>
        <m:r>
          <m:t>0</m:t>
        </m:r>
        <m:r>
          <m:t>0</m:t>
        </m:r>
        <m:r>
          <m:t>k</m:t>
        </m:r>
      </m:oMath>
      <w:r>
        <w:rPr>
          <w:rFonts w:ascii="Calibri" w:hAnsi="Calibri"/>
          <w:b w:val="0"/>
          <w:i w:val="0"/>
          <w:color w:val="000000"/>
          <w:sz w:val="19"/>
        </w:rPr>
        <w:t xml:space="preserve"> (</w:t>
      </w:r>
      <m:oMath>
        <m:r>
          <m:t>g</m:t>
        </m:r>
        <m:r>
          <m:t>=</m:t>
        </m:r>
        <m:r>
          <m:t>1</m:t>
        </m:r>
        <m:r>
          <m:t>0</m:t>
        </m:r>
        <m:sSup>
          <m:e>
            <m:r>
              <m:t>m</m:t>
            </m:r>
          </m:e>
          <m:sup>
            <m:r>
              <m:t>2</m:t>
            </m:r>
          </m:sup>
        </m:sSup>
      </m:oMath>
      <w:r>
        <w:rPr>
          <w:rFonts w:ascii="Calibri" w:hAnsi="Calibri"/>
          <w:b w:val="0"/>
          <w:i w:val="0"/>
          <w:color w:val="000000"/>
          <w:sz w:val="19"/>
        </w:rPr>
        <w:t>) adalah...</w:t>
      </w:r>
    </w:p>
    <w:p>
      <w:pPr>
        <w:spacing w:before="0" w:after="20"/>
        <w:ind w:left="576"/>
      </w:pPr>
      <m:oMath>
        <m:r>
          <m:t>3</m:t>
        </m:r>
        <m:r>
          <m:t>0</m:t>
        </m:r>
        <m:r>
          <m:t>0</m:t>
        </m:r>
        <m:r>
          <m:t>N</m:t>
        </m:r>
      </m:oMath>
    </w:p>
    <w:p>
      <w:pPr>
        <w:spacing w:before="0" w:after="20"/>
        <w:ind w:left="576"/>
      </w:pPr>
      <m:oMath>
        <m:r>
          <m:t>1</m:t>
        </m:r>
        <m:r>
          <m:t>5</m:t>
        </m:r>
        <m:r>
          <m:t>0</m:t>
        </m:r>
        <m:r>
          <m:t>N</m:t>
        </m:r>
      </m:oMath>
    </w:p>
    <w:p>
      <w:pPr>
        <w:spacing w:before="0" w:after="20"/>
        <w:ind w:left="576"/>
      </w:pPr>
      <m:oMath>
        <m:r>
          <m:t>3</m:t>
        </m:r>
        <m:r>
          <m:t>0</m:t>
        </m:r>
        <m:r>
          <m:t>0</m:t>
        </m:r>
        <m:r>
          <m:t>0</m:t>
        </m:r>
        <m:r>
          <m:t>N</m:t>
        </m:r>
      </m:oMath>
    </w:p>
    <w:p>
      <w:pPr>
        <w:spacing w:before="0" w:after="20"/>
        <w:ind w:left="576"/>
      </w:pPr>
      <m:oMath>
        <m:r>
          <m:t>5</m:t>
        </m:r>
        <m:r>
          <m:t>0</m:t>
        </m:r>
        <m:r>
          <m:t>N</m:t>
        </m:r>
      </m:oMath>
    </w:p>
    <w:p>
      <w:pPr>
        <w:spacing w:before="20" w:after="80"/>
        <w:ind w:left="576"/>
      </w:pPr>
      <w:r>
        <w:rPr>
          <w:rFonts w:ascii="Calibri" w:hAnsi="Calibri"/>
          <w:i/>
          <w:color w:val="64748B"/>
          <w:sz w:val="17"/>
        </w:rPr>
        <w:t xml:space="preserve">Kunci Jawaban: A — Pembahasan: </w:t>
      </w:r>
      <m:oMath>
        <m:sSub>
          <m:e>
            <m:r>
              <m:t>W</m:t>
            </m:r>
          </m:e>
          <m:sub>
            <m:r>
              <m:t>2</m:t>
            </m:r>
          </m:sub>
        </m:sSub>
        <m:r>
          <m:t>=</m:t>
        </m:r>
        <m:r>
          <m:t>m</m:t>
        </m:r>
        <m:r>
          <m:t>·</m:t>
        </m:r>
        <m:r>
          <m:t>g</m:t>
        </m:r>
        <m:r>
          <m:t>=</m:t>
        </m:r>
        <m:r>
          <m:t>1</m:t>
        </m:r>
        <m:r>
          <m:t>5</m:t>
        </m:r>
        <m:r>
          <m:t>0</m:t>
        </m:r>
        <m:r>
          <m:t>0</m:t>
        </m:r>
        <m:r>
          <m:t>×</m:t>
        </m:r>
        <m:r>
          <m:t>1</m:t>
        </m:r>
        <m:r>
          <m:t>0</m:t>
        </m:r>
        <m:r>
          <m:t>=</m:t>
        </m:r>
        <m:r>
          <m:t>1</m:t>
        </m:r>
        <m:r>
          <m:t>5</m:t>
        </m:r>
        <m:r>
          <m:t>0</m:t>
        </m:r>
        <m:r>
          <m:t>0</m:t>
        </m:r>
        <m:r>
          <m:t>0</m:t>
        </m:r>
        <m:r>
          <m:t>N</m:t>
        </m:r>
      </m:oMath>
      <w:r>
        <w:rPr>
          <w:rFonts w:ascii="Calibri" w:hAnsi="Calibri"/>
          <w:b w:val="0"/>
          <w:i/>
          <w:color w:val="64748B"/>
          <w:sz w:val="17"/>
        </w:rPr>
        <w:t xml:space="preserve">. Hukum Pascal: </w:t>
      </w:r>
      <m:oMath>
        <m:f>
          <m:fPr>
            <m:type m:val="bar"/>
          </m:fPr>
          <m:num>
            <m:sSub>
              <m:e>
                <m:r>
                  <m:t>F</m:t>
                </m:r>
              </m:e>
              <m:sub>
                <m:r>
                  <m:t>1</m:t>
                </m:r>
              </m:sub>
            </m:sSub>
          </m:num>
          <m:den>
            <m:sSub>
              <m:e>
                <m:r>
                  <m:t>A</m:t>
                </m:r>
              </m:e>
              <m:sub>
                <m:r>
                  <m:t>1</m:t>
                </m:r>
              </m:sub>
            </m:sSub>
          </m:den>
        </m:f>
        <m:r>
          <m:t>=</m:t>
        </m:r>
        <m:f>
          <m:fPr>
            <m:type m:val="bar"/>
          </m:fPr>
          <m:num>
            <m:sSub>
              <m:e>
                <m:r>
                  <m:t>F</m:t>
                </m:r>
              </m:e>
              <m:sub>
                <m:r>
                  <m:t>2</m:t>
                </m:r>
              </m:sub>
            </m:sSub>
          </m:num>
          <m:den>
            <m:sSub>
              <m:e>
                <m:r>
                  <m:t>A</m:t>
                </m:r>
              </m:e>
              <m:sub>
                <m:r>
                  <m:t>2</m:t>
                </m:r>
              </m:sub>
            </m:sSub>
          </m:den>
        </m:f>
        <m:r>
          <m:t>→</m:t>
        </m:r>
        <m:f>
          <m:fPr>
            <m:type m:val="bar"/>
          </m:fPr>
          <m:num>
            <m:sSub>
              <m:e>
                <m:r>
                  <m:t>F</m:t>
                </m:r>
              </m:e>
              <m:sub>
                <m:r>
                  <m:t>1</m:t>
                </m:r>
              </m:sub>
            </m:sSub>
          </m:num>
          <m:den>
            <m:r>
              <m:t>1</m:t>
            </m:r>
            <m:r>
              <m:t>0</m:t>
            </m:r>
          </m:den>
        </m:f>
        <m:r>
          <m:t>=</m:t>
        </m:r>
        <m:f>
          <m:fPr>
            <m:type m:val="bar"/>
          </m:fPr>
          <m:num>
            <m:r>
              <m:t>1</m:t>
            </m:r>
            <m:r>
              <m:t>5</m:t>
            </m:r>
            <m:r>
              <m:t>0</m:t>
            </m:r>
            <m:r>
              <m:t>0</m:t>
            </m:r>
            <m:r>
              <m:t>0</m:t>
            </m:r>
          </m:num>
          <m:den>
            <m:r>
              <m:t>5</m:t>
            </m:r>
            <m:r>
              <m:t>0</m:t>
            </m:r>
            <m:r>
              <m:t>0</m:t>
            </m:r>
          </m:den>
        </m:f>
        <m:r>
          <m:t>→</m:t>
        </m:r>
        <m:sSub>
          <m:e>
            <m:r>
              <m:t>F</m:t>
            </m:r>
          </m:e>
          <m:sub>
            <m:r>
              <m:t>1</m:t>
            </m:r>
          </m:sub>
        </m:sSub>
        <m:r>
          <m:t>=</m:t>
        </m:r>
        <m:r>
          <m:t>1</m:t>
        </m:r>
        <m:r>
          <m:t>0</m:t>
        </m:r>
        <m:r>
          <m:t>×</m:t>
        </m:r>
        <m:r>
          <m:t>3</m:t>
        </m:r>
        <m:r>
          <m:t>0</m:t>
        </m:r>
        <m:r>
          <m:t>=</m:t>
        </m:r>
        <m:r>
          <m:t>3</m:t>
        </m:r>
        <m:r>
          <m:t>0</m:t>
        </m:r>
        <m:r>
          <m:t>0</m:t>
        </m:r>
        <m:r>
          <m:t>N</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Sebuah balok kayu dengan massa jenis </w:t>
      </w:r>
      <m:oMath>
        <m:sSub>
          <m:e>
            <m:r>
              <m:t>ρ</m:t>
            </m:r>
          </m:e>
          <m:sub>
            <m:r>
              <m:t>b</m:t>
            </m:r>
          </m:sub>
        </m:sSub>
        <m:r>
          <m:t>=</m:t>
        </m:r>
        <m:r>
          <m:t>6</m:t>
        </m:r>
        <m:r>
          <m:t>0</m:t>
        </m:r>
        <m:r>
          <m:t>0</m:t>
        </m:r>
        <m:sSup>
          <m:e>
            <m:r>
              <m:t>k</m:t>
            </m:r>
          </m:e>
          <m:sup>
            <m:r>
              <m:t>3</m:t>
            </m:r>
          </m:sup>
        </m:sSup>
      </m:oMath>
      <w:r>
        <w:rPr>
          <w:rFonts w:ascii="Calibri" w:hAnsi="Calibri"/>
          <w:b w:val="0"/>
          <w:i w:val="0"/>
          <w:color w:val="000000"/>
          <w:sz w:val="19"/>
        </w:rPr>
        <w:t xml:space="preserve"> terapung di air yang memiliki massa jenis </w:t>
      </w:r>
      <m:oMath>
        <m:sSub>
          <m:e>
            <m:r>
              <m:t>ρ</m:t>
            </m:r>
          </m:e>
          <m:sub>
            <m:r>
              <m:t>a</m:t>
            </m:r>
          </m:sub>
        </m:sSub>
        <m:r>
          <m:t>=</m:t>
        </m:r>
        <m:r>
          <m:t>1</m:t>
        </m:r>
        <m:r>
          <m:t>0</m:t>
        </m:r>
        <m:r>
          <m:t>0</m:t>
        </m:r>
        <m:r>
          <m:t>0</m:t>
        </m:r>
        <m:sSup>
          <m:e>
            <m:r>
              <m:t>k</m:t>
            </m:r>
          </m:e>
          <m:sup>
            <m:r>
              <m:t>3</m:t>
            </m:r>
          </m:sup>
        </m:sSup>
      </m:oMath>
      <w:r>
        <w:rPr>
          <w:rFonts w:ascii="Calibri" w:hAnsi="Calibri"/>
          <w:b w:val="0"/>
          <w:i w:val="0"/>
          <w:color w:val="000000"/>
          <w:sz w:val="19"/>
        </w:rPr>
        <w:t>. Persentase volume balok kayu yang berada di bawah permukaan air adalah...</w:t>
      </w:r>
    </w:p>
    <w:p>
      <w:pPr>
        <w:spacing w:before="0" w:after="20"/>
        <w:ind w:left="576"/>
      </w:pPr>
      <m:oMath>
        <m:r>
          <m:t>6</m:t>
        </m:r>
        <m:r>
          <m:t>0</m:t>
        </m:r>
        <m:r>
          <m:t>\</m:t>
        </m:r>
        <m:r>
          <m:t>%</m:t>
        </m:r>
      </m:oMath>
    </w:p>
    <w:p>
      <w:pPr>
        <w:spacing w:before="0" w:after="20"/>
        <w:ind w:left="576"/>
      </w:pPr>
      <m:oMath>
        <m:r>
          <m:t>4</m:t>
        </m:r>
        <m:r>
          <m:t>0</m:t>
        </m:r>
        <m:r>
          <m:t>\</m:t>
        </m:r>
        <m:r>
          <m:t>%</m:t>
        </m:r>
      </m:oMath>
    </w:p>
    <w:p>
      <w:pPr>
        <w:spacing w:before="0" w:after="20"/>
        <w:ind w:left="576"/>
      </w:pPr>
      <m:oMath>
        <m:r>
          <m:t>8</m:t>
        </m:r>
        <m:r>
          <m:t>0</m:t>
        </m:r>
        <m:r>
          <m:t>\</m:t>
        </m:r>
        <m:r>
          <m:t>%</m:t>
        </m:r>
      </m:oMath>
    </w:p>
    <w:p>
      <w:pPr>
        <w:spacing w:before="0" w:after="20"/>
        <w:ind w:left="576"/>
      </w:pPr>
      <m:oMath>
        <m:r>
          <m:t>2</m:t>
        </m:r>
        <m:r>
          <m:t>0</m:t>
        </m:r>
        <m:r>
          <m:t>\</m:t>
        </m:r>
        <m:r>
          <m:t>%</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Fraksi volume tercelup: </w:t>
      </w:r>
      <m:oMath>
        <m:f>
          <m:fPr>
            <m:type m:val="bar"/>
          </m:fPr>
          <m:num>
            <m:sSub>
              <m:e>
                <m:r>
                  <m:t>V</m:t>
                </m:r>
              </m:e>
              <m:sub>
                <m:r>
                  <m:t>c</m:t>
                </m:r>
                <m:r>
                  <m:t>e</m:t>
                </m:r>
                <m:r>
                  <m:t>l</m:t>
                </m:r>
                <m:r>
                  <m:t>u</m:t>
                </m:r>
                <m:r>
                  <m:t>p</m:t>
                </m:r>
              </m:sub>
            </m:sSub>
          </m:num>
          <m:den>
            <m:sSub>
              <m:e>
                <m:r>
                  <m:t>V</m:t>
                </m:r>
              </m:e>
              <m:sub>
                <m:r>
                  <m:t>t</m:t>
                </m:r>
                <m:r>
                  <m:t>o</m:t>
                </m:r>
                <m:r>
                  <m:t>t</m:t>
                </m:r>
                <m:r>
                  <m:t>a</m:t>
                </m:r>
                <m:r>
                  <m:t>l</m:t>
                </m:r>
              </m:sub>
            </m:sSub>
          </m:den>
        </m:f>
        <m:r>
          <m:t>=</m:t>
        </m:r>
        <m:f>
          <m:fPr>
            <m:type m:val="bar"/>
          </m:fPr>
          <m:num>
            <m:sSub>
              <m:e>
                <m:r>
                  <m:t>ρ</m:t>
                </m:r>
              </m:e>
              <m:sub>
                <m:r>
                  <m:t>b</m:t>
                </m:r>
              </m:sub>
            </m:sSub>
          </m:num>
          <m:den>
            <m:sSub>
              <m:e>
                <m:r>
                  <m:t>ρ</m:t>
                </m:r>
              </m:e>
              <m:sub>
                <m:r>
                  <m:t>a</m:t>
                </m:r>
              </m:sub>
            </m:sSub>
          </m:den>
        </m:f>
        <m:r>
          <m:t>=</m:t>
        </m:r>
        <m:f>
          <m:fPr>
            <m:type m:val="bar"/>
          </m:fPr>
          <m:num>
            <m:r>
              <m:t>6</m:t>
            </m:r>
            <m:r>
              <m:t>0</m:t>
            </m:r>
            <m:r>
              <m:t>0</m:t>
            </m:r>
          </m:num>
          <m:den>
            <m:r>
              <m:t>1</m:t>
            </m:r>
            <m:r>
              <m:t>0</m:t>
            </m:r>
            <m:r>
              <m:t>0</m:t>
            </m:r>
            <m:r>
              <m:t>0</m:t>
            </m:r>
          </m:den>
        </m:f>
        <m:r>
          <m:t>=</m:t>
        </m:r>
        <m:r>
          <m:t>0</m:t>
        </m:r>
        <m:r>
          <m:t>.</m:t>
        </m:r>
        <m:r>
          <m:t>6</m:t>
        </m:r>
        <m:r>
          <m:t>=</m:t>
        </m:r>
        <m:r>
          <m:t>6</m:t>
        </m:r>
        <m:r>
          <m:t>0</m:t>
        </m:r>
        <m:r>
          <m:t>\</m:t>
        </m:r>
        <m:r>
          <m:t>%</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Air mengalir melalui pipa utama berdiameter </w:t>
      </w:r>
      <m:oMath>
        <m:r>
          <m:t>1</m:t>
        </m:r>
        <m:r>
          <m:t>2</m:t>
        </m:r>
        <m:r>
          <m:t>c</m:t>
        </m:r>
      </m:oMath>
      <w:r>
        <w:rPr>
          <w:rFonts w:ascii="Calibri" w:hAnsi="Calibri"/>
          <w:b w:val="0"/>
          <w:i w:val="0"/>
          <w:color w:val="000000"/>
          <w:sz w:val="19"/>
        </w:rPr>
        <w:t xml:space="preserve"> dengan kelajuan </w:t>
      </w:r>
      <m:oMath>
        <m:r>
          <m:t>2</m:t>
        </m:r>
        <m:r>
          <m:t>m</m:t>
        </m:r>
      </m:oMath>
      <w:r>
        <w:rPr>
          <w:rFonts w:ascii="Calibri" w:hAnsi="Calibri"/>
          <w:b w:val="0"/>
          <w:i w:val="0"/>
          <w:color w:val="000000"/>
          <w:sz w:val="19"/>
        </w:rPr>
        <w:t xml:space="preserve">. Jika pipa tersebut menyempit menjadi diameter </w:t>
      </w:r>
      <m:oMath>
        <m:r>
          <m:t>6</m:t>
        </m:r>
        <m:r>
          <m:t>c</m:t>
        </m:r>
      </m:oMath>
      <w:r>
        <w:rPr>
          <w:rFonts w:ascii="Calibri" w:hAnsi="Calibri"/>
          <w:b w:val="0"/>
          <w:i w:val="0"/>
          <w:color w:val="000000"/>
          <w:sz w:val="19"/>
        </w:rPr>
        <w:t>, maka kelajuan air pada penampang sempit tersebut adalah...</w:t>
      </w:r>
    </w:p>
    <w:p>
      <w:pPr>
        <w:spacing w:before="0" w:after="20"/>
        <w:ind w:left="576"/>
      </w:pPr>
      <m:oMath>
        <m:r>
          <m:t>8</m:t>
        </m:r>
        <m:r>
          <m:t>m</m:t>
        </m:r>
      </m:oMath>
    </w:p>
    <w:p>
      <w:pPr>
        <w:spacing w:before="0" w:after="20"/>
        <w:ind w:left="576"/>
      </w:pPr>
      <m:oMath>
        <m:r>
          <m:t>4</m:t>
        </m:r>
        <m:r>
          <m:t>m</m:t>
        </m:r>
      </m:oMath>
    </w:p>
    <w:p>
      <w:pPr>
        <w:spacing w:before="0" w:after="20"/>
        <w:ind w:left="576"/>
      </w:pPr>
      <m:oMath>
        <m:r>
          <m:t>6</m:t>
        </m:r>
        <m:r>
          <m:t>m</m:t>
        </m:r>
      </m:oMath>
    </w:p>
    <w:p>
      <w:pPr>
        <w:spacing w:before="0" w:after="20"/>
        <w:ind w:left="576"/>
      </w:pPr>
      <m:oMath>
        <m:r>
          <m:t>1</m:t>
        </m:r>
        <m:r>
          <m:t>6</m:t>
        </m:r>
        <m:r>
          <m:t>m</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Kontinuitas: </w:t>
      </w:r>
      <m:oMath>
        <m:sSub>
          <m:e>
            <m:r>
              <m:t>A</m:t>
            </m:r>
          </m:e>
          <m:sub>
            <m:r>
              <m:t>1</m:t>
            </m:r>
          </m:sub>
        </m:sSub>
        <m:sSub>
          <m:e>
            <m:r>
              <m:t>v</m:t>
            </m:r>
          </m:e>
          <m:sub>
            <m:r>
              <m:t>1</m:t>
            </m:r>
          </m:sub>
        </m:sSub>
        <m:r>
          <m:t>=</m:t>
        </m:r>
        <m:sSub>
          <m:e>
            <m:r>
              <m:t>A</m:t>
            </m:r>
          </m:e>
          <m:sub>
            <m:r>
              <m:t>2</m:t>
            </m:r>
          </m:sub>
        </m:sSub>
        <m:sSub>
          <m:e>
            <m:r>
              <m:t>v</m:t>
            </m:r>
          </m:e>
          <m:sub>
            <m:r>
              <m:t>2</m:t>
            </m:r>
          </m:sub>
        </m:sSub>
        <m:r>
          <m:t>→</m:t>
        </m:r>
        <m:sSubSup>
          <m:e>
            <m:r>
              <m:t>d</m:t>
            </m:r>
          </m:e>
          <m:sub>
            <m:r>
              <m:t>1</m:t>
            </m:r>
          </m:sub>
          <m:sup>
            <m:r>
              <m:t>2</m:t>
            </m:r>
          </m:sup>
        </m:sSubSup>
        <m:sSub>
          <m:e>
            <m:r>
              <m:t>v</m:t>
            </m:r>
          </m:e>
          <m:sub>
            <m:r>
              <m:t>1</m:t>
            </m:r>
          </m:sub>
        </m:sSub>
        <m:r>
          <m:t>=</m:t>
        </m:r>
        <m:sSubSup>
          <m:e>
            <m:r>
              <m:t>d</m:t>
            </m:r>
          </m:e>
          <m:sub>
            <m:r>
              <m:t>2</m:t>
            </m:r>
          </m:sub>
          <m:sup>
            <m:r>
              <m:t>2</m:t>
            </m:r>
          </m:sup>
        </m:sSubSup>
        <m:sSub>
          <m:e>
            <m:r>
              <m:t>v</m:t>
            </m:r>
          </m:e>
          <m:sub>
            <m:r>
              <m:t>2</m:t>
            </m:r>
          </m:sub>
        </m:sSub>
        <m:r>
          <m:t>→</m:t>
        </m:r>
        <m:r>
          <m:t>1</m:t>
        </m:r>
        <m:sSup>
          <m:e>
            <m:r>
              <m:t>2</m:t>
            </m:r>
          </m:e>
          <m:sup>
            <m:r>
              <m:t>2</m:t>
            </m:r>
          </m:sup>
        </m:sSup>
        <m:r>
          <m:t>×</m:t>
        </m:r>
        <m:r>
          <m:t>2</m:t>
        </m:r>
        <m:r>
          <m:t>=</m:t>
        </m:r>
        <m:sSup>
          <m:e>
            <m:r>
              <m:t>6</m:t>
            </m:r>
          </m:e>
          <m:sup>
            <m:r>
              <m:t>2</m:t>
            </m:r>
          </m:sup>
        </m:sSup>
        <m:r>
          <m:t>×</m:t>
        </m:r>
        <m:sSub>
          <m:e>
            <m:r>
              <m:t>v</m:t>
            </m:r>
          </m:e>
          <m:sub>
            <m:r>
              <m:t>2</m:t>
            </m:r>
          </m:sub>
        </m:sSub>
        <m:r>
          <m:t>→</m:t>
        </m:r>
        <m:r>
          <m:t>1</m:t>
        </m:r>
        <m:r>
          <m:t>4</m:t>
        </m:r>
        <m:r>
          <m:t>4</m:t>
        </m:r>
        <m:r>
          <m:t>×</m:t>
        </m:r>
        <m:r>
          <m:t>2</m:t>
        </m:r>
        <m:r>
          <m:t>=</m:t>
        </m:r>
        <m:r>
          <m:t>3</m:t>
        </m:r>
        <m:r>
          <m:t>6</m:t>
        </m:r>
        <m:r>
          <m:t>×</m:t>
        </m:r>
        <m:sSub>
          <m:e>
            <m:r>
              <m:t>v</m:t>
            </m:r>
          </m:e>
          <m:sub>
            <m:r>
              <m:t>2</m:t>
            </m:r>
          </m:sub>
        </m:sSub>
        <m:r>
          <m:t>→</m:t>
        </m:r>
        <m:sSub>
          <m:e>
            <m:r>
              <m:t>v</m:t>
            </m:r>
          </m:e>
          <m:sub>
            <m:r>
              <m:t>2</m:t>
            </m:r>
          </m:sub>
        </m:sSub>
        <m:r>
          <m:t>=</m:t>
        </m:r>
        <m:f>
          <m:fPr>
            <m:type m:val="bar"/>
          </m:fPr>
          <m:num>
            <m:r>
              <m:t>2</m:t>
            </m:r>
            <m:r>
              <m:t>8</m:t>
            </m:r>
            <m:r>
              <m:t>8</m:t>
            </m:r>
          </m:num>
          <m:den>
            <m:r>
              <m:t>3</m:t>
            </m:r>
            <m:r>
              <m:t>6</m:t>
            </m:r>
          </m:den>
        </m:f>
        <m:r>
          <m:t>=</m:t>
        </m:r>
        <m:r>
          <m:t>8</m:t>
        </m:r>
        <m:r>
          <m:t>m</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Prinsip Bernoulli menjelaskan timbulnya gaya angkat pada sayap pesawat terbang terjadi karena...</w:t>
      </w:r>
    </w:p>
    <w:p>
      <w:pPr>
        <w:spacing w:before="0" w:after="20"/>
        <w:ind w:left="576"/>
      </w:pPr>
      <w:r>
        <w:rPr>
          <w:rFonts w:ascii="Calibri" w:hAnsi="Calibri"/>
          <w:b w:val="0"/>
          <w:i w:val="0"/>
          <w:color w:val="000000"/>
          <w:sz w:val="18"/>
        </w:rPr>
        <w:t>Bentuk penampang sayap membuat udara di atas sayap mengalir lebih cepat sehingga tekanannya lebih rendah daripada tekanan udara di bawah sayap</w:t>
      </w:r>
    </w:p>
    <w:p>
      <w:pPr>
        <w:spacing w:before="0" w:after="20"/>
        <w:ind w:left="576"/>
      </w:pPr>
      <w:r>
        <w:rPr>
          <w:rFonts w:ascii="Calibri" w:hAnsi="Calibri"/>
          <w:b w:val="0"/>
          <w:i w:val="0"/>
          <w:color w:val="000000"/>
          <w:sz w:val="18"/>
        </w:rPr>
        <w:t>Udara di bawah sayap ditiupkan oleh mesin jet ke atas</w:t>
      </w:r>
    </w:p>
    <w:p>
      <w:pPr>
        <w:spacing w:before="0" w:after="20"/>
        <w:ind w:left="576"/>
      </w:pPr>
      <w:r>
        <w:rPr>
          <w:rFonts w:ascii="Calibri" w:hAnsi="Calibri"/>
          <w:b w:val="0"/>
          <w:i w:val="0"/>
          <w:color w:val="000000"/>
          <w:sz w:val="18"/>
        </w:rPr>
        <w:t>Sayap pesawat bermassa jenis lebih kecil daripada udara hampa</w:t>
      </w:r>
    </w:p>
    <w:p>
      <w:pPr>
        <w:spacing w:before="0" w:after="20"/>
        <w:ind w:left="576"/>
      </w:pPr>
      <w:r>
        <w:rPr>
          <w:rFonts w:ascii="Calibri" w:hAnsi="Calibri"/>
          <w:b w:val="0"/>
          <w:i w:val="0"/>
          <w:color w:val="000000"/>
          <w:sz w:val="18"/>
        </w:rPr>
        <w:t>Gravitasi bumi dinonaktifkan oleh medan magnet sayap</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Profil aerofoil memaksa aliran udara atas lebih cepat (</w:t>
      </w:r>
      <m:oMath>
        <m:sSub>
          <m:e>
            <m:r>
              <m:t>v</m:t>
            </m:r>
          </m:e>
          <m:sub>
            <m:r>
              <m:t>a</m:t>
            </m:r>
            <m:r>
              <m:t>t</m:t>
            </m:r>
            <m:r>
              <m:t>a</m:t>
            </m:r>
            <m:r>
              <m:t>s</m:t>
            </m:r>
          </m:sub>
        </m:sSub>
        <m:r>
          <m:t>&gt;</m:t>
        </m:r>
        <m:sSub>
          <m:e>
            <m:r>
              <m:t>v</m:t>
            </m:r>
          </m:e>
          <m:sub>
            <m:r>
              <m:t>b</m:t>
            </m:r>
            <m:r>
              <m:t>a</m:t>
            </m:r>
            <m:r>
              <m:t>w</m:t>
            </m:r>
            <m:r>
              <m:t>a</m:t>
            </m:r>
            <m:r>
              <m:t>h</m:t>
            </m:r>
          </m:sub>
        </m:sSub>
      </m:oMath>
      <w:r>
        <w:rPr>
          <w:rFonts w:ascii="Calibri" w:hAnsi="Calibri"/>
          <w:b w:val="0"/>
          <w:i/>
          <w:color w:val="64748B"/>
          <w:sz w:val="17"/>
        </w:rPr>
        <w:t xml:space="preserve">) sehingga timbul perbedaan tekanan </w:t>
      </w:r>
      <m:oMath>
        <m:sSub>
          <m:e>
            <m:r>
              <m:t>P</m:t>
            </m:r>
          </m:e>
          <m:sub>
            <m:r>
              <m:t>b</m:t>
            </m:r>
            <m:r>
              <m:t>a</m:t>
            </m:r>
            <m:r>
              <m:t>w</m:t>
            </m:r>
            <m:r>
              <m:t>a</m:t>
            </m:r>
            <m:r>
              <m:t>h</m:t>
            </m:r>
          </m:sub>
        </m:sSub>
        <m:r>
          <m:t>&gt;</m:t>
        </m:r>
        <m:sSub>
          <m:e>
            <m:r>
              <m:t>P</m:t>
            </m:r>
          </m:e>
          <m:sub>
            <m:r>
              <m:t>a</m:t>
            </m:r>
            <m:r>
              <m:t>t</m:t>
            </m:r>
            <m:r>
              <m:t>a</m:t>
            </m:r>
            <m:r>
              <m:t>s</m:t>
            </m:r>
          </m:sub>
        </m:sSub>
      </m:oMath>
      <w:r>
        <w:rPr>
          <w:rFonts w:ascii="Calibri" w:hAnsi="Calibri"/>
          <w:b w:val="0"/>
          <w:i/>
          <w:color w:val="64748B"/>
          <w:sz w:val="17"/>
        </w:rPr>
        <w:t xml:space="preserve"> yang mendorong sayap ke atas.</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Tekanan hidrostatis yang dialami seorang penyelam pada kedalaman </w:t>
      </w:r>
      <m:oMath>
        <m:r>
          <m:t>1</m:t>
        </m:r>
        <m:r>
          <m:t>5</m:t>
        </m:r>
        <m:r>
          <m:t>m</m:t>
        </m:r>
      </m:oMath>
      <w:r>
        <w:rPr>
          <w:rFonts w:ascii="Calibri" w:hAnsi="Calibri"/>
          <w:b w:val="0"/>
          <w:i w:val="0"/>
          <w:color w:val="000000"/>
          <w:sz w:val="19"/>
        </w:rPr>
        <w:t xml:space="preserve"> di bawah permukaan laut (massa jenis air laut </w:t>
      </w:r>
      <m:oMath>
        <m:r>
          <m:t>ρ</m:t>
        </m:r>
        <m:r>
          <m:t>=</m:t>
        </m:r>
        <m:r>
          <m:t>1</m:t>
        </m:r>
        <m:r>
          <m:t>0</m:t>
        </m:r>
        <m:r>
          <m:t>3</m:t>
        </m:r>
        <m:r>
          <m:t>0</m:t>
        </m:r>
        <m:sSup>
          <m:e>
            <m:r>
              <m:t>k</m:t>
            </m:r>
          </m:e>
          <m:sup>
            <m:r>
              <m:t>3</m:t>
            </m:r>
          </m:sup>
        </m:sSup>
        <m:r>
          <m:t>,</m:t>
        </m:r>
        <m:r>
          <m:t>g</m:t>
        </m:r>
        <m:r>
          <m:t>=</m:t>
        </m:r>
        <m:r>
          <m:t>1</m:t>
        </m:r>
        <m:r>
          <m:t>0</m:t>
        </m:r>
        <m:sSup>
          <m:e>
            <m:r>
              <m:t>m</m:t>
            </m:r>
          </m:e>
          <m:sup>
            <m:r>
              <m:t>2</m:t>
            </m:r>
          </m:sup>
        </m:sSup>
      </m:oMath>
      <w:r>
        <w:rPr>
          <w:rFonts w:ascii="Calibri" w:hAnsi="Calibri"/>
          <w:b w:val="0"/>
          <w:i w:val="0"/>
          <w:color w:val="000000"/>
          <w:sz w:val="19"/>
        </w:rPr>
        <w:t>) adalah...</w:t>
      </w:r>
    </w:p>
    <w:p>
      <w:pPr>
        <w:spacing w:before="0" w:after="20"/>
        <w:ind w:left="576"/>
      </w:pPr>
      <m:oMath>
        <m:r>
          <m:t>1</m:t>
        </m:r>
        <m:r>
          <m:t>5</m:t>
        </m:r>
        <m:r>
          <m:t>4</m:t>
        </m:r>
        <m:r>
          <m:t>.</m:t>
        </m:r>
        <m:r>
          <m:t>5</m:t>
        </m:r>
        <m:r>
          <m:t>0</m:t>
        </m:r>
        <m:r>
          <m:t>0</m:t>
        </m:r>
        <m:r>
          <m:t>P</m:t>
        </m:r>
      </m:oMath>
      <w:r>
        <w:rPr>
          <w:rFonts w:ascii="Calibri" w:hAnsi="Calibri"/>
          <w:b w:val="0"/>
          <w:i w:val="0"/>
          <w:color w:val="000000"/>
          <w:sz w:val="18"/>
        </w:rPr>
        <w:t xml:space="preserve"> (</w:t>
      </w:r>
      <m:oMath>
        <m:r>
          <m:t>1</m:t>
        </m:r>
        <m:r>
          <m:t>5</m:t>
        </m:r>
        <m:r>
          <m:t>4</m:t>
        </m:r>
        <m:r>
          <m:t>.</m:t>
        </m:r>
        <m:r>
          <m:t>5</m:t>
        </m:r>
        <m:r>
          <m:t>k</m:t>
        </m:r>
      </m:oMath>
      <w:r>
        <w:rPr>
          <w:rFonts w:ascii="Calibri" w:hAnsi="Calibri"/>
          <w:b w:val="0"/>
          <w:i w:val="0"/>
          <w:color w:val="000000"/>
          <w:sz w:val="18"/>
        </w:rPr>
        <w:t>)</w:t>
      </w:r>
    </w:p>
    <w:p>
      <w:pPr>
        <w:spacing w:before="0" w:after="20"/>
        <w:ind w:left="576"/>
      </w:pPr>
      <m:oMath>
        <m:r>
          <m:t>1</m:t>
        </m:r>
        <m:r>
          <m:t>5</m:t>
        </m:r>
        <m:r>
          <m:t>0</m:t>
        </m:r>
        <m:r>
          <m:t>.</m:t>
        </m:r>
        <m:r>
          <m:t>0</m:t>
        </m:r>
        <m:r>
          <m:t>0</m:t>
        </m:r>
        <m:r>
          <m:t>0</m:t>
        </m:r>
        <m:r>
          <m:t>P</m:t>
        </m:r>
      </m:oMath>
    </w:p>
    <w:p>
      <w:pPr>
        <w:spacing w:before="0" w:after="20"/>
        <w:ind w:left="576"/>
      </w:pPr>
      <m:oMath>
        <m:r>
          <m:t>1</m:t>
        </m:r>
        <m:r>
          <m:t>0</m:t>
        </m:r>
        <m:r>
          <m:t>3</m:t>
        </m:r>
        <m:r>
          <m:t>.</m:t>
        </m:r>
        <m:r>
          <m:t>0</m:t>
        </m:r>
        <m:r>
          <m:t>0</m:t>
        </m:r>
        <m:r>
          <m:t>0</m:t>
        </m:r>
        <m:r>
          <m:t>P</m:t>
        </m:r>
      </m:oMath>
    </w:p>
    <w:p>
      <w:pPr>
        <w:spacing w:before="0" w:after="20"/>
        <w:ind w:left="576"/>
      </w:pPr>
      <m:oMath>
        <m:r>
          <m:t>1</m:t>
        </m:r>
        <m:r>
          <m:t>5</m:t>
        </m:r>
        <m:r>
          <m:t>.</m:t>
        </m:r>
        <m:r>
          <m:t>4</m:t>
        </m:r>
        <m:r>
          <m:t>5</m:t>
        </m:r>
        <m:r>
          <m:t>0</m:t>
        </m:r>
        <m:r>
          <m:t>P</m:t>
        </m:r>
      </m:oMath>
    </w:p>
    <w:p>
      <w:pPr>
        <w:spacing w:before="20" w:after="80"/>
        <w:ind w:left="576"/>
      </w:pPr>
      <w:r>
        <w:rPr>
          <w:rFonts w:ascii="Calibri" w:hAnsi="Calibri"/>
          <w:i/>
          <w:color w:val="64748B"/>
          <w:sz w:val="17"/>
        </w:rPr>
        <w:t xml:space="preserve">Kunci Jawaban: A — Pembahasan: </w:t>
      </w:r>
      <m:oMath>
        <m:sSub>
          <m:e>
            <m:r>
              <m:t>P</m:t>
            </m:r>
          </m:e>
          <m:sub>
            <m:r>
              <m:t>h</m:t>
            </m:r>
          </m:sub>
        </m:sSub>
        <m:r>
          <m:t>=</m:t>
        </m:r>
        <m:r>
          <m:t>ρ</m:t>
        </m:r>
        <m:r>
          <m:t>g</m:t>
        </m:r>
        <m:r>
          <m:t>h</m:t>
        </m:r>
        <m:r>
          <m:t>=</m:t>
        </m:r>
        <m:r>
          <m:t>1</m:t>
        </m:r>
        <m:r>
          <m:t>0</m:t>
        </m:r>
        <m:r>
          <m:t>3</m:t>
        </m:r>
        <m:r>
          <m:t>0</m:t>
        </m:r>
        <m:r>
          <m:t>×</m:t>
        </m:r>
        <m:r>
          <m:t>1</m:t>
        </m:r>
        <m:r>
          <m:t>0</m:t>
        </m:r>
        <m:r>
          <m:t>×</m:t>
        </m:r>
        <m:r>
          <m:t>1</m:t>
        </m:r>
        <m:r>
          <m:t>5</m:t>
        </m:r>
        <m:r>
          <m:t>=</m:t>
        </m:r>
        <m:r>
          <m:t>1</m:t>
        </m:r>
        <m:r>
          <m:t>5</m:t>
        </m:r>
        <m:r>
          <m:t>4</m:t>
        </m:r>
        <m:r>
          <m:t>.</m:t>
        </m:r>
        <m:r>
          <m:t>5</m:t>
        </m:r>
        <m:r>
          <m:t>0</m:t>
        </m:r>
        <m:r>
          <m:t>0</m:t>
        </m:r>
        <m:r>
          <m:t>P</m:t>
        </m:r>
        <m:r>
          <m:t>=</m:t>
        </m:r>
        <m:r>
          <m:t>1</m:t>
        </m:r>
        <m:r>
          <m:t>5</m:t>
        </m:r>
        <m:r>
          <m:t>4</m:t>
        </m:r>
        <m:r>
          <m:t>.</m:t>
        </m:r>
        <m:r>
          <m:t>5</m:t>
        </m:r>
        <m:r>
          <m:t>k</m:t>
        </m:r>
      </m:oMath>
      <w:r>
        <w:rPr>
          <w:rFonts w:ascii="Calibri" w:hAnsi="Calibri"/>
          <w:b w:val="0"/>
          <w:i/>
          <w:color w:val="64748B"/>
          <w:sz w:val="17"/>
        </w:rPr>
        <w:t>.</w:t>
      </w:r>
    </w:p>
    <w:p>
      <w:r>
        <w:br w:type="page"/>
      </w:r>
    </w:p>
    <w:p>
      <w:pPr>
        <w:pStyle w:val="Title"/>
      </w:pPr>
      <w:r>
        <w:t>LEMBAR KERJA PESERTA DIDIK (LKPD)</w:t>
      </w:r>
    </w:p>
    <w:p>
      <w:pPr>
        <w:pStyle w:val="Subtitle"/>
      </w:pPr>
      <w:r>
        <w:t>Mata Pelajaran: Fisika • Bab 3: Fluida Statis dan Fluida Dinamis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Tekanan Hidrostatis dan Hukum Pascal pada Sistem Hidrolik</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tekanan total dasar bejana dan keuntungan mekanis dongkrak hidrolik.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Hukum Archimedes dan Keseimbangan Benda Terapung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fraksi volume benda yang tercelup serta kerapatan jenis fluida komposit.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Tegangan Permukaan, Sudut Kontak, dan Kapilaritas</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kenaikan cairan pipa kapiler (</w:t>
      </w:r>
      <m:oMath>
        <m:r>
          <m:t>h</m:t>
        </m:r>
        <m:r>
          <m:t>=</m:t>
        </m:r>
        <m:f>
          <m:fPr>
            <m:type m:val="bar"/>
          </m:fPr>
          <m:num>
            <m:r>
              <m:t>2</m:t>
            </m:r>
            <m:r>
              <m:t>γ</m:t>
            </m:r>
            <m:r>
              <m:t>cos </m:t>
            </m:r>
            <m:r>
              <m:t>θ</m:t>
            </m:r>
          </m:num>
          <m:den>
            <m:r>
              <m:t>ρ</m:t>
            </m:r>
            <m:r>
              <m:t>g</m:t>
            </m:r>
            <m:r>
              <m:t>r</m:t>
            </m:r>
          </m:den>
        </m:f>
      </m:oMath>
      <w:r>
        <w:rPr>
          <w:rFonts w:ascii="Calibri" w:hAnsi="Calibri"/>
          <w:b w:val="0"/>
          <w:i w:val="0"/>
          <w:color w:val="000000"/>
          <w:sz w:val="18"/>
        </w:rPr>
        <w:t>) dan hukum Stokes.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Persamaan Kontinuitas dan Hukum Bernoulli dalam Rekayasa</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tabung Venturimeter, tabung Pitot pengukur kecepatan angin, dan gaya angkat sayap pesawat.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Mekanika fluida mengkaji perilaku zat alir (cair dan gas) baik dalam kondisi diam (*statis*) maupun mengalir (*dinamis*). Fluida statis bertumpu pada Hukum Pokok Hidrostatis (</w:t>
      </w:r>
      <m:oMath>
        <m:sSub>
          <m:e>
            <m:r>
              <m:t>P</m:t>
            </m:r>
          </m:e>
          <m:sub>
            <m:r>
              <m:t>h</m:t>
            </m:r>
          </m:sub>
        </m:sSub>
        <m:r>
          <m:t>=</m:t>
        </m:r>
        <m:r>
          <m:t>ρ</m:t>
        </m:r>
        <m:r>
          <m:t>g</m:t>
        </m:r>
        <m:r>
          <m:t>h</m:t>
        </m:r>
      </m:oMath>
      <w:r>
        <w:rPr>
          <w:rFonts w:ascii="Calibri" w:hAnsi="Calibri"/>
          <w:b w:val="0"/>
          <w:i w:val="0"/>
          <w:color w:val="000000"/>
          <w:sz w:val="19"/>
        </w:rPr>
        <w:t>) dan Hukum Pascal yang menyatakan bahwa tekanan yang diberikan pada ruang tertutup diteruskan ke segala arah secara merata (</w:t>
      </w:r>
      <m:oMath>
        <m:f>
          <m:fPr>
            <m:type m:val="bar"/>
          </m:fPr>
          <m:num>
            <m:sSub>
              <m:e>
                <m:r>
                  <m:t>F</m:t>
                </m:r>
              </m:e>
              <m:sub>
                <m:r>
                  <m:t>1</m:t>
                </m:r>
              </m:sub>
            </m:sSub>
          </m:num>
          <m:den>
            <m:sSub>
              <m:e>
                <m:r>
                  <m:t>A</m:t>
                </m:r>
              </m:e>
              <m:sub>
                <m:r>
                  <m:t>1</m:t>
                </m:r>
              </m:sub>
            </m:sSub>
          </m:den>
        </m:f>
        <m:r>
          <m:t>=</m:t>
        </m:r>
        <m:f>
          <m:fPr>
            <m:type m:val="bar"/>
          </m:fPr>
          <m:num>
            <m:sSub>
              <m:e>
                <m:r>
                  <m:t>F</m:t>
                </m:r>
              </m:e>
              <m:sub>
                <m:r>
                  <m:t>2</m:t>
                </m:r>
              </m:sub>
            </m:sSub>
          </m:num>
          <m:den>
            <m:sSub>
              <m:e>
                <m:r>
                  <m:t>A</m:t>
                </m:r>
              </m:e>
              <m:sub>
                <m:r>
                  <m:t>2</m:t>
                </m:r>
              </m:sub>
            </m:sSub>
          </m:den>
        </m:f>
      </m:oMath>
      <w:r>
        <w:rPr>
          <w:rFonts w:ascii="Calibri" w:hAnsi="Calibri"/>
          <w:b w:val="0"/>
          <w:i w:val="0"/>
          <w:color w:val="000000"/>
          <w:sz w:val="19"/>
        </w:rPr>
        <w:t>).</w:t>
      </w:r>
    </w:p>
    <w:p>
      <w:pPr>
        <w:spacing w:before="40" w:after="60" w:line="276" w:lineRule="auto"/>
      </w:pPr>
      <w:r>
        <w:rPr>
          <w:rFonts w:ascii="Calibri" w:hAnsi="Calibri"/>
          <w:b w:val="0"/>
          <w:i w:val="0"/>
          <w:color w:val="000000"/>
          <w:sz w:val="19"/>
        </w:rPr>
        <w:t>Hukum Archimedes mendefinisikan gaya apung ke atas (</w:t>
      </w:r>
      <m:oMath>
        <m:sSub>
          <m:e>
            <m:r>
              <m:t>F</m:t>
            </m:r>
          </m:e>
          <m:sub>
            <m:r>
              <m:t>a</m:t>
            </m:r>
          </m:sub>
        </m:sSub>
        <m:r>
          <m:t>=</m:t>
        </m:r>
        <m:sSub>
          <m:e>
            <m:r>
              <m:t>ρ</m:t>
            </m:r>
          </m:e>
          <m:sub>
            <m:r>
              <m:t>f</m:t>
            </m:r>
          </m:sub>
        </m:sSub>
        <m:sSub>
          <m:e>
            <m:r>
              <m:t>V</m:t>
            </m:r>
          </m:e>
          <m:sub>
            <m:r>
              <m:t>b</m:t>
            </m:r>
            <m:r>
              <m:t>f</m:t>
            </m:r>
          </m:sub>
        </m:sSub>
        <m:r>
          <m:t>g</m:t>
        </m:r>
      </m:oMath>
      <w:r>
        <w:rPr>
          <w:rFonts w:ascii="Calibri" w:hAnsi="Calibri"/>
          <w:b w:val="0"/>
          <w:i w:val="0"/>
          <w:color w:val="000000"/>
          <w:sz w:val="19"/>
        </w:rPr>
        <w:t>) yang setara dengan berat fluida yang dipindahkan. Fenomena tegangan permukaan zat cair dan gejala kapilaritas pada pipa sempit menjelaskan mekanisme transport air pada jaringan xilem tumbuhan.</w:t>
      </w:r>
    </w:p>
    <w:p>
      <w:pPr>
        <w:spacing w:before="40" w:after="60" w:line="276" w:lineRule="auto"/>
      </w:pPr>
      <w:r>
        <w:rPr>
          <w:rFonts w:ascii="Calibri" w:hAnsi="Calibri"/>
          <w:b w:val="0"/>
          <w:i w:val="0"/>
          <w:color w:val="000000"/>
          <w:sz w:val="19"/>
        </w:rPr>
        <w:t>Dalam fluida dinamis ideal (invisid, inkompresibel, laminer, tunak), Persamaan Kontinuitas (</w:t>
      </w:r>
      <m:oMath>
        <m:sSub>
          <m:e>
            <m:r>
              <m:t>A</m:t>
            </m:r>
          </m:e>
          <m:sub>
            <m:r>
              <m:t>1</m:t>
            </m:r>
          </m:sub>
        </m:sSub>
        <m:sSub>
          <m:e>
            <m:r>
              <m:t>v</m:t>
            </m:r>
          </m:e>
          <m:sub>
            <m:r>
              <m:t>1</m:t>
            </m:r>
          </m:sub>
        </m:sSub>
        <m:r>
          <m:t>=</m:t>
        </m:r>
        <m:sSub>
          <m:e>
            <m:r>
              <m:t>A</m:t>
            </m:r>
          </m:e>
          <m:sub>
            <m:r>
              <m:t>2</m:t>
            </m:r>
          </m:sub>
        </m:sSub>
        <m:sSub>
          <m:e>
            <m:r>
              <m:t>v</m:t>
            </m:r>
          </m:e>
          <m:sub>
            <m:r>
              <m:t>2</m:t>
            </m:r>
          </m:sub>
        </m:sSub>
      </m:oMath>
      <w:r>
        <w:rPr>
          <w:rFonts w:ascii="Calibri" w:hAnsi="Calibri"/>
          <w:b w:val="0"/>
          <w:i w:val="0"/>
          <w:color w:val="000000"/>
          <w:sz w:val="19"/>
        </w:rPr>
        <w:t>) menjamin kekekalan debit aliran. Azas Bernoulli (</w:t>
      </w:r>
      <m:oMath>
        <m:r>
          <m:t>P</m:t>
        </m:r>
        <m:r>
          <m:t>+</m:t>
        </m:r>
        <m:f>
          <m:fPr>
            <m:type m:val="bar"/>
          </m:fPr>
          <m:num>
            <m:r>
              <m:t>1</m:t>
            </m:r>
          </m:num>
          <m:den>
            <m:r>
              <m:t>2</m:t>
            </m:r>
          </m:den>
        </m:f>
        <m:r>
          <m:t>ρ</m:t>
        </m:r>
        <m:sSup>
          <m:e>
            <m:r>
              <m:t>v</m:t>
            </m:r>
          </m:e>
          <m:sup>
            <m:r>
              <m:t>2</m:t>
            </m:r>
          </m:sup>
        </m:sSup>
        <m:r>
          <m:t>+</m:t>
        </m:r>
        <m:r>
          <m:t>ρ</m:t>
        </m:r>
        <m:r>
          <m:t>g</m:t>
        </m:r>
        <m:r>
          <m:t>h</m:t>
        </m:r>
        <m:r>
          <m:t>=</m:t>
        </m:r>
        <m:r>
          <m:t>k</m:t>
        </m:r>
      </m:oMath>
      <w:r>
        <w:rPr>
          <w:rFonts w:ascii="Calibri" w:hAnsi="Calibri"/>
          <w:b w:val="0"/>
          <w:i w:val="0"/>
          <w:color w:val="000000"/>
          <w:sz w:val="19"/>
        </w:rPr>
        <w:t>) menghubungkan penurunan tekanan fluida dengan peningkatan kelajuan aliran, yang mendasari gaya angkat aerodinamis sayap pesawat terbang (*aerofoil*).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Hukum Pascal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Tekanan yang diberikan pada zat cair di dalam ruang tertutup akan diteruskan oleh zat cair itu ke segala arah dengan sama besar.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Gaya Apung (Hukum Archimedes)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Gaya ke atas yang dialami benda yang tercelup sebagian atau seluruhnya ke dalam fluida yang sama dengan berat fluida yang dipindahkan.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Persamaan Kontinuitas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Prinsip kekekalan massa fluida inkompresibel yang menyatakan bahwa hasil kali luas penampang dan kecepatan fluida (debit </w:t>
            </w:r>
            <m:oMath>
              <m:r>
                <m:t>Q</m:t>
              </m:r>
              <m:r>
                <m:t>=</m:t>
              </m:r>
              <m:r>
                <m:t>A</m:t>
              </m:r>
              <m:r>
                <m:t>v</m:t>
              </m:r>
            </m:oMath>
            <w:r>
              <w:rPr>
                <w:rFonts w:ascii="Calibri" w:hAnsi="Calibri"/>
                <w:b w:val="0"/>
                <w:i w:val="0"/>
                <w:color w:val="000000"/>
                <w:sz w:val="18"/>
              </w:rPr>
              <w:t>) bernilai konstan.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Azas Bernoulli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Hukum kekekalan energi fluida yang menyatakan bahwa pada fluida mengalir mendatar, tekanan fluida paling rendah di tempat kelajuannya paling tinggi.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Tegangan Permukaan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Kecenderungan permukaan zat cair untuk meregang sehingga tampak seperti ditutupi selaput elastis akibat gaya kohesi molekul.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Fisika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