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FISIKA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Fisika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Kinematika Gerak Lurus</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konsep posisi, perpindahan, kelajuan, kecepatan, dan percepatan.</w:t>
      </w:r>
    </w:p>
    <w:p>
      <w:pPr>
        <w:pStyle w:val="ListNumber"/>
      </w:pPr>
      <w:r>
        <w:rPr>
          <w:rFonts w:ascii="Calibri" w:hAnsi="Calibri"/>
          <w:b w:val="0"/>
          <w:i w:val="0"/>
          <w:color w:val="000000"/>
          <w:sz w:val="19"/>
        </w:rPr>
        <w:t>Peserta didik mampu menganalisis karakteristik GLB dan GLBB secara aljabar dan grafis.</w:t>
      </w:r>
    </w:p>
    <w:p>
      <w:pPr>
        <w:pStyle w:val="ListNumber"/>
      </w:pPr>
      <w:r>
        <w:rPr>
          <w:rFonts w:ascii="Calibri" w:hAnsi="Calibri"/>
          <w:b w:val="0"/>
          <w:i w:val="0"/>
          <w:color w:val="000000"/>
          <w:sz w:val="19"/>
        </w:rPr>
        <w:t>Peserta didik mampu memecahkan masalah kontekstual gerak vertikal dan gerak jatuh bebas di bawah percepatan gravitasi.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 xml:space="preserve">Pembelajaran posisi, perpindahan, jarak, kecepatan, kelajuan, percepatan, Gerak Lurus Beraturan (GLB: </w:t>
      </w:r>
      <m:oMath>
        <m:r>
          <m:t>s</m:t>
        </m:r>
        <m:r>
          <m:t>=</m:t>
        </m:r>
        <m:r>
          <m:t>v</m:t>
        </m:r>
        <m:r>
          <m:t>·</m:t>
        </m:r>
        <m:r>
          <m:t>t</m:t>
        </m:r>
      </m:oMath>
      <w:r>
        <w:rPr>
          <w:rFonts w:ascii="Calibri" w:hAnsi="Calibri"/>
          <w:b w:val="0"/>
          <w:i w:val="0"/>
          <w:color w:val="000000"/>
          <w:sz w:val="19"/>
        </w:rPr>
        <w:t>), Gerak Lurus Berubah Beraturan (GLBB), gerak jatuh bebas, dan analisis grafik (</w:t>
      </w:r>
      <m:oMath>
        <m:r>
          <m:t>s</m:t>
        </m:r>
        <m:r>
          <m:t>-</m:t>
        </m:r>
        <m:r>
          <m:t>t</m:t>
        </m:r>
        <m:r>
          <m:t>,</m:t>
        </m:r>
        <m:r>
          <m:t>v</m:t>
        </m:r>
        <m:r>
          <m:t>-</m:t>
        </m:r>
        <m:r>
          <m:t>t</m:t>
        </m:r>
        <m:r>
          <m:t>,</m:t>
        </m:r>
        <m:r>
          <m:t>a</m:t>
        </m:r>
        <m:r>
          <m:t>-</m:t>
        </m:r>
        <m:r>
          <m:t>t</m:t>
        </m:r>
      </m:oMath>
      <w:r>
        <w:rPr>
          <w:rFonts w:ascii="Calibri" w:hAnsi="Calibri"/>
          <w:b w:val="0"/>
          <w:i w:val="0"/>
          <w:color w:val="000000"/>
          <w:sz w:val="19"/>
        </w:rPr>
        <w: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Besaran Kinematika: Posisi, Perpindahan, Kecepatan, dan Percepatan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besaran skalar (jarak/kelajuan) dengan besaran vektor (perpindahan/kecepatan).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Gerak Lurus Beraturan (GLB) dan Analisis Grafik</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Merumuskan hubungan linier posisi terhadap waktu serta menganalisis grafik s-t dan v-t.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Gerak Lurus Berubah Beraturan (GLBB) Dipercepat dan Diperlambat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3 persamaan matematis GLBB untuk menyelesaikan masalah gerak pengereman kendaraan.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Gerak Jatuh Bebas dan Gerak Vertikal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waktu tempuh dan kecepatan akhir benda jatuh bebas tanpa kecepatan awal (</w:t>
      </w:r>
      <m:oMath>
        <m:sSub>
          <m:e>
            <m:r>
              <m:t>v</m:t>
            </m:r>
          </m:e>
          <m:sub>
            <m:r>
              <m:t>0</m:t>
            </m:r>
          </m:sub>
        </m:sSub>
        <m:r>
          <m:t>=</m:t>
        </m:r>
        <m:r>
          <m:t>0</m:t>
        </m:r>
      </m:oMath>
      <w:r>
        <w:rPr>
          <w:rFonts w:ascii="Calibri" w:hAnsi="Calibri"/>
          <w:b w:val="0"/>
          <w:i w:val="0"/>
          <w:color w:val="000000"/>
          <w:sz w:val="18"/>
        </w:rPr>
        <w: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Sebuah mobil bergerak ke arah timur sejauh 80 meter, kemudian berbelok ke arah utara sejauh 60 meter. Jarak tempuh dan besar perpindahan mobil tersebut berturut-turut adalah...</w:t>
      </w:r>
    </w:p>
    <w:p>
      <w:pPr>
        <w:spacing w:before="0" w:after="20"/>
        <w:ind w:left="576"/>
      </w:pPr>
      <w:r>
        <w:rPr>
          <w:rFonts w:ascii="Calibri" w:hAnsi="Calibri"/>
          <w:b w:val="0"/>
          <w:i w:val="0"/>
          <w:color w:val="000000"/>
          <w:sz w:val="18"/>
        </w:rPr>
        <w:t>140 meter dan 100 meter</w:t>
      </w:r>
    </w:p>
    <w:p>
      <w:pPr>
        <w:spacing w:before="0" w:after="20"/>
        <w:ind w:left="576"/>
      </w:pPr>
      <w:r>
        <w:rPr>
          <w:rFonts w:ascii="Calibri" w:hAnsi="Calibri"/>
          <w:b w:val="0"/>
          <w:i w:val="0"/>
          <w:color w:val="000000"/>
          <w:sz w:val="18"/>
        </w:rPr>
        <w:t>100 meter dan 140 meter</w:t>
      </w:r>
    </w:p>
    <w:p>
      <w:pPr>
        <w:spacing w:before="0" w:after="20"/>
        <w:ind w:left="576"/>
      </w:pPr>
      <w:r>
        <w:rPr>
          <w:rFonts w:ascii="Calibri" w:hAnsi="Calibri"/>
          <w:b w:val="0"/>
          <w:i w:val="0"/>
          <w:color w:val="000000"/>
          <w:sz w:val="18"/>
        </w:rPr>
        <w:t>140 meter dan 20 meter</w:t>
      </w:r>
    </w:p>
    <w:p>
      <w:pPr>
        <w:spacing w:before="0" w:after="20"/>
        <w:ind w:left="576"/>
      </w:pPr>
      <w:r>
        <w:rPr>
          <w:rFonts w:ascii="Calibri" w:hAnsi="Calibri"/>
          <w:b w:val="0"/>
          <w:i w:val="0"/>
          <w:color w:val="000000"/>
          <w:sz w:val="18"/>
        </w:rPr>
        <w:t>100 meter dan 20 meter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Jarak tempuh skalar </w:t>
      </w:r>
      <m:oMath>
        <m:r>
          <m:t>=</m:t>
        </m:r>
        <m:r>
          <m:t>8</m:t>
        </m:r>
        <m:r>
          <m:t>0</m:t>
        </m:r>
        <m:r>
          <m:t>+</m:t>
        </m:r>
        <m:r>
          <m:t>6</m:t>
        </m:r>
        <m:r>
          <m:t>0</m:t>
        </m:r>
        <m:r>
          <m:t>=</m:t>
        </m:r>
        <m:r>
          <m:t>1</m:t>
        </m:r>
        <m:r>
          <m:t>4</m:t>
        </m:r>
        <m:r>
          <m:t>0</m:t>
        </m:r>
      </m:oMath>
      <w:r>
        <w:rPr>
          <w:rFonts w:ascii="Calibri" w:hAnsi="Calibri"/>
          <w:b w:val="0"/>
          <w:i/>
          <w:color w:val="64748B"/>
          <w:sz w:val="17"/>
        </w:rPr>
        <w:t xml:space="preserve"> m. Perpindahan vektor </w:t>
      </w:r>
      <m:oMath>
        <m:r>
          <m:t>=</m:t>
        </m:r>
        <m:rad>
          <m:radPr>
            <m:degHide m:val="1"/>
          </m:radPr>
          <m:deg/>
          <m:e>
            <m:r>
              <m:t>8</m:t>
            </m:r>
            <m:sSup>
              <m:e>
                <m:r>
                  <m:t>0</m:t>
                </m:r>
              </m:e>
              <m:sup>
                <m:r>
                  <m:t>2</m:t>
                </m:r>
              </m:sup>
            </m:sSup>
            <m:r>
              <m:t>+</m:t>
            </m:r>
            <m:r>
              <m:t>6</m:t>
            </m:r>
            <m:sSup>
              <m:e>
                <m:r>
                  <m:t>0</m:t>
                </m:r>
              </m:e>
              <m:sup>
                <m:r>
                  <m:t>2</m:t>
                </m:r>
              </m:sup>
            </m:sSup>
          </m:e>
        </m:rad>
        <m:r>
          <m:t>=</m:t>
        </m:r>
        <m:rad>
          <m:radPr>
            <m:degHide m:val="1"/>
          </m:radPr>
          <m:deg/>
          <m:e>
            <m:r>
              <m:t>6</m:t>
            </m:r>
            <m:r>
              <m:t>4</m:t>
            </m:r>
            <m:r>
              <m:t>0</m:t>
            </m:r>
            <m:r>
              <m:t>0</m:t>
            </m:r>
            <m:r>
              <m:t>+</m:t>
            </m:r>
            <m:r>
              <m:t>3</m:t>
            </m:r>
            <m:r>
              <m:t>6</m:t>
            </m:r>
            <m:r>
              <m:t>0</m:t>
            </m:r>
            <m:r>
              <m:t>0</m:t>
            </m:r>
          </m:e>
        </m:rad>
        <m:r>
          <m:t>=</m:t>
        </m:r>
        <m:rad>
          <m:radPr>
            <m:degHide m:val="1"/>
          </m:radPr>
          <m:deg/>
          <m:e>
            <m:r>
              <m:t>1</m:t>
            </m:r>
            <m:r>
              <m:t>0</m:t>
            </m:r>
            <m:r>
              <m:t>0</m:t>
            </m:r>
            <m:r>
              <m:t>0</m:t>
            </m:r>
            <m:r>
              <m:t>0</m:t>
            </m:r>
          </m:e>
        </m:rad>
        <m:r>
          <m:t>=</m:t>
        </m:r>
        <m:r>
          <m:t>1</m:t>
        </m:r>
        <m:r>
          <m:t>0</m:t>
        </m:r>
        <m:r>
          <m:t>0</m:t>
        </m:r>
      </m:oMath>
      <w:r>
        <w:rPr>
          <w:rFonts w:ascii="Calibri" w:hAnsi="Calibri"/>
          <w:b w:val="0"/>
          <w:i/>
          <w:color w:val="64748B"/>
          <w:sz w:val="17"/>
        </w:rPr>
        <w:t xml:space="preserve"> meter.</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Sebuah benda awalnya diam, kemudian dipercepat beraturan dengan percepatan </w:t>
      </w:r>
      <m:oMath>
        <m:r>
          <m:t>2</m:t>
        </m:r>
        <m:sSup>
          <m:e>
            <m:r>
              <m:t>m</m:t>
            </m:r>
          </m:e>
          <m:sup>
            <m:r>
              <m:t>2</m:t>
            </m:r>
          </m:sup>
        </m:sSup>
      </m:oMath>
      <w:r>
        <w:rPr>
          <w:rFonts w:ascii="Calibri" w:hAnsi="Calibri"/>
          <w:b w:val="0"/>
          <w:i w:val="0"/>
          <w:color w:val="000000"/>
          <w:sz w:val="19"/>
        </w:rPr>
        <w:t xml:space="preserve"> selama 6 detik. Jarak yang ditempuh benda tersebut selama 6 detik adalah...</w:t>
      </w:r>
    </w:p>
    <w:p>
      <w:pPr>
        <w:spacing w:before="0" w:after="20"/>
        <w:ind w:left="576"/>
      </w:pPr>
      <w:r>
        <w:rPr>
          <w:rFonts w:ascii="Calibri" w:hAnsi="Calibri"/>
          <w:b w:val="0"/>
          <w:i w:val="0"/>
          <w:color w:val="000000"/>
          <w:sz w:val="18"/>
        </w:rPr>
        <w:t>12 meter</w:t>
      </w:r>
    </w:p>
    <w:p>
      <w:pPr>
        <w:spacing w:before="0" w:after="20"/>
        <w:ind w:left="576"/>
      </w:pPr>
      <w:r>
        <w:rPr>
          <w:rFonts w:ascii="Calibri" w:hAnsi="Calibri"/>
          <w:b w:val="0"/>
          <w:i w:val="0"/>
          <w:color w:val="000000"/>
          <w:sz w:val="18"/>
        </w:rPr>
        <w:t>24 meter</w:t>
      </w:r>
    </w:p>
    <w:p>
      <w:pPr>
        <w:spacing w:before="0" w:after="20"/>
        <w:ind w:left="576"/>
      </w:pPr>
      <w:r>
        <w:rPr>
          <w:rFonts w:ascii="Calibri" w:hAnsi="Calibri"/>
          <w:b w:val="0"/>
          <w:i w:val="0"/>
          <w:color w:val="000000"/>
          <w:sz w:val="18"/>
        </w:rPr>
        <w:t>36 meter</w:t>
      </w:r>
    </w:p>
    <w:p>
      <w:pPr>
        <w:spacing w:before="0" w:after="20"/>
        <w:ind w:left="576"/>
      </w:pPr>
      <w:r>
        <w:rPr>
          <w:rFonts w:ascii="Calibri" w:hAnsi="Calibri"/>
          <w:b w:val="0"/>
          <w:i w:val="0"/>
          <w:color w:val="000000"/>
          <w:sz w:val="18"/>
        </w:rPr>
        <w:t>72 meter</w:t>
      </w:r>
    </w:p>
    <w:p>
      <w:pPr>
        <w:spacing w:before="20" w:after="80"/>
        <w:ind w:left="576"/>
      </w:pPr>
      <w:r>
        <w:rPr>
          <w:rFonts w:ascii="Calibri" w:hAnsi="Calibri"/>
          <w:i/>
          <w:color w:val="64748B"/>
          <w:sz w:val="17"/>
        </w:rPr>
        <w:t xml:space="preserve">Kunci Jawaban: C — Pembahasan: </w:t>
      </w:r>
      <m:oMath>
        <m:r>
          <m:t>s</m:t>
        </m:r>
        <m:r>
          <m:t>=</m:t>
        </m:r>
        <m:sSub>
          <m:e>
            <m:r>
              <m:t>v</m:t>
            </m:r>
          </m:e>
          <m:sub>
            <m:r>
              <m:t>0</m:t>
            </m:r>
          </m:sub>
        </m:sSub>
        <m:r>
          <m:t>t</m:t>
        </m:r>
        <m:r>
          <m:t>+</m:t>
        </m:r>
        <m:f>
          <m:fPr>
            <m:type m:val="bar"/>
          </m:fPr>
          <m:num>
            <m:r>
              <m:t>1</m:t>
            </m:r>
          </m:num>
          <m:den>
            <m:r>
              <m:t>2</m:t>
            </m:r>
          </m:den>
        </m:f>
        <m:r>
          <m:t>a</m:t>
        </m:r>
        <m:sSup>
          <m:e>
            <m:r>
              <m:t>t</m:t>
            </m:r>
          </m:e>
          <m:sup>
            <m:r>
              <m:t>2</m:t>
            </m:r>
          </m:sup>
        </m:sSup>
        <m:r>
          <m:t>=</m:t>
        </m:r>
        <m:r>
          <m:t>0</m:t>
        </m:r>
        <m:r>
          <m:t>(</m:t>
        </m:r>
        <m:r>
          <m:t>6</m:t>
        </m:r>
        <m:r>
          <m:t>)</m:t>
        </m:r>
        <m:r>
          <m:t>+</m:t>
        </m:r>
        <m:f>
          <m:fPr>
            <m:type m:val="bar"/>
          </m:fPr>
          <m:num>
            <m:r>
              <m:t>1</m:t>
            </m:r>
          </m:num>
          <m:den>
            <m:r>
              <m:t>2</m:t>
            </m:r>
          </m:den>
        </m:f>
        <m:r>
          <m:t>(</m:t>
        </m:r>
        <m:r>
          <m:t>2</m:t>
        </m:r>
        <m:r>
          <m:t>)</m:t>
        </m:r>
        <m:r>
          <m:t>(</m:t>
        </m:r>
        <m:sSup>
          <m:e>
            <m:r>
              <m:t>6</m:t>
            </m:r>
          </m:e>
          <m:sup>
            <m:r>
              <m:t>2</m:t>
            </m:r>
          </m:sup>
        </m:sSup>
        <m:r>
          <m:t>)</m:t>
        </m:r>
        <m:r>
          <m:t>=</m:t>
        </m:r>
        <m:r>
          <m:t>1</m:t>
        </m:r>
        <m:r>
          <m:t>×</m:t>
        </m:r>
        <m:r>
          <m:t>3</m:t>
        </m:r>
        <m:r>
          <m:t>6</m:t>
        </m:r>
        <m:r>
          <m:t>=</m:t>
        </m:r>
        <m:r>
          <m:t>3</m:t>
        </m:r>
        <m:r>
          <m:t>6</m:t>
        </m:r>
      </m:oMath>
      <w:r>
        <w:rPr>
          <w:rFonts w:ascii="Calibri" w:hAnsi="Calibri"/>
          <w:b w:val="0"/>
          <w:i/>
          <w:color w:val="64748B"/>
          <w:sz w:val="17"/>
        </w:rPr>
        <w:t xml:space="preserve"> meter.</w:t>
      </w:r>
    </w:p>
    <w:p>
      <w:pPr>
        <w:spacing w:before="80" w:after="40"/>
        <w:ind w:left="216"/>
      </w:pPr>
      <w:r>
        <w:rPr>
          <w:rFonts w:ascii="Calibri" w:hAnsi="Calibri"/>
          <w:b/>
          <w:color w:val="000000"/>
          <w:sz w:val="19"/>
        </w:rPr>
        <w:t xml:space="preserve">3. </w:t>
      </w:r>
      <w:r>
        <w:rPr>
          <w:rFonts w:ascii="Calibri" w:hAnsi="Calibri"/>
          <w:b w:val="0"/>
          <w:i w:val="0"/>
          <w:color w:val="000000"/>
          <w:sz w:val="19"/>
        </w:rPr>
        <w:t xml:space="preserve">Mobil yang melaju dengan kecepatan awal </w:t>
      </w:r>
      <m:oMath>
        <m:r>
          <m:t>2</m:t>
        </m:r>
        <m:r>
          <m:t>0</m:t>
        </m:r>
        <m:r>
          <m:t>m</m:t>
        </m:r>
      </m:oMath>
      <w:r>
        <w:rPr>
          <w:rFonts w:ascii="Calibri" w:hAnsi="Calibri"/>
          <w:b w:val="0"/>
          <w:i w:val="0"/>
          <w:color w:val="000000"/>
          <w:sz w:val="19"/>
        </w:rPr>
        <w:t xml:space="preserve"> direm sehingga berhenti tepat pada jarak 40 meter. Besar perlambatan mobil akibat pengereman tersebut adalah...</w:t>
      </w:r>
    </w:p>
    <w:p>
      <w:pPr>
        <w:spacing w:before="0" w:after="20"/>
        <w:ind w:left="576"/>
      </w:pPr>
      <m:oMath>
        <m:r>
          <m:t>2</m:t>
        </m:r>
        <m:r>
          <m:t>,</m:t>
        </m:r>
        <m:r>
          <m:t>5</m:t>
        </m:r>
        <m:sSup>
          <m:e>
            <m:r>
              <m:t>m</m:t>
            </m:r>
          </m:e>
          <m:sup>
            <m:r>
              <m:t>2</m:t>
            </m:r>
          </m:sup>
        </m:sSup>
      </m:oMath>
    </w:p>
    <w:p>
      <w:pPr>
        <w:spacing w:before="0" w:after="20"/>
        <w:ind w:left="576"/>
      </w:pPr>
      <m:oMath>
        <m:r>
          <m:t>5</m:t>
        </m:r>
        <m:sSup>
          <m:e>
            <m:r>
              <m:t>m</m:t>
            </m:r>
          </m:e>
          <m:sup>
            <m:r>
              <m:t>2</m:t>
            </m:r>
          </m:sup>
        </m:sSup>
      </m:oMath>
    </w:p>
    <w:p>
      <w:pPr>
        <w:spacing w:before="0" w:after="20"/>
        <w:ind w:left="576"/>
      </w:pPr>
      <m:oMath>
        <m:r>
          <m:t>1</m:t>
        </m:r>
        <m:r>
          <m:t>0</m:t>
        </m:r>
        <m:sSup>
          <m:e>
            <m:r>
              <m:t>m</m:t>
            </m:r>
          </m:e>
          <m:sup>
            <m:r>
              <m:t>2</m:t>
            </m:r>
          </m:sup>
        </m:sSup>
      </m:oMath>
    </w:p>
    <w:p>
      <w:pPr>
        <w:spacing w:before="0" w:after="20"/>
        <w:ind w:left="576"/>
      </w:pPr>
      <m:oMath>
        <m:r>
          <m:t>2</m:t>
        </m:r>
        <m:r>
          <m:t>0</m:t>
        </m:r>
        <m:sSup>
          <m:e>
            <m:r>
              <m:t>m</m:t>
            </m:r>
          </m:e>
          <m:sup>
            <m:r>
              <m:t>2</m:t>
            </m:r>
          </m:sup>
        </m:sSup>
      </m:oMath>
    </w:p>
    <w:p>
      <w:pPr>
        <w:spacing w:before="20" w:after="80"/>
        <w:ind w:left="576"/>
      </w:pPr>
      <w:r>
        <w:rPr>
          <w:rFonts w:ascii="Calibri" w:hAnsi="Calibri"/>
          <w:i/>
          <w:color w:val="64748B"/>
          <w:sz w:val="17"/>
        </w:rPr>
        <w:t xml:space="preserve">Kunci Jawaban: B — Pembahasan: </w:t>
      </w:r>
      <m:oMath>
        <m:sSubSup>
          <m:e>
            <m:r>
              <m:t>v</m:t>
            </m:r>
          </m:e>
          <m:sub>
            <m:r>
              <m:t>t</m:t>
            </m:r>
          </m:sub>
          <m:sup>
            <m:r>
              <m:t>2</m:t>
            </m:r>
          </m:sup>
        </m:sSubSup>
        <m:r>
          <m:t>=</m:t>
        </m:r>
        <m:sSubSup>
          <m:e>
            <m:r>
              <m:t>v</m:t>
            </m:r>
          </m:e>
          <m:sub>
            <m:r>
              <m:t>0</m:t>
            </m:r>
          </m:sub>
          <m:sup>
            <m:r>
              <m:t>2</m:t>
            </m:r>
          </m:sup>
        </m:sSubSup>
        <m:r>
          <m:t>-</m:t>
        </m:r>
        <m:r>
          <m:t>2</m:t>
        </m:r>
        <m:r>
          <m:t>a</m:t>
        </m:r>
        <m:r>
          <m:t>s</m:t>
        </m:r>
        <m:r>
          <m:t>→</m:t>
        </m:r>
        <m:r>
          <m:t>0</m:t>
        </m:r>
        <m:r>
          <m:t>=</m:t>
        </m:r>
        <m:r>
          <m:t>2</m:t>
        </m:r>
        <m:sSup>
          <m:e>
            <m:r>
              <m:t>0</m:t>
            </m:r>
          </m:e>
          <m:sup>
            <m:r>
              <m:t>2</m:t>
            </m:r>
          </m:sup>
        </m:sSup>
        <m:r>
          <m:t>-</m:t>
        </m:r>
        <m:r>
          <m:t>2</m:t>
        </m:r>
        <m:r>
          <m:t>(</m:t>
        </m:r>
        <m:r>
          <m:t>a</m:t>
        </m:r>
        <m:r>
          <m:t>)</m:t>
        </m:r>
        <m:r>
          <m:t>(</m:t>
        </m:r>
        <m:r>
          <m:t>4</m:t>
        </m:r>
        <m:r>
          <m:t>0</m:t>
        </m:r>
        <m:r>
          <m:t>)</m:t>
        </m:r>
        <m:r>
          <m:t>→</m:t>
        </m:r>
        <m:r>
          <m:t>8</m:t>
        </m:r>
        <m:r>
          <m:t>0</m:t>
        </m:r>
        <m:r>
          <m:t>a</m:t>
        </m:r>
        <m:r>
          <m:t>=</m:t>
        </m:r>
        <m:r>
          <m:t>4</m:t>
        </m:r>
        <m:r>
          <m:t>0</m:t>
        </m:r>
        <m:r>
          <m:t>0</m:t>
        </m:r>
        <m:r>
          <m:t>→</m:t>
        </m:r>
        <m:r>
          <m:t>a</m:t>
        </m:r>
        <m:r>
          <m:t>=</m:t>
        </m:r>
        <m:r>
          <m:t>5</m:t>
        </m:r>
        <m:sSup>
          <m:e>
            <m:r>
              <m:t>m</m:t>
            </m:r>
          </m:e>
          <m:sup>
            <m:r>
              <m:t>2</m:t>
            </m:r>
          </m:sup>
        </m:sSup>
      </m:oMath>
      <w:r>
        <w:rPr>
          <w:rFonts w:ascii="Calibri" w:hAnsi="Calibri"/>
          <w:b w:val="0"/>
          <w:i/>
          <w:color w:val="64748B"/>
          <w:sz w:val="17"/>
        </w:rPr>
        <w:t>.</w:t>
      </w:r>
    </w:p>
    <w:p>
      <w:pPr>
        <w:spacing w:before="80" w:after="40"/>
        <w:ind w:left="216"/>
      </w:pPr>
      <w:r>
        <w:rPr>
          <w:rFonts w:ascii="Calibri" w:hAnsi="Calibri"/>
          <w:b/>
          <w:color w:val="000000"/>
          <w:sz w:val="19"/>
        </w:rPr>
        <w:t xml:space="preserve">4. </w:t>
      </w:r>
      <w:r>
        <w:rPr>
          <w:rFonts w:ascii="Calibri" w:hAnsi="Calibri"/>
          <w:b w:val="0"/>
          <w:i w:val="0"/>
          <w:color w:val="000000"/>
          <w:sz w:val="19"/>
        </w:rPr>
        <w:t>Sebuah batu dijatuhkan bebas dari puncak gedung setinggi 45 meter (</w:t>
      </w:r>
      <m:oMath>
        <m:r>
          <m:t>g</m:t>
        </m:r>
        <m:r>
          <m:t>=</m:t>
        </m:r>
        <m:r>
          <m:t>1</m:t>
        </m:r>
        <m:r>
          <m:t>0</m:t>
        </m:r>
        <m:sSup>
          <m:e>
            <m:r>
              <m:t>m</m:t>
            </m:r>
          </m:e>
          <m:sup>
            <m:r>
              <m:t>2</m:t>
            </m:r>
          </m:sup>
        </m:sSup>
      </m:oMath>
      <w:r>
        <w:rPr>
          <w:rFonts w:ascii="Calibri" w:hAnsi="Calibri"/>
          <w:b w:val="0"/>
          <w:i w:val="0"/>
          <w:color w:val="000000"/>
          <w:sz w:val="19"/>
        </w:rPr>
        <w:t>). Waktu yang dibutuhkan batu untuk mencapai tanah adalah...</w:t>
      </w:r>
    </w:p>
    <w:p>
      <w:pPr>
        <w:spacing w:before="0" w:after="20"/>
        <w:ind w:left="576"/>
      </w:pPr>
      <w:r>
        <w:rPr>
          <w:rFonts w:ascii="Calibri" w:hAnsi="Calibri"/>
          <w:b w:val="0"/>
          <w:i w:val="0"/>
          <w:color w:val="000000"/>
          <w:sz w:val="18"/>
        </w:rPr>
        <w:t>2 detik</w:t>
      </w:r>
    </w:p>
    <w:p>
      <w:pPr>
        <w:spacing w:before="0" w:after="20"/>
        <w:ind w:left="576"/>
      </w:pPr>
      <w:r>
        <w:rPr>
          <w:rFonts w:ascii="Calibri" w:hAnsi="Calibri"/>
          <w:b w:val="0"/>
          <w:i w:val="0"/>
          <w:color w:val="000000"/>
          <w:sz w:val="18"/>
        </w:rPr>
        <w:t>3 detik</w:t>
      </w:r>
    </w:p>
    <w:p>
      <w:pPr>
        <w:spacing w:before="0" w:after="20"/>
        <w:ind w:left="576"/>
      </w:pPr>
      <w:r>
        <w:rPr>
          <w:rFonts w:ascii="Calibri" w:hAnsi="Calibri"/>
          <w:b w:val="0"/>
          <w:i w:val="0"/>
          <w:color w:val="000000"/>
          <w:sz w:val="18"/>
        </w:rPr>
        <w:t>4,5 detik</w:t>
      </w:r>
    </w:p>
    <w:p>
      <w:pPr>
        <w:spacing w:before="0" w:after="20"/>
        <w:ind w:left="576"/>
      </w:pPr>
      <w:r>
        <w:rPr>
          <w:rFonts w:ascii="Calibri" w:hAnsi="Calibri"/>
          <w:b w:val="0"/>
          <w:i w:val="0"/>
          <w:color w:val="000000"/>
          <w:sz w:val="18"/>
        </w:rPr>
        <w:t>9 detik</w:t>
      </w:r>
    </w:p>
    <w:p>
      <w:pPr>
        <w:spacing w:before="20" w:after="80"/>
        <w:ind w:left="576"/>
      </w:pPr>
      <w:r>
        <w:rPr>
          <w:rFonts w:ascii="Calibri" w:hAnsi="Calibri"/>
          <w:i/>
          <w:color w:val="64748B"/>
          <w:sz w:val="17"/>
        </w:rPr>
        <w:t xml:space="preserve">Kunci Jawaban: B — Pembahasan: </w:t>
      </w:r>
      <m:oMath>
        <m:r>
          <m:t>h</m:t>
        </m:r>
        <m:r>
          <m:t>=</m:t>
        </m:r>
        <m:f>
          <m:fPr>
            <m:type m:val="bar"/>
          </m:fPr>
          <m:num>
            <m:r>
              <m:t>1</m:t>
            </m:r>
          </m:num>
          <m:den>
            <m:r>
              <m:t>2</m:t>
            </m:r>
          </m:den>
        </m:f>
        <m:r>
          <m:t>g</m:t>
        </m:r>
        <m:sSup>
          <m:e>
            <m:r>
              <m:t>t</m:t>
            </m:r>
          </m:e>
          <m:sup>
            <m:r>
              <m:t>2</m:t>
            </m:r>
          </m:sup>
        </m:sSup>
        <m:r>
          <m:t>→</m:t>
        </m:r>
        <m:r>
          <m:t>4</m:t>
        </m:r>
        <m:r>
          <m:t>5</m:t>
        </m:r>
        <m:r>
          <m:t>=</m:t>
        </m:r>
        <m:f>
          <m:fPr>
            <m:type m:val="bar"/>
          </m:fPr>
          <m:num>
            <m:r>
              <m:t>1</m:t>
            </m:r>
          </m:num>
          <m:den>
            <m:r>
              <m:t>2</m:t>
            </m:r>
          </m:den>
        </m:f>
        <m:r>
          <m:t>(</m:t>
        </m:r>
        <m:r>
          <m:t>1</m:t>
        </m:r>
        <m:r>
          <m:t>0</m:t>
        </m:r>
        <m:r>
          <m:t>)</m:t>
        </m:r>
        <m:sSup>
          <m:e>
            <m:r>
              <m:t>t</m:t>
            </m:r>
          </m:e>
          <m:sup>
            <m:r>
              <m:t>2</m:t>
            </m:r>
          </m:sup>
        </m:sSup>
        <m:r>
          <m:t>→</m:t>
        </m:r>
        <m:r>
          <m:t>4</m:t>
        </m:r>
        <m:r>
          <m:t>5</m:t>
        </m:r>
        <m:r>
          <m:t>=</m:t>
        </m:r>
        <m:r>
          <m:t>5</m:t>
        </m:r>
        <m:sSup>
          <m:e>
            <m:r>
              <m:t>t</m:t>
            </m:r>
          </m:e>
          <m:sup>
            <m:r>
              <m:t>2</m:t>
            </m:r>
          </m:sup>
        </m:sSup>
        <m:r>
          <m:t>→</m:t>
        </m:r>
        <m:sSup>
          <m:e>
            <m:r>
              <m:t>t</m:t>
            </m:r>
          </m:e>
          <m:sup>
            <m:r>
              <m:t>2</m:t>
            </m:r>
          </m:sup>
        </m:sSup>
        <m:r>
          <m:t>=</m:t>
        </m:r>
        <m:r>
          <m:t>9</m:t>
        </m:r>
        <m:r>
          <m:t>→</m:t>
        </m:r>
        <m:r>
          <m:t>t</m:t>
        </m:r>
        <m:r>
          <m:t>=</m:t>
        </m:r>
        <m:r>
          <m:t>3</m:t>
        </m:r>
      </m:oMath>
      <w:r>
        <w:rPr>
          <w:rFonts w:ascii="Calibri" w:hAnsi="Calibri"/>
          <w:b w:val="0"/>
          <w:i/>
          <w:color w:val="64748B"/>
          <w:sz w:val="17"/>
        </w:rPr>
        <w:t xml:space="preserve"> detik.</w:t>
      </w:r>
    </w:p>
    <w:p>
      <w:pPr>
        <w:spacing w:before="80" w:after="40"/>
        <w:ind w:left="216"/>
      </w:pPr>
      <w:r>
        <w:rPr>
          <w:rFonts w:ascii="Calibri" w:hAnsi="Calibri"/>
          <w:b/>
          <w:color w:val="000000"/>
          <w:sz w:val="19"/>
        </w:rPr>
        <w:t xml:space="preserve">5. </w:t>
      </w:r>
      <w:r>
        <w:rPr>
          <w:rFonts w:ascii="Calibri" w:hAnsi="Calibri"/>
          <w:b w:val="0"/>
          <w:i w:val="0"/>
          <w:color w:val="000000"/>
          <w:sz w:val="19"/>
        </w:rPr>
        <w:t>Luas daerah di bawah kurva grafik kecepatan terhadap waktu (</w:t>
      </w:r>
      <m:oMath>
        <m:r>
          <m:t>v</m:t>
        </m:r>
        <m:r>
          <m:t>-</m:t>
        </m:r>
        <m:r>
          <m:t>t</m:t>
        </m:r>
      </m:oMath>
      <w:r>
        <w:rPr>
          <w:rFonts w:ascii="Calibri" w:hAnsi="Calibri"/>
          <w:b w:val="0"/>
          <w:i w:val="0"/>
          <w:color w:val="000000"/>
          <w:sz w:val="19"/>
        </w:rPr>
        <w:t>) merepresentasikan besaran...</w:t>
      </w:r>
    </w:p>
    <w:p>
      <w:pPr>
        <w:spacing w:before="0" w:after="20"/>
        <w:ind w:left="576"/>
      </w:pPr>
      <w:r>
        <w:rPr>
          <w:rFonts w:ascii="Calibri" w:hAnsi="Calibri"/>
          <w:b w:val="0"/>
          <w:i w:val="0"/>
          <w:color w:val="000000"/>
          <w:sz w:val="18"/>
        </w:rPr>
        <w:t>Percepatan benda</w:t>
      </w:r>
    </w:p>
    <w:p>
      <w:pPr>
        <w:spacing w:before="0" w:after="20"/>
        <w:ind w:left="576"/>
      </w:pPr>
      <w:r>
        <w:rPr>
          <w:rFonts w:ascii="Calibri" w:hAnsi="Calibri"/>
          <w:b w:val="0"/>
          <w:i w:val="0"/>
          <w:color w:val="000000"/>
          <w:sz w:val="18"/>
        </w:rPr>
        <w:t>Jarak / Perpindahan yang ditempuh</w:t>
      </w:r>
    </w:p>
    <w:p>
      <w:pPr>
        <w:spacing w:before="0" w:after="20"/>
        <w:ind w:left="576"/>
      </w:pPr>
      <w:r>
        <w:rPr>
          <w:rFonts w:ascii="Calibri" w:hAnsi="Calibri"/>
          <w:b w:val="0"/>
          <w:i w:val="0"/>
          <w:color w:val="000000"/>
          <w:sz w:val="18"/>
        </w:rPr>
        <w:t>Gaya gesekan</w:t>
      </w:r>
    </w:p>
    <w:p>
      <w:pPr>
        <w:spacing w:before="0" w:after="20"/>
        <w:ind w:left="576"/>
      </w:pPr>
      <w:r>
        <w:rPr>
          <w:rFonts w:ascii="Calibri" w:hAnsi="Calibri"/>
          <w:b w:val="0"/>
          <w:i w:val="0"/>
          <w:color w:val="000000"/>
          <w:sz w:val="18"/>
        </w:rPr>
        <w:t>Daya mekanik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 xml:space="preserve">Pada grafik </w:t>
      </w:r>
      <m:oMath>
        <m:r>
          <m:t>v</m:t>
        </m:r>
        <m:r>
          <m:t>-</m:t>
        </m:r>
        <m:r>
          <m:t>t</m:t>
        </m:r>
      </m:oMath>
      <w:r>
        <w:rPr>
          <w:rFonts w:ascii="Calibri" w:hAnsi="Calibri"/>
          <w:b w:val="0"/>
          <w:i/>
          <w:color w:val="64748B"/>
          <w:sz w:val="17"/>
        </w:rPr>
        <w:t>, luas daerah di bawah kurva (</w:t>
      </w:r>
      <m:oMath>
        <m:r>
          <m:t>int</m:t>
        </m:r>
        <m:r>
          <m:t>v</m:t>
        </m:r>
        <m:r>
          <m:t> </m:t>
        </m:r>
        <m:r>
          <m:t>d</m:t>
        </m:r>
        <m:r>
          <m:t>t</m:t>
        </m:r>
      </m:oMath>
      <w:r>
        <w:rPr>
          <w:rFonts w:ascii="Calibri" w:hAnsi="Calibri"/>
          <w:b w:val="0"/>
          <w:i/>
          <w:color w:val="64748B"/>
          <w:sz w:val="17"/>
        </w:rPr>
        <w:t>) secara fisis sama dengan besar perpindahan atau jarak tempuh benda.</w:t>
      </w:r>
    </w:p>
    <w:p>
      <w:r>
        <w:br w:type="page"/>
      </w:r>
    </w:p>
    <w:p>
      <w:pPr>
        <w:pStyle w:val="Title"/>
      </w:pPr>
      <w:r>
        <w:t>LEMBAR KERJA PESERTA DIDIK (LKPD)</w:t>
      </w:r>
    </w:p>
    <w:p>
      <w:pPr>
        <w:pStyle w:val="Subtitle"/>
      </w:pPr>
      <w:r>
        <w:t>Mata Pelajaran: Fisika • Bab 2: Kinematika Gerak Lurus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Besaran Kinematika: Posisi, Perpindahan, Kecepatan, dan Percepatan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besaran skalar (jarak/kelajuan) dengan besaran vektor (perpindahan/kecepatan).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Gerak Lurus Beraturan (GLB) dan Analisis Grafik</w:t>
      </w:r>
    </w:p>
    <w:p>
      <w:pPr>
        <w:spacing w:before="20" w:after="60"/>
        <w:ind w:left="216"/>
      </w:pPr>
      <w:r>
        <w:rPr>
          <w:rFonts w:ascii="Calibri" w:hAnsi="Calibri"/>
          <w:color w:val="000000"/>
          <w:sz w:val="18"/>
        </w:rPr>
        <w:t xml:space="preserve">Petunjuk: </w:t>
      </w:r>
      <w:r>
        <w:rPr>
          <w:rFonts w:ascii="Calibri" w:hAnsi="Calibri"/>
          <w:b w:val="0"/>
          <w:i w:val="0"/>
          <w:color w:val="000000"/>
          <w:sz w:val="18"/>
        </w:rPr>
        <w:t>Merumuskan hubungan linier posisi terhadap waktu serta menganalisis grafik s-t dan v-t.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Gerak Lurus Berubah Beraturan (GLBB) Dipercepat dan Diperlambat</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3 persamaan matematis GLBB untuk menyelesaikan masalah gerak pengereman kendaraan.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Gerak Jatuh Bebas dan Gerak Vertikal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waktu tempuh dan kecepatan akhir benda jatuh bebas tanpa kecepatan awal (</w:t>
      </w:r>
      <m:oMath>
        <m:sSub>
          <m:e>
            <m:r>
              <m:t>v</m:t>
            </m:r>
          </m:e>
          <m:sub>
            <m:r>
              <m:t>0</m:t>
            </m:r>
          </m:sub>
        </m:sSub>
        <m:r>
          <m:t>=</m:t>
        </m:r>
        <m:r>
          <m:t>0</m:t>
        </m:r>
      </m:oMath>
      <w:r>
        <w:rPr>
          <w:rFonts w:ascii="Calibri" w:hAnsi="Calibri"/>
          <w:b w:val="0"/>
          <w:i w:val="0"/>
          <w:color w:val="000000"/>
          <w:sz w:val="18"/>
        </w:rPr>
        <w: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Kinematika gerak mempelajari karakteristik gerak benda tanpa meninjau penyebab terjadinya gaya. Pemahaman vektor perpindahan dan skalar jarak tempuh menjadi pembeda mendasar dalam mendefinisikan kelajuan rata-rata dan kecepatan sesaat.</w:t>
      </w:r>
    </w:p>
    <w:p>
      <w:pPr>
        <w:spacing w:before="40" w:after="60" w:line="276" w:lineRule="auto"/>
      </w:pPr>
      <w:r>
        <w:rPr>
          <w:rFonts w:ascii="Calibri" w:hAnsi="Calibri"/>
          <w:b w:val="0"/>
          <w:i w:val="0"/>
          <w:color w:val="000000"/>
          <w:sz w:val="19"/>
        </w:rPr>
        <w:t>Gerak Lurus Beraturan (GLB) terjadi ketika benda bergerak pada lintasan lurus dengan kecepatan konstan (percepatan nol). Sementara pada Gerak Lurus Berubah Beraturan (GLBB), kecepatan benda bertambah atau berkurang secara teratur akibat percepatan konstan (</w:t>
      </w:r>
      <m:oMath>
        <m:sSub>
          <m:e>
            <m:r>
              <m:t>v</m:t>
            </m:r>
          </m:e>
          <m:sub>
            <m:r>
              <m:t>t</m:t>
            </m:r>
          </m:sub>
        </m:sSub>
        <m:r>
          <m:t>=</m:t>
        </m:r>
        <m:sSub>
          <m:e>
            <m:r>
              <m:t>v</m:t>
            </m:r>
          </m:e>
          <m:sub>
            <m:r>
              <m:t>0</m:t>
            </m:r>
          </m:sub>
        </m:sSub>
        <m:r>
          <m:t>+</m:t>
        </m:r>
        <m:r>
          <m:t>a</m:t>
        </m:r>
        <m:r>
          <m:t>t</m:t>
        </m:r>
        <m:r>
          <m:t>,</m:t>
        </m:r>
        <m:r>
          <m:t>s</m:t>
        </m:r>
        <m:r>
          <m:t>=</m:t>
        </m:r>
        <m:sSub>
          <m:e>
            <m:r>
              <m:t>v</m:t>
            </m:r>
          </m:e>
          <m:sub>
            <m:r>
              <m:t>0</m:t>
            </m:r>
          </m:sub>
        </m:sSub>
        <m:r>
          <m:t>t</m:t>
        </m:r>
        <m:r>
          <m:t>+</m:t>
        </m:r>
        <m:f>
          <m:fPr>
            <m:type m:val="bar"/>
          </m:fPr>
          <m:num>
            <m:r>
              <m:t>1</m:t>
            </m:r>
          </m:num>
          <m:den>
            <m:r>
              <m:t>2</m:t>
            </m:r>
          </m:den>
        </m:f>
        <m:r>
          <m:t>a</m:t>
        </m:r>
        <m:sSup>
          <m:e>
            <m:r>
              <m:t>t</m:t>
            </m:r>
          </m:e>
          <m:sup>
            <m:r>
              <m:t>2</m:t>
            </m:r>
          </m:sup>
        </m:sSup>
        <m:r>
          <m:t>,</m:t>
        </m:r>
        <m:sSubSup>
          <m:e>
            <m:r>
              <m:t>v</m:t>
            </m:r>
          </m:e>
          <m:sub>
            <m:r>
              <m:t>t</m:t>
            </m:r>
          </m:sub>
          <m:sup>
            <m:r>
              <m:t>2</m:t>
            </m:r>
          </m:sup>
        </m:sSubSup>
        <m:r>
          <m:t>=</m:t>
        </m:r>
        <m:sSubSup>
          <m:e>
            <m:r>
              <m:t>v</m:t>
            </m:r>
          </m:e>
          <m:sub>
            <m:r>
              <m:t>0</m:t>
            </m:r>
          </m:sub>
          <m:sup>
            <m:r>
              <m:t>2</m:t>
            </m:r>
          </m:sup>
        </m:sSubSup>
        <m:r>
          <m:t>+</m:t>
        </m:r>
        <m:r>
          <m:t>2</m:t>
        </m:r>
        <m:r>
          <m:t>a</m:t>
        </m:r>
        <m:r>
          <m:t>s</m:t>
        </m:r>
      </m:oMath>
      <w:r>
        <w:rPr>
          <w:rFonts w:ascii="Calibri" w:hAnsi="Calibri"/>
          <w:b w:val="0"/>
          <w:i w:val="0"/>
          <w:color w:val="000000"/>
          <w:sz w:val="19"/>
        </w:rPr>
        <w:t>).</w:t>
      </w:r>
    </w:p>
    <w:p>
      <w:pPr>
        <w:spacing w:before="40" w:after="60" w:line="276" w:lineRule="auto"/>
      </w:pPr>
      <w:r>
        <w:rPr>
          <w:rFonts w:ascii="Calibri" w:hAnsi="Calibri"/>
          <w:b w:val="0"/>
          <w:i w:val="0"/>
          <w:color w:val="000000"/>
          <w:sz w:val="19"/>
        </w:rPr>
        <w:t>Gerak vertikal seperti gerak jatuh bebas dan gerak vertikal ke atas merupakan fenomena GLBB di bawah pengaruh percepatan gravitasi bumi (</w:t>
      </w:r>
      <m:oMath>
        <m:r>
          <m:t>g</m:t>
        </m:r>
        <m:r>
          <m:t>≈</m:t>
        </m:r>
        <m:r>
          <m:t>9</m:t>
        </m:r>
        <m:r>
          <m:t>,</m:t>
        </m:r>
        <m:r>
          <m:t>8</m:t>
        </m:r>
        <m:sSup>
          <m:e>
            <m:r>
              <m:t>m</m:t>
            </m:r>
          </m:e>
          <m:sup>
            <m:r>
              <m:t>2</m:t>
            </m:r>
          </m:sup>
        </m:sSup>
      </m:oMath>
      <w:r>
        <w:rPr>
          <w:rFonts w:ascii="Calibri" w:hAnsi="Calibri"/>
          <w:b w:val="0"/>
          <w:i w:val="0"/>
          <w:color w:val="000000"/>
          <w:sz w:val="19"/>
        </w:rPr>
        <w:t xml:space="preserve">). Peserta didik dilatih menginterpretasikan kemiringan gradien dan luas daerah di bawah kurva grafik </w:t>
      </w:r>
      <m:oMath>
        <m:r>
          <m:t>v</m:t>
        </m:r>
        <m:r>
          <m:t>-</m:t>
        </m:r>
        <m:r>
          <m:t>t</m:t>
        </m:r>
      </m:oMath>
      <w:r>
        <w:rPr>
          <w:rFonts w:ascii="Calibri" w:hAnsi="Calibri"/>
          <w:b w:val="0"/>
          <w:i w:val="0"/>
          <w:color w:val="000000"/>
          <w:sz w:val="19"/>
        </w:rPr>
        <w: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Perpindahan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Perubahan posisi kedudukan suatu benda dari titik awal ke titik akhir yang diukur sebagai besaran vektor berarah.</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GLB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 suatu benda pada lintasan garis lurus dengan kecepatan yang selalu tetap (konstan) setiap saat (</w:t>
            </w:r>
            <m:oMath>
              <m:r>
                <m:t>a</m:t>
              </m:r>
              <m:r>
                <m:t>=</m:t>
              </m:r>
              <m:r>
                <m:t>0</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GLBB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 benda pada lintasan lurus dengan percepatan yang bernilai tetap, sehingga kecepatannya berubah secara linier teratur.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Gerak Jatuh Bebas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Gerak vertikal ke bawah yang dialami benda murni akibat tarikan gravitasi bumi tanpa memiliki kecepatan awal (</w:t>
            </w:r>
            <m:oMath>
              <m:sSub>
                <m:e>
                  <m:r>
                    <m:t>v</m:t>
                  </m:r>
                </m:e>
                <m:sub>
                  <m:r>
                    <m:t>0</m:t>
                  </m:r>
                </m:sub>
              </m:sSub>
              <m:r>
                <m:t>=</m:t>
              </m:r>
              <m:r>
                <m:t>0</m:t>
              </m:r>
            </m:oMath>
            <w:r>
              <w:rPr>
                <w:rFonts w:ascii="Calibri" w:hAnsi="Calibri"/>
                <w:b w:val="0"/>
                <w:i w:val="0"/>
                <w:color w:val="000000"/>
                <w:sz w:val="18"/>
              </w:rPr>
              <w: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Gradien Grafik v-t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Tingkat kemiringan garis kurva grafik kecepatan terhadap waktu yang merepresentasikan nilai percepatan benda (</w:t>
            </w:r>
            <m:oMath>
              <m:r>
                <m:t>a</m:t>
              </m:r>
              <m:r>
                <m:t>=</m:t>
              </m:r>
              <m:f>
                <m:fPr>
                  <m:type m:val="bar"/>
                </m:fPr>
                <m:num>
                  <m:r>
                    <m:t>Δ</m:t>
                  </m:r>
                  <m:r>
                    <m:t>v</m:t>
                  </m:r>
                </m:num>
                <m:den>
                  <m:r>
                    <m:t>Δ</m:t>
                  </m:r>
                  <m:r>
                    <m:t>t</m:t>
                  </m:r>
                </m:den>
              </m:f>
            </m:oMath>
            <w:r>
              <w:rPr>
                <w:rFonts w:ascii="Calibri" w:hAnsi="Calibri"/>
                <w:b w:val="0"/>
                <w:i w:val="0"/>
                <w:color w:val="000000"/>
                <w:sz w:val="18"/>
              </w:rPr>
              <w: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Fisika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