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Ketenagakerjaan, Pengangguran, dan Sistem Upah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ketenagakerjaan, angkatan kerja, dan indikator pasar kerja.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jenis-jenis pengangguran dan merumuskan solusi kebijakan pengentasannya.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sistem pengupahan di Indonesia dan peluang bonus demografi.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tenaga kerja, angkatan kerja, tingkat partisipasi angkatan kerja (TPAK), jenis-jenis pengangguran (friksional, struktural, siklis, musiman), dampak pengangguran, sistem pengupahan (upah minimum provinsi/kabupaten UMP/UMK), serta pemanfaatan Bonus Demografi Indonesia.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Klasifikasi Tenaga Kerja dan Tingkat Partisipasi Angkatan Kerja (TPAK)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rasio TPAK dan Tingkat Pengangguran Terbuka (TPT) dari data sensus BPS.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Jenis-Jenis Pengangguran Berdasarkan Sifat dan Penyebabnya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pengangguran friksional, struktural, konjungtural, dan friksional era otomatisasi.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Dampak Pengangguran terhadap Sosial-Ekonomi dan Solusi Kebijakan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penurunan pendapatan per kapita, kerawanan sosial, dan program padat karya serta prakerja.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Sistem Pengupahan dan Pemanfaatan Peluang Bonus Demografi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formulasi UMP, produktivitas tenaga kerja, dan kesiapan bonus demografi Indonesia Emas 2045.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Pengangguran yang terjadi akibat peralihan teknologi di pabrik tekstil dari mesin manual menjadi mesin robotik otomatis sehingga pekerja manual kehilangan pekerjaan disebut pengangguran...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Struktural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Friksional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Musiman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Volunter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Pengangguran struktural timbul karena adanya disrupsi teknologi dan pergeseran struktur keahlian kerja.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Seorang lulusan sarjana baru yang sedang menunggu panggilan wawancara kerja dari tiga perusahaan yang dilamarnya selama dua minggu termasuk kategori pengangguran...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Friksional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Struktural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Siklis konjungtur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Musiman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Pengangguran friksional bersifat temporer karena adanya waktu jeda pencocokan informasi lowongan kerja bagi pencari kerja.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Kondisi di mana proporsi penduduk usia produktif (</w:t>
      </w:r>
      <m:oMath>
        <m:r>
          <m:t>1</m:t>
        </m:r>
        <m:r>
          <m:t>5</m:t>
        </m:r>
        <m:r>
          <m:t>-</m:t>
        </m:r>
        <m:r>
          <m:t>6</m:t>
        </m:r>
        <m:r>
          <m:t>4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mencapai puncaknya hingga lebih dari </w:t>
      </w:r>
      <m:oMath>
        <m:r>
          <m:t>6</m:t>
        </m:r>
        <m:r>
          <m:t>8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dari total populasi Indonesia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Bonus Demografi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Ledakan Pengangguran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Krisis Kependudukan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Degradasi Mortalitas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Bonus demografi adalah jendela peluang emas ketika rasio ketergantungan (*dependency ratio*) penduduk mencapai titik terendah.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Seseorang yang bekerja kurang dari 35 jam dalam seminggu dan masih bersedia menerima pekerjaan tambahan dikategorikan oleh BPS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Setengah Menganggur (Underemployed)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Pengangguran Terbuka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Pekerja Penuh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Bukan Angkatan Kerja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Setengah menganggur adalah mereka yang jam kerjanya di bawah jam normal (&lt; 35 jam/minggu) dan aktif mencari jam kerja ekstra.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Kebijakan pemerintah yang paling efektif untuk mengatasi pengangguran siklis akibat kelesuan ekonomi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Menjalankan proyek-proyek infrastruktur padat karya dan memberikan stimulus insentif usaha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Menaikkan tarif pajak penghasilan setinggi-tingginya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perusahaan merekrut pekerja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Menutup seluruh lembaga pelatihan kerja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Proyek padat karya dan stimulus ekonomi menyerap kembali tenaga kerja yang terkena PHK saat resesi bisnis.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3: Ketenagakerjaan, Pengangguran, dan Sistem Upah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Klasifikasi Tenaga Kerja dan Tingkat Partisipasi Angkatan Kerja (TPAK)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rasio TPAK dan Tingkat Pengangguran Terbuka (TPT) dari data sensus BPS.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Jenis-Jenis Pengangguran Berdasarkan Sifat dan Penyebabnya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pengangguran friksional, struktural, konjungtural, dan friksional era otomatisasi.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Dampak Pengangguran terhadap Sosial-Ekonomi dan Solusi Kebijakan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penurunan pendapatan per kapita, kerawanan sosial, dan program padat karya serta prakerja.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Sistem Pengupahan dan Pemanfaatan Peluang Bonus Demografi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formulasi UMP, produktivitas tenaga kerja, dan kesiapan bonus demografi Indonesia Emas 2045.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Ketenagakerjaan mencakup segala hal yang berhubungan dengan tenaga kerja pada waktu sebelum, selama, dan sesudah masa kerja. Penduduk usia kerja (</w:t>
      </w:r>
      <m:oMath>
        <m:r>
          <m:t>1</m:t>
        </m:r>
        <m:r>
          <m:t>5</m:t>
        </m:r>
        <m:r>
          <m:t>-</m:t>
        </m:r>
        <m:r>
          <m:t>6</m:t>
        </m:r>
        <m:r>
          <m:t>4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tahun) terbagi menjadi Angkatan Kerja (bekerja dan pengangguran terbuka) serta Bukan Angkatan Kerja (sekolah, mengurus rumah tangga, pensiun).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Pengangguran didefinisikan sebagai angkatan kerja yang sedang mencari pekerjaan, mempersiapkan usaha, atau belum mendapat pekerjaan. Sosiologi ekonomi membedakan pengangguran menurut sifatnya (pengangguran terbuka, setengah menganggur, pengangguran terselubung) dan menurut penyebabnya: Friksional (jeda mencari kerja), Struktural (perubahan struktur teknologi), Siklis/Konjungtur (resesi ekonomi), dan Musiman.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pengupahan di Indonesia diatur melalui upah minimum (UMP/UMK) berbasis inflasi dan pertumbuhan ekonomi guna menjamin standar hidup layak pekerja. Momentum Bonus Demografi menuntut peningkatan kualitas modal manusia melalui pendidikan vokasi dan pelatihan digital (*upskilling*).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Angkatan Kerja (Labor Force)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Penduduk usia kerja (15 tahun ke atas) yang bekerja atau sedang aktif mencari pekerjaan (menganggur).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Pengangguran Struktural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Pengangguran yang terjadi akibat ketidakcocokan antara keterampilan pencari kerja dengan kualifikasi yang dibutuhkan akibat perubahan struktur ekonomi/teknologi.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Pengangguran Siklis (Konjungtur)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Pengangguran yang timbul akibat penurunan aktivitas perekonomian atau resesi ekonomi global yang memicu gelombang PHK.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Upah Minimum (UMP/UMK)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Standar upah bulanan terendah yang ditetapkan gubernur/bupati sebagai jaring pengaman agar pekerja dapat memenuhi kebutuhan hidup layak.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Bonus Demografi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Fenomena kependudukan di mana jumlah penduduk usia produktif (15-64 tahun) jauh lebih besar daripada proporsi penduduk usia non-produktif.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