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BIOLOGI — FASE F (KELAS 12)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Biologi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Metabolisme Sel: Katabolisme Enzimatik dan Anabolisme Fotosintesis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Menganalisis struktur enzim (apoenzim, kofaktor/koenzim), mekanisme kerja *lock and key* vs *induced fit*, serta faktor lingkungan (pH, suhu, inhibitor kompetitif/non-kompetitif).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Menganalisis 4 tahapan respirasi aerob pemecahan glukosa menghasilkan 36-38 ATP serta membandingkannya dengan fermentasi anaerob (alkohol dan asam laktat).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 xml:space="preserve">Menganalisis reaksi terang fotolisis fosforilasi fotosintesis di tilakoid dan fiksasi </w:t>
      </w:r>
      <m:oMath>
        <m:r>
          <m:t>C</m:t>
        </m:r>
        <m:sSub>
          <m:e>
            <m:r>
              <m:t>O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 xml:space="preserve"> siklus Calvin di stroma kloroplas.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Menganalisis sifat/faktor kerja enzim, tahapan respirasi aerob (glikolisis, dekarboksilasi oksidatif, siklus Krebs, transpor elektron), fermentasi, dan fotosintesis (reaksi terang &amp; gelap).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Kinetika Enzim dan Mekanisme Inhibisi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Sifat biokatalisator, sisi aktif, model induced fit, denaturasi suhu/pH, serta inhibisi kompetitif vs non-kompetitif/alosterik.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Katabolisme: Respirasi Aerob dan Jalur Fermentasi Anaerob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Glikolisis, Dekarboksilasi Oksidatif, Siklus Krebs, Rantai Transpor Elektron (kemiosmosis ATP sintase), dan fermentasi asam laktat/alkohol.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Anabolisme: Reaksi Terang dan Siklus Calvin Fotosintesis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Fotofosforilasi siklik/non-siklik, fotolisis air, fiksasi RuBP oleh RuBisCO, reduksi PGA, regenerasi PGAL, dan tanaman C3/C4/CAM.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Di manakah lokasi spesifik terjadinya Siklus Krebs (Siklus Asam Sitrat) di dalam sel eukariotik dan apa produk utama yang dihasilkan per satu molekul glukosa?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Sitosol sitoplasma; menghasilkan 2 asam laktat dan 2 ATP.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 xml:space="preserve">B. Matriks mitokondria; menghasilkan </w:t>
      </w:r>
      <m:oMath>
        <m:r>
          <m:t>2</m:t>
        </m:r>
        <m:r>
          <m:t>A</m:t>
        </m:r>
        <m:r>
          <m:t>,</m:t>
        </m:r>
        <m:r>
          <m:t>6</m:t>
        </m:r>
        <m:r>
          <m:t>N</m:t>
        </m:r>
        <m:r>
          <m:t>,</m:t>
        </m:r>
        <m:r>
          <m:t>2</m:t>
        </m:r>
        <m:sSub>
          <m:e>
            <m:r>
              <m:t>F</m:t>
            </m:r>
          </m:e>
          <m:sub>
            <m:r>
              <m:t>2</m:t>
            </m:r>
          </m:sub>
        </m:sSub>
        <m:r>
          <m:t>,</m:t>
        </m:r>
        <m:r>
          <m:t>d</m:t>
        </m:r>
        <m:r>
          <m:t>4</m:t>
        </m:r>
        <m:sSub>
          <m:e>
            <m:r>
              <m:t>C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Membran luar kloroplas; menghasilkan gas oksigen.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Nukleus; menghasilkan rantai DNA baru.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Siklus Krebs berlangsung di matriks mitokondria. Dari 2 molekul Asetil-CoA (turunan 1 glukosa), dihasilkan 2 ATP (atau GTP), 6 NADH, 2 FADH2, dan 4 CO2 sebagai produk buangan.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Dalam rantai transpor elektron respirasi aerob, zat yang bertindak sebagai penerima (akseptor) elektron dan proton terakhir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Gas Karbon Dioksida (</w:t>
      </w:r>
      <m:oMath>
        <m:r>
          <m:t>C</m:t>
        </m:r>
        <m:sSub>
          <m:e>
            <m:r>
              <m:t>O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Gas Oksigen (</w:t>
      </w:r>
      <m:oMath>
        <m:sSub>
          <m:e>
            <m:r>
              <m:t>O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) yang kemudian tereduksi membentuk molekul Air (</w:t>
      </w:r>
      <m:oMath>
        <m:sSub>
          <m:e>
            <m:r>
              <m:t>H</m:t>
            </m:r>
          </m:e>
          <m:sub>
            <m:r>
              <m:t>2</m:t>
            </m:r>
          </m:sub>
        </m:sSub>
        <m:r>
          <m:t>O</m:t>
        </m:r>
      </m:oMath>
      <w:r>
        <w:rPr>
          <w:rFonts w:ascii="Calibri" w:hAnsi="Calibri"/>
          <w:b w:val="0"/>
          <w:i w:val="0"/>
          <w:color w:val="000000"/>
          <w:sz w:val="18"/>
        </w:rPr>
        <w:t>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Asam Piruvat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Glukosa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Oksigen bebas (</w:t>
      </w:r>
      <m:oMath>
        <m:sSub>
          <m:e>
            <m:r>
              <m:t>O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/>
          <w:color w:val="64748B"/>
          <w:sz w:val="17"/>
        </w:rPr>
        <w:t xml:space="preserve">) adalah akseptor elektron terakhir pada kompleks sitokrom oksidase. </w:t>
      </w:r>
      <m:oMath>
        <m:sSub>
          <m:e>
            <m:r>
              <m:t>O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/>
          <w:color w:val="64748B"/>
          <w:sz w:val="17"/>
        </w:rPr>
        <w:t xml:space="preserve"> menangkap </w:t>
      </w:r>
      <m:oMath>
        <m:r>
          <m:t>4</m:t>
        </m:r>
        <m:sSup>
          <m:e>
            <m:r>
              <m:t>e</m:t>
            </m:r>
          </m:e>
          <m:sup>
            <m:r>
              <m:t>-</m:t>
            </m:r>
          </m:sup>
        </m:sSup>
      </m:oMath>
      <w:r>
        <w:rPr>
          <w:rFonts w:ascii="Calibri" w:hAnsi="Calibri"/>
          <w:b w:val="0"/>
          <w:i/>
          <w:color w:val="64748B"/>
          <w:sz w:val="17"/>
        </w:rPr>
        <w:t xml:space="preserve"> dan </w:t>
      </w:r>
      <m:oMath>
        <m:r>
          <m:t>4</m:t>
        </m:r>
        <m:sSup>
          <m:e>
            <m:r>
              <m:t>H</m:t>
            </m:r>
          </m:e>
          <m:sup>
            <m:r>
              <m:t>+</m:t>
            </m:r>
          </m:sup>
        </m:sSup>
      </m:oMath>
      <w:r>
        <w:rPr>
          <w:rFonts w:ascii="Calibri" w:hAnsi="Calibri"/>
          <w:b w:val="0"/>
          <w:i/>
          <w:color w:val="64748B"/>
          <w:sz w:val="17"/>
        </w:rPr>
        <w:t xml:space="preserve"> untuk membentuk dua molekul </w:t>
      </w:r>
      <m:oMath>
        <m:sSub>
          <m:e>
            <m:r>
              <m:t>H</m:t>
            </m:r>
          </m:e>
          <m:sub>
            <m:r>
              <m:t>2</m:t>
            </m:r>
          </m:sub>
        </m:sSub>
        <m:r>
          <m:t>O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Perbedaan mendasar antara reaksi fermentasi alkohol (misal pada ragi Saccharomyces) dengan fermentasi asam laktat (pada sel otot manusia saat kekurangan oksigen)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 xml:space="preserve">A. Fermentasi alkohol menghasilkan gas </w:t>
      </w:r>
      <m:oMath>
        <m:r>
          <m:t>C</m:t>
        </m:r>
        <m:sSub>
          <m:e>
            <m:r>
              <m:t>O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etanol, sedangkan fermentasi asam laktat menghasilkan asam laktat tanpa membebaskan </w:t>
      </w:r>
      <m:oMath>
        <m:r>
          <m:t>C</m:t>
        </m:r>
        <m:sSub>
          <m:e>
            <m:r>
              <m:t>O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Fermentasi asam laktat menghasilkan 38 ATP sedangkan alkohol 0 ATP.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Fermentasi alkohol membutuhkan gas oksigen murni dalam jumlah banyak.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Fermentasi asam laktat hanya terjadi pada tanaman kaktus.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Fermentasi alkohol melepaskan </w:t>
      </w:r>
      <m:oMath>
        <m:r>
          <m:t>C</m:t>
        </m:r>
        <m:sSub>
          <m:e>
            <m:r>
              <m:t>O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/>
          <w:color w:val="64748B"/>
          <w:sz w:val="17"/>
        </w:rPr>
        <w:t xml:space="preserve"> saat asam piruvat diubah menjadi asetaldehida sebelum direduksi menjadi etanol, sedangkan fermentasi asam laktat mereduksi piruvat langsung menjadi laktat tanpa pelepasan </w:t>
      </w:r>
      <m:oMath>
        <m:r>
          <m:t>C</m:t>
        </m:r>
        <m:sSub>
          <m:e>
            <m:r>
              <m:t>O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Pada reaksi terang fotosintesis, peristiwa fotolisis air (</w:t>
      </w:r>
      <m:oMath>
        <m:r>
          <m:t>2</m:t>
        </m:r>
        <m:sSub>
          <m:e>
            <m:r>
              <m:t>H</m:t>
            </m:r>
          </m:e>
          <m:sub>
            <m:r>
              <m:t>2</m:t>
            </m:r>
          </m:sub>
        </m:sSub>
        <m:r>
          <m:t>O</m:t>
        </m:r>
        <m:r>
          <m:t>→</m:t>
        </m:r>
        <m:r>
          <m:t>4</m:t>
        </m:r>
        <m:sSup>
          <m:e>
            <m:r>
              <m:t>H</m:t>
            </m:r>
          </m:e>
          <m:sup>
            <m:r>
              <m:t>+</m:t>
            </m:r>
          </m:sup>
        </m:sSup>
        <m:r>
          <m:t>+</m:t>
        </m:r>
        <m:r>
          <m:t>4</m:t>
        </m:r>
        <m:sSup>
          <m:e>
            <m:r>
              <m:t>e</m:t>
            </m:r>
          </m:e>
          <m:sup>
            <m:r>
              <m:t>-</m:t>
            </m:r>
          </m:sup>
        </m:sSup>
        <m:r>
          <m:t>+</m:t>
        </m:r>
        <m:sSub>
          <m:e>
            <m:r>
              <m:t>O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>) terjadi pada bagian...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Fotosistem I (P700) di stroma kloroplas.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Kompleks Fotosistem II (P680) pada lumen membran tilakoid untuk menggantikan elektron yang tereksitasi oleh foton cahaya.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Dinding selulosa epidermis daun.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Matriks mitokondria sel penjaga stomata.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Fotolisis air terjadi di Fotosistem II (P680) pada membran tilakoid untuk menyuplai elektron kembali ke pusat reaksi klorofil, melepaskan gas </w:t>
      </w:r>
      <m:oMath>
        <m:sSub>
          <m:e>
            <m:r>
              <m:t>O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/>
          <w:color w:val="64748B"/>
          <w:sz w:val="17"/>
        </w:rPr>
        <w:t xml:space="preserve"> ke atmosfer.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Suatu zat racun sianida berikatan secara ireversibel pada sisi alosterik enzim sitokrom oksidase mitokondria sehingga mengubah bentuk sisi aktif enzim. Jenis penghambatan kerja enzim ini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Inhibisi Kompetitif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Inhibisi Non-Kompetitif (Alosterik)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Katalisis Positif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Denaturasi Termal Alami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Inhibitor non-kompetitif berikatan pada sisi alosterik (bukan sisi aktif), mengubah konformasi spasial sisi aktif enzim sehingga substrat tidak lagi dapat berikatan.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Biologi • Bab 2: Metabolisme Sel: Katabolisme Enzimatik dan Anabolisme Fotosintesis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Kinetika Enzim dan Mekanisme Inhibisi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Sifat biokatalisator, sisi aktif, model induced fit, denaturasi suhu/pH, serta inhibisi kompetitif vs non-kompetitif/alosterik.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Katabolisme: Respirasi Aerob dan Jalur Fermentasi Anaerob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Glikolisis, Dekarboksilasi Oksidatif, Siklus Krebs, Rantai Transpor Elektron (kemiosmosis ATP sintase), dan fermentasi asam laktat/alkohol.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Anabolisme: Reaksi Terang dan Siklus Calvin Fotosintesis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Fotofosforilasi siklik/non-siklik, fotolisis air, fiksasi RuBP oleh RuBisCO, reduksi PGA, regenerasi PGAL, dan tanaman C3/C4/CAM.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Metabolisme seluler merupakan keseluruhan rangkaian reaksi biokimiawi terintegrasi yang terjadi di dalam sel untuk mempertahankan homeostasis kehidupan. Metabolisme ditopang oleh biokatalisator enzim yang menurunkan energi aktivasi (</w:t>
      </w:r>
      <m:oMath>
        <m:sSub>
          <m:e>
            <m:r>
              <m:t>E</m:t>
            </m:r>
          </m:e>
          <m:sub>
            <m:r>
              <m:t>a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>) reaksi. Pada jenjang SMA Kelas 12, peserta didik mempelajari metabolisme ke dalam dua pilar utama: Katabolisme (pemecahan molekul kompleks melepaskan energi / eksergonik) dan Anabolisme (penyusunan molekul kompleks membutuhkan energi / endergonik).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Dalam respirasi seluler aerob, peserta didik membedah empat tahapan konversi biokimia glukosa (</w:t>
      </w:r>
      <m:oMath>
        <m:sSub>
          <m:e>
            <m:r>
              <m:t>C</m:t>
            </m:r>
          </m:e>
          <m:sub>
            <m:r>
              <m:t>6</m:t>
            </m:r>
          </m:sub>
        </m:sSub>
        <m:sSub>
          <m:e>
            <m:r>
              <m:t>H</m:t>
            </m:r>
          </m:e>
          <m:sub>
            <m:r>
              <m:t>1</m:t>
            </m:r>
            <m:r>
              <m:t>2</m:t>
            </m:r>
          </m:sub>
        </m:sSub>
        <m:sSub>
          <m:e>
            <m:r>
              <m:t>O</m:t>
            </m:r>
          </m:e>
          <m:sub>
            <m:r>
              <m:t>6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 xml:space="preserve">): Glikolisis di sitosol, Dekarboksilasi Oksidatif di matriks mitokondria, Siklus Krebs (Asam Sitrat), dan Rantai Transpor Elektron / Fosforilasi Oksidatif di krista mitokondria dengan akseptor elektron terakhir </w:t>
      </w:r>
      <m:oMath>
        <m:sSub>
          <m:e>
            <m:r>
              <m:t>O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 xml:space="preserve"> menghasilkan </w:t>
      </w:r>
      <m:oMath>
        <m:sSub>
          <m:e>
            <m:r>
              <m:t>H</m:t>
            </m:r>
          </m:e>
          <m:sub>
            <m:r>
              <m:t>2</m:t>
            </m:r>
          </m:sub>
        </m:sSub>
        <m:r>
          <m:t>O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dan gradien proton ATP sintase. Katabolisme anaerob (fermentasi) dianalisis dari segi efisiensi energi.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Pada proses anabolisme, fotosintesis dieksplorasi secara mendalam: Reaksi Terang di membran tilakoid yang melibatkan fotosistem II (P680) dan I (P700) menghasilkan ATP, NADPH, dan fotolisis </w:t>
      </w:r>
      <m:oMath>
        <m:sSub>
          <m:e>
            <m:r>
              <m:t>O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 xml:space="preserve">; serta Reaksi Gelap (Siklus Calvin-Benson) di stroma yang mengikat </w:t>
      </w:r>
      <m:oMath>
        <m:r>
          <m:t>C</m:t>
        </m:r>
        <m:sSub>
          <m:e>
            <m:r>
              <m:t>O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 xml:space="preserve"> via enzim RuBisCO membentuk glukosa. Variasi adaptasi fotosintesis tanaman C3, C4, dan CAM turut dipelajari.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Energi Aktivasi (Ea)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Energi minimum yang diperlukan untuk memulai suatu reaksi kimia; enzim bekerja mempercepat reaksi dengan menurunkan nilai energi aktivasi.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Inhibitor Kompetitif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Molekul penghambat yang memiliki struktur mirip dengan substrat dan bersaing memperebutkan sisi aktif enzim.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Glikolisis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Jalur katabolisme pemecahan satu molekul glukosa (6C) menjadi dua molekul asam piruvat (3C) di sitoplasma, menghasilkan bersih 2 ATP dan 2 NADH.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Fosforilasi Oksidatif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Proses pembentukan ATP yang digerakkan oleh transfer elektron dari NADH/FADH2 ke O2 melalui rantai transpor elektron dan gradien proton kemiosmosis.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RuBisCO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Enzim kunci pada stroma kloroplas yang mengkatalisis fiksasi gas CO2 pada molekul Ribulosa 1,5-bisfosfat (RuBP) dalam Siklus Calvin.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Biologi Kelas 12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