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BIOLOGI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Biologi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Sistem Ekskresi, Sistem Regulasi, dan Sistem Imun Manusia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mekanisme pembentukan urine pada nefron ginjal dan faktor pengontrolnya.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transmisi impuls saraf pada sinapsis dan mekanisme aksi sistem endokrin.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prinsip kerja sistem kekebalan tubuh dan efektivitas program vaksinasi.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Struktur nefron ginjal dan tahapan pembentukan urine (filtrasi glomerulus, reabsorpsi tubulus, augmentasi), sistem koordinasi regulasi (struktur neuron, impuls saraf sinapsis, sistem endokrin hormon), mekanisme kekebalan tubuh spesifik dan non-spesifik, serta aplikasi vaksinasi.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Anatomi Nefron Ginjal dan Tahapan Pembentukan Urine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komposisi filtrat glomerulus, lengkung Henle, dan regulasi hormon antidiuretik ADH.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Struktur Sel Saraf (Neuron) dan Mekanisme Potensial Aksi Sinapsis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Menelaah polarisasi, depolarisasi pompa </w:t>
      </w:r>
      <m:oMath>
        <m:sSup>
          <m:e>
            <m:r>
              <m:t>N</m:t>
            </m:r>
          </m:e>
          <m:sup>
            <m:r>
              <m:t>+</m:t>
            </m:r>
          </m:sup>
        </m:sSup>
        <m:r>
          <m:t>/</m:t>
        </m:r>
        <m:sSup>
          <m:e>
            <m:r>
              <m:t>K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, dan neurotransmiter asetilkolin.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Sistem Endokrin dan Umpan Balik Hormonal (Homeostasis)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mekanisme pengaturan kadar gula darah oleh hormon insulin dan glukagon pankreas.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Sistem Pertahanan Tubuh (Imunitas Non-Spesifik, Sel B, Sel T, dan Vaksinasi)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pembentukan antibodi spesifik, sel memori imun, imunisasi aktif-pasif, dan autoimun.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Jika hasil uji laboratorium terhadap urine seseorang menunjukkan keberadaan protein albumin dalam jumlah tinggi, kerusakan nefron ginjal kemungkinan besar terjadi pada bagian...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Glomerulus (Badan Malpighi pada tahap Filtrasi)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Tubulus Kolektivus pada tahap augmentasi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Ureter saluran kemih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Kantung kemih (Vesika urinaria)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Kerusakan membran filtrasi glomerulus menyebabkan molekul besar seperti protein lolos ke dalam urine primer (kelainan albuminuria).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Ketika seseorang mengonsumsi air dalam jumlah sangat sedikit di hari yang panas, respon hormonal yang dilakukan oleh tubuh untuk mencegah dehidrasi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Kelenjar hipofisis meningkatkan sekresi hormon ADH sehingga reabsorpsi air di tubulus ginjal meningkat dan volume urine menjadi sedikit serta pekat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Hipofisis menghentikan produksi hormon ADH sehingga urine sangat encer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Kelenjar tiroid menurunkan sekresi kalsitonin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Ginjal menghentikan aliran darah sepenuhnya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Kadar air rendah memicu sekresi hormon ADH (Vasopresin) untuk menyerap kembali air di tubulus distal/kolektivus, memekatkan urine.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Mekanisme transmisi impuls listrik di sepanjang akson sel saraf (depolarisasi membran) terjadi akibat...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Membukanya saluran gerbang natrium sehingga ion </w:t>
      </w:r>
      <m:oMath>
        <m:sSup>
          <m:e>
            <m:r>
              <m:t>N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 xml:space="preserve"> mengalir deras masuk ke dalam sitoplasma neuron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Keluarnya seluruh ion kalsium dari dalam sel saraf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Terputusnya selubung mielin akson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Penurunan potensial membran menjadi negatif </w:t>
      </w:r>
      <m:oMath>
        <m:r>
          <m:t>-</m:t>
        </m:r>
        <m:r>
          <m:t>9</m:t>
        </m:r>
        <m:r>
          <m:t>0</m:t>
        </m:r>
        <m:r>
          <m:t>m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Stimulus membuka voltage-gated Na+ channels, memicu influks ion Na+ ke dalam akson dan mengubah potensial membran menjadi positif (depolarisasi).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Mekanisme kerja hormon Insulin yang disekresikan oleh sel beta pulau Langerhans pankreas ketika kadar glukosa darah melonjak tinggi setelah makan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Memfasilitasi penyerapan glukosa oleh sel-sel tubuh dan mengubah kelebihan glukosa menjadi glikogen simpanan di hati dan otot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glikogen hati menjadi glukosa darah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Meningkatkan sekresi asam klorida di lambung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Memecah protein menjadi asam amino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Insulin memicu translokasi transporter GLUT4 dan sintesis glikogen, menurunkan kadar gula darah kembali ke rentang normal.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respon imun humoral dengan respon imun seluler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Imun humoral dimediasi oleh antibodi yang diproduksi Limfosit B, sedangkan imun seluler melibatkan penghancuran langsung sel terinfeksi oleh Limfosit T Sitotoksik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Imun seluler tidak melibatkan sel darah putih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Imun humoral hanya bekerja pada hewan reptil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Keduanya tidak memiliki memori imunologis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Sel B memproduksi antibodi terlarut (imunitas humoral), sedangkan Sel T (CD8+) membunuh sel kanker atau sel terinfeksi virus secara langsung (imunitas seluler).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Biologi • Bab 6: Sistem Ekskresi, Sistem Regulasi, dan Sistem Imun Manusia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Anatomi Nefron Ginjal dan Tahapan Pembentukan Urine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komposisi filtrat glomerulus, lengkung Henle, dan regulasi hormon antidiuretik ADH.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Struktur Sel Saraf (Neuron) dan Mekanisme Potensial Aksi Sinapsis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Menelaah polarisasi, depolarisasi pompa </w:t>
      </w:r>
      <m:oMath>
        <m:sSup>
          <m:e>
            <m:r>
              <m:t>N</m:t>
            </m:r>
          </m:e>
          <m:sup>
            <m:r>
              <m:t>+</m:t>
            </m:r>
          </m:sup>
        </m:sSup>
        <m:r>
          <m:t>/</m:t>
        </m:r>
        <m:sSup>
          <m:e>
            <m:r>
              <m:t>K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, dan neurotransmiter asetilkolin.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Sistem Endokrin dan Umpan Balik Hormonal (Homeostasis)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mekanisme pengaturan kadar gula darah oleh hormon insulin dan glukagon pankreas.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Sistem Pertahanan Tubuh (Imunitas Non-Spesifik, Sel B, Sel T, dan Vaksinasi)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pembentukan antibodi spesifik, sel memori imun, imunisasi aktif-pasif, dan autoimun.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ekskresi mempertahankan homeostasis internal melalui pembuangan sisa limbah bernitrogen (urea, asam urat, kreatinin). Organ ekskresi ginjal menyaring darah melalui jutaan nefron melalui tiga tahap: Filtrasi di glomerulus menghasilkan urine primer, Reabsorpsi obligat/fakultatif di tubulus kontortus proksimal dan lengkung Henle menghasilkan urine sekunder, serta Augmentasi di tubulus kontortus distal menghasilkan urine sesungguhnya yang dipengaruhi hormon ADH.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regulasi memadukan sistem saraf (penghantaran impuls listrik cepat via potensial aksi neuron dan neurotransmiter di celah sinapsis) dengan sistem hormon endokrin (regulasi kimiawi darah jangka panjang: insulin, glukagon, tiroksin, adrenalin, estrogen/testosteron).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pertahanan tubuh melindungi raga dari serangan patogen mikroba melalui garis pertahanan pertama (barier fisik kulit/mukosa), pertahanan non-spesifik (fagosit, inflamasi, protein komplemen), serta respons imun spesifik berbasis Limfosit B (imunitas humoral penghasil antibodi imunoglobulin) dan Limfosit T (imunitas seluler). Vaksinasi memanfaatkan memori imunologis untuk pencegahan epidemi penyakit.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Nefron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Unit fungsional mikroskopis penyaring darah pada korteks dan medula ginjal yang terdiri atas badan Malpighi dan tubulus renalis.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Hormon ADH (Antidiuretic Hormone)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Hormon dari hipofisis posterior yang meningkatkan permeabilitas dinding tubulus pengumpul terhadap air sehingga memekatkan urine dan mencegah dehidrasi.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Sinapsis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temu komunikasi fungsional antara ujung akson neuron prasinapsis dengan dendrit neuron pascasinapsis menggunakan neurotransmiter kimiawi.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Limfosit B (Sel B)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Sel darah putih imunitas spesifik yang berdiferensiasi menjadi sel plasma untuk memproduksi molekul antibodi spesifik melawan antigen.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Vaksinasi (Imunisasi Aktif)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Pemberian antigen patogen yang dilemahkan/dimatikan untuk merangsang sistem imun membentuk sel memori jangka panjang tanpa menimbulkan penyakit.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Biologi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