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BIOLOGI — FASE E (KELAS 10)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E (Kelas 10)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Biologi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2: Virus dan Peranannya dalam Kehidupan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media gambar/benda konkret,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ciri struktur dan membedakan siklus hidup litik dan lisogenik pada virus.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mengidentifikasi berbagai penyakit akibat virus dan cara penularannya.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mengevaluasi peranan menguntungkan virus dalam bidang bioteknologi dan vaksinasi modern.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ciri dan struktur partikel virus (kapsid protein, materi genetik DNA/RNA, selubung lipid), mekanisme daur litik dan lisogenik bakteriofag, peranan virus yang merugikan (patogen penyakit) dan menguntungkan (vektor terapi gen, vaksinasi), serta pencegahan pandemi.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Ciri-Ciri, Ukuran, dan Struktur Morfologi Virus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anatomi bakteriofag T4 (kepala ikosahedral, kapsid, leher, selubung ekor, dan serabut ekor).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Siklus Replikasi Virus: Daur Litik dan Daur Lisogenik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Membedah tahapan adsorpsi, penetrasi injeksi, sintesis/replikasi, perakitan, dan lisis vs profag pembelahan.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Penyakit yang Disebabkan Virus pada Manusia, Hewan, dan Tumbuhan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Mempelajari virus influenza, rabies, flu burung (H5N1), mosaik tembakau (TMV), dan demam berdarah (Dengue).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Peranan Menguntungkan Virus dan Mekanisme Vaksinasi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pembuatan vaksin mRNA, terapi bakteriofag untuk bakteri resistan antibiotik, dan rekayasa genetik.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Alasan utama mengapa virus diklasifikasikan sebagai organisme peralihan antara makhluk hidup dan benda mati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Virus dapat bergerak dengan silia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Virus dapat dikristalkan saat di luar sel inang (sifat benda mati), namun mampu bereplikasi jika berada di dalam sel inang hidup (sifat hidup)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Virus memiliki dinding sel dari selulosa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Virus melakukan fotosintesis di malam hari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Kemampuan mengkristal menunjukkan sifat aseluler abiotik, sedangkan kemampuan reproduksi materi genetik menunjukkan sifat biotik saat intraseluler.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Perbedaan pokok antara siklus litik dan siklus lisogenik pada replikasi virus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Siklus litik menyebabkan sel inang pecah (lisis) dan mati, sedangkan pada siklus lisogenik materi genetik virus menyisip ke DNA inang (profag) tanpa merusak sel inang seketika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Siklus litik tidak memerlukan sel inang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Siklus lisogenik selalu membunuh inang dalam waktu 5 menit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Siklus litik hanya terjadi pada tumbuhan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Pada daur lisogenik, genom virus berintegrasi menjadi profag dan ikut membelah bersama sel inang tanpa memicu lisis langsung.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Struktur bakteriofag yang berfungsi mengenali reseptor spesifik pada permukaan dinding sel bakteri dan menempel saat fase adsorpsi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Kepala ikosahedral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Kapsid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Serabut ekor (tail fibers)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DNA ganda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Serabut ekor mengandung protein pengenal yang mengikat reseptor permukaan dinding sel bakteri inang secara presisi.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Virus berikut yang materi genetiknya berupa molekul RNA dan menyerang sistem kekebalan tubuh manusia (sel limfosit T CD4+)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Human Immunodeficiency Virus (HIV)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Bakteriofag T4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Adenovirus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Virus Cacar (Variola)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HIV adalah retrovirus bergenom RNA yang menggunakan enzim *reverse transcriptase* dan menginfeksi sel limfosit T penolong (CD4+).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Prinsip kerja vaksinasi dalam mencegah penularan infeksi virus pada tubuh manusia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Membunuh semua sel darah putih dalam tubuh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Mengenalkan antigen virus yang dilemahkan/mati untuk memicu sistem imun membentuk antibodi dan sel memori imunologis tanpa menimbulkan penyakit berat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Mengganti seluruh DNA manusia dengan DNA baru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Menurunkan suhu tubuh hingga titik beku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Vaksin melatih sel limfosit B dan T memori agar sigap memproduksi antibodi spesifik bila di kemudian hari terinfeksi virus liar sesungguhnya.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Biologi • Bab 2: Virus dan Peranannya dalam Kehidupan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Ciri-Ciri, Ukuran, dan Struktur Morfologi Virus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anatomi bakteriofag T4 (kepala ikosahedral, kapsid, leher, selubung ekor, dan serabut ekor).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Siklus Replikasi Virus: Daur Litik dan Daur Lisogenik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Membedah tahapan adsorpsi, penetrasi injeksi, sintesis/replikasi, perakitan, dan lisis vs profag pembelahan.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Penyakit yang Disebabkan Virus pada Manusia, Hewan, dan Tumbuhan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Mempelajari virus influenza, rabies, flu burung (H5N1), mosaik tembakau (TMV), dan demam berdarah (Dengue).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Peranan Menguntungkan Virus dan Mekanisme Vaksinasi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pembuatan vaksin mRNA, terapi bakteriofag untuk bakteri resistan antibiotik, dan rekayasa genetik.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Virus menempati posisi unik di perbatasan antara benda mati dan makhluk hidup (*organisme aseluler*). Virus dapat dikristalkan seperti zat mati, namun mampu mereplikasi materi genetiknya hanya ketika berada di dalam sel inang hidup yang spesifik (*parasit obligat intraseluler*).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Struktur virus terdiri atas materi genetik (DNA utas tunggal/ganda atau RNA) yang diselubungi selubung protein pelindung bernama kapsid. Pada virus berselubung seperti Coronavirus dan HIV, lapisan fosfolipid inang melengkapi kapsid dengan glikoprotein *spike* penempel reseptor.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Replikasi virus berlangsung melalui Daur Litik (penghancuran sel inang untuk melepaskan virion baru) atau Daur Lisogenik (integrasi materi genetik virus menjadi profag). Inovasi bioteknologi memanfaatkan virus yang dilemahkan/dinonaktifkan untuk produksi vaksin penyelamat jiwa.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Parasit Obligat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Organisme yang hanya dapat hidup dan berkembang biak di dalam sel organisme hidup lain dan tidak dapat hidup mandiri.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Kapsid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Selubung pelindung yang tersusun atas molekul-molekul protein (kapsomer) yang membungkus materi genetik virus.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Bakteriofag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Kelompok virus yang secara spesifik menginfeksi dan mereplikasi diri di dalam sel-sel bakteri.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Daur Litik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Siklus reproduksi virus yang berujung pada pecahnya (lisis) dinding sel inang sehingga sel inang mati dan melepaskan ratusan partikel virus baru.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Vaksin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Sediaan biologis berisi antigen patogen yang dilemahkan atau dinonaktifkan untuk merangsang pembentukan antibodi kekebalan tubuh.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Biologi Kelas 10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