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Digital Citizens and Safe Social Media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analyze arguments and advice presented in texts about digital citizenship.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apply modal verbs of advice and obligation to formulate online safety rules.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produce an English infographic or advisory article promoting positive social media habits.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Information Report dan teks eksposisi analitis mengenai etika warga digital, penggunaan modalitas kewajiban/anjuran (must, should, ought to), pencegahan cyberbullying, dan literasi anti-hoaks.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Expository and Analytical Texts on Digital Ethics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Analyzing thesis statements, arguments, and recommendations for online safety.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Modal Verbs of Obligation and Advice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Using 'must', 'mustn't', 'should', and 'shouldn't' in netiquette guidelines.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First Conditional Sentences for Online Scenarios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Forming: 'If you share your password, your account will be vulnerable to hackers.'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Campaigning for Anti-Cyberbullying and Media Literacy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Designing an English social media poster promoting respectful digital communication.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Which modal verb best completes the safety rule: *'You _____ share your banking passwords or OTP codes with anyone online under any circumstance.'*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must 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should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might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'Must not' indicates a strict prohibition essential for preventing cyber fraud and unauthorized account access.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Complete the First Conditional sentence: *'If a post _____ suspicious or too good to be true, you should verify it with credible news sources.'*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looks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will look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looked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is looking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 Conditional Type 1, the 'if-clause' uses simple present tense ('looks') while the main clause gives a modal recommendation ('should verify').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What is the best course of action when you witness someone being bullied in a social media comment section?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Join in the bullying to become popular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Screenshot the evidence, report the abusive behavior to the platform/moderator, and support the victim privately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Share the hurtful comments to your own profile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Ignore it and delete your account immediately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Being a responsible digital upstander involves reporting malicious content and offering supportive empathy to the target.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The phrase *'Think Before You Post'* encourages internet users to evaluate whether their content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Expensive and flashy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True, Helpful, Inspiring, Necessary, and Kind (T.H.I.N.K.)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Written only in capital letters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Full of dramatic gossip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The T.H.I.N.K. acronym is a well-known digital citizenship guide ensuring posts are truthful, helpful, inspiring, necessary, and kind.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does the modal verb *'should'* express in the sentence: *'Teenagers should limit their screen time before bedtime to get better sleep'*?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 strict legal prohibition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 helpful recommendation / advice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 100% certainty about the future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Past ability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'Should' expresses good advice, a helpful suggestion, or moral recommendation rather than a compulsory mandate.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5: Digital Citizens and Safe Social Media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Expository and Analytical Texts on Digital Ethics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Analyzing thesis statements, arguments, and recommendations for online safety.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Modal Verbs of Obligation and Advice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Using 'must', 'mustn't', 'should', and 'shouldn't' in netiquette guidelines.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First Conditional Sentences for Online Scenarios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Forming: 'If you share your password, your account will be vulnerable to hackers.'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Campaigning for Anti-Cyberbullying and Media Literacy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Designing an English social media poster promoting respectful digital communication.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Chapter Digital Citizens and Safe Social Media membekali peserta didik dengan kecakapan komunikasi bahasa Inggris untuk menavigasi dunia siber secara kritis, aman, bijak, dan bertanggung jawab.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menelaah teks eksposisi dan laporan analitis mengenai jejak digital (*digital footprint*), bahaya perundungan siber (*cyberbullying*), perlindungan privasi data pribadi (*data privacy*), serta cara membedakan fakta dan berita bohong (*fake news*).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kebahasaan memperdalam penggunaan kata kerja modalitas saran dan keharusan (*should, must, have to, ought to, must not*), kalimat pengandaian bersyarat (*Conditional Sentences Type 1*), serta penyusunan infografis panduan berinternet sehat.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Digital Footprint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trail of data, posts, comments, and records left behind by a person when using the internet.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Cyberbullying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use of digital devices and social media platforms to intentionally harass, intimidate, humiliate, or harm another person.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Netiquette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customary code of polite behavior and ethics that users should adhere to on the internet.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Modal Verbs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Auxiliary verbs such as must, should, and can that express necessity, obligation, permission, or possibility.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Fact Checking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process of verifying the accuracy and credibility of information before believing or sharing it online.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