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Upcycling and Waste Management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comprehend the structure and language features of DIY procedure texts.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use imperative sentences and sequence markers accurately in procedural steps.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design and write a step-by-step upcycling craft manual in English.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Procedural Text membuat karya daur ulang kreatif (upcycling crafts), penggunaan kalimat perintah imperatif, kata kerja aksi, penanda urutan langkah, dan kampanye peduli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Generic Structure of DIY Procedure Texts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Analyzing Goal, Ingredients/Materials list, and sequential Execution Steps.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Imperative Verbs and Action Instructions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Formulating direct command sentences: 'Measure the cardboard', 'Do not spill the paint'.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Sequence Markers and Adverbs of Manner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Utilizing connectors: First of all, secondly, afterward, finally, and adverbs like tightly, gently.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Project: Making Upcycled Pencil Holders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Creating an upcycled product from plastic bottles/cans and publishing an illustrated DIY guide.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sentences is an example of an imperative instruction in a procedure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You can see that the plastic bottle is transparent.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Clean the plastic bottle thoroughly with warm water and let it dry.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My sister bought three glass jars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Why don't we recycle the cardboard boxes?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Imperative sentences start with a base verb ('Clean', 'Cut', 'Attach') to give direct actionable commands.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is the purpose of including negative imperative sentences such as *'Do not touch the hot glue with your bare hands'* in a DIY guide?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make the project take longer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provide safety warnings and prevent injury during the craft process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criticize the reader's skills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decorate the manual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Negative imperatives ('Do not...', 'Never...') provide essential safety precautions to prevent accidents.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Choose the most appropriate sequence marker to fill in the blank: *'First, cut the fabric. _____, apply glue around the outer rim of the can.'*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Finally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Next / Then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However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Because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Following 'First', intermediate steps are connected using transitional adverbs of sequence like 'Next', 'Then', or 'After that'.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In the sentence *'Wrap the colored yarn tightly around the pencil holder'*, the word *tightly* functions as 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Adverb of manner describing how to do the action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Adjective describing the yarn's color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Imperative verb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Preposition of place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'Tightly' is an adverb of manner modifying the verb 'wrap', explaining the precise manner in which the action must be performed.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distinguishes *upcycling* from standard *recycling*?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Upcycling destroys materials completely into ash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Upcycling transforms waste materials into products of greater aesthetic or functional value without industrial breakdown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Upcycling is only done by factories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Upcycling uses more toxic chemicals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Upcycling creatively repurposes waste items into higher-value artisan or functional products without melting or chemical breakdown.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Upcycling and Waste Management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Generic Structure of DIY Procedure Texts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Analyzing Goal, Ingredients/Materials list, and sequential Execution Steps.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Imperative Verbs and Action Instructions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Formulating direct command sentences: 'Measure the cardboard', 'Do not spill the paint'.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Sequence Markers and Adverbs of Manner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Utilizing connectors: First of all, secondly, afterward, finally, and adverbs like tightly, gently.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Project: Making Upcycled Pencil Holders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Creating an upcycled product from plastic bottles/cans and publishing an illustrated DIY guide.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Chapter Upcycling and Waste Management mengintegrasikan keterampilan komunikasi bahasa Inggris fungsional dengan aksi nyata pelestarian lingkungan melalui teks prosedur (*Procedural Text*).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prosedur yang memuat rumusan *Goal/Aim* (tujuan pembuatan produk), *Materials/Tools* (bahan dan alat yang dibutuhkan), serta *Step-by-Step Instructions* (urutan instruksi kerja logis dan jelas).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memfokuskan penggunaan kalimat perintah (*Imperative Sentences: Cut, Glue, Fold, Ensure*), kata keterangan cara dan urutan (*carefully, firmly, step 1, next*), serta kampanye gaya hidup berkelanjutan 3R (*Reduce, Reuse, Recycle*) dan upcycling sampah plastik di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Procedure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text that gives instructions on how to make or do something through a series of sequential actions or steps.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Upcycling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creative reuse of discarded materials or waste to create new products of higher quality or environmental value.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Imperative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base verb used to give direct orders, instructions, or commands without an explicit subject (e.g. 'Cut the plastic bottle into two halves').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Sequence Markers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Words that signal the order in which steps must be carried out (e.g. First, Next, Then, After that, Finally).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Materials List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section in a procedure text specifying all tools, items, and quantities needed before starting the project.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