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Bekantan and Indonesian Wildlife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the generic structure and communicative purpose of Report Texts.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use passive voice sentences correctly in describing animal facts.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produce a concise written report text about an endangered Indonesian animal.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Report Text mendeskripsikan ciri fisik, habitat mangrove, dan status konservasi satwa endemik Indonesia (Bekantan, Orangutan, Komodo) serta penggunaan kalimat Passive Voice dalam Simple Present Tense.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Generic Structure of Report Texts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Analyzing General Classification and Descriptions of physical features, behavior, and habitats.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Passive Voice in Present Tense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Constructing passive sentences: Subject + is/are + Past Participle (V3) to describe factual actions.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Vocabulary: Wildlife Conservation and Biodiversity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Mastering terms like endangered, habitat loss, mangrove forest, herbivores, and poaching.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Writing an Animal Fact Sheet Report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Conducting guided research on Indonesian fauna (e.g. Cendrawasih, Anoa) and presenting a written report.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Read the following sentence: *'Bekantans are known as reddish-brown monkeys with unusually large noses.'* What is the main communicative purpose of this sentence in a report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tell a funny story about monkeys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describe the distinctive physical characteristics of Bekantans scientifically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persuade readers to buy a monkey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provide instructions on how to catch a monkey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Report texts describe the factual, observable physical traits and biology of animal species in an objective tone.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Change the following active sentence into the correct passive voice: *'Poachers threaten the population of Sumatran tigers.'*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population of Sumatran tigers are threatened by poachers.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population of Sumatran tigers is threatened by poachers.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population of Sumatran tigers was threatened by poachers.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Sumatran tigers threatened poachers.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The subject 'The population' is singular, so it takes 'is' + past participle 'threatened' followed by 'by poachers'.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sentences correctly uses passive voice in the simple present tense?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Orangutans eat young leaves and wild figs in the canopy.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Mangrove forests are cut down by illegal loggers every year.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biologist was studying the birds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Komodo dragons will hunt deer tomorrow.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'Are cut down' is a passive present construction (are + V3) expressing an ongoing factual condition.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is the primary function of the 'General Classification' section in a report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give personal opinions of the author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introduce the topic and classify the subject within a broader category or habitat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list the moral values of a folktale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explain how to prepare a recipe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General classification introduces the subject's taxonomic group, common name, and broad habitat at the beginning of the text.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Bekantans are mostly found in the mangrove swamps and riverine forests of Borneo. What is the antonym of the word *endangered*?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Threatened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Secure / Plentiful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Vulnerable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Extinct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The antonym of 'endangered' (at risk of extinction) is 'secure', 'safe', or 'plentiful'.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1: Bekantan and Indonesian Wildlife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Generic Structure of Report Texts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Analyzing General Classification and Descriptions of physical features, behavior, and habitats.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Passive Voice in Present Tense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Constructing passive sentences: Subject + is/are + Past Participle (V3) to describe factual actions.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Vocabulary: Wildlife Conservation and Biodiversity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Mastering terms like endangered, habitat loss, mangrove forest, herbivores, and poaching.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Writing an Animal Fact Sheet Report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Conducting guided research on Indonesian fauna (e.g. Cendrawasih, Anoa) and presenting a written report.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Chapter Bekantan and Indonesian Wildlife membimbing peserta didik menyusun dan memahami teks laporan ilmiah faktual (*Report Text*) mengenai keanekaragaman fauna endemik Nusantara yang terancam punah.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generik Report Text yang terdiri atas *General Classification* (klasifikasi umum taksonomi dan habitat) dan *Description* (uraian detail mengenai ciri fisik, perilaku makan, reproduksi, serta ancaman kepunahan habitat).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menekankan penguasaan kalimat pasif (*Passive Voice: is/are + V3*) untuk mendeskripsikan fakta objektif satwa liar, penggunaan kata sifat teknis (*endemic, arboreal, nocturnal*), serta pengembangan kesadaran pelestarian keanekaragaman hayati.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Report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factual text that presents information about something as a result of systematic observation and scientific analysis.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General Classification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opening part of a report text that states what phenomenon or animal is being described in broad terms.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Passive Voice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grammatical construction where the subject receives the action of the verb rather than performing it (e.g. 'Bekantans are protected by Indonesian law').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Endemic Species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plant or animal species that is naturally unique to a specific geographic region and found nowhere else on earth.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Arboreal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Living in trees or spending a major portion of time moving among tree branches.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