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Embrace Yourself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sifat kepribadian dan perasaan diri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modal can, could, will, dan would untuk menyatakan kemampuan dan kesediaan.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teks recount biografi inspiratif tokoh teladan secara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mengekspresikan perasaan dan karakter kepribadian (*feelings and personality traits*), menyatakan kemampuan dan kemauan (*can, could, will, would*), serta menyusun teks recount biografi inspiratif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Personality Traits and Emotional Feelings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kosa kata karakter diri (hardworking, brave, helpful) dan emosi (proud, excited, nervous).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Expressing Ability and Disability (Can and Cannot)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modal can/cannot dan could/could not dalam kalimat keterampilan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Expressing Willingness (Will and Would)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Menyatakan kesediaan membantu teman dan berkolaborasi dalam tugas kelompok.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Writing an Inspirational Mini-Biography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biografi naratif tentang tokoh teladan yang gigih mengatasi tantangan hidup.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Which modal verb is used to express present ability in the sentence: 'Siti ... speak English and French fluently.'?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Modal 'can' digunakan untuk menyatakan kemampuan (*ability*) melakukan suatu keterampilan di masa sekarang.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Teacher: 'The whiteboard is dirty. ... someone help me wipe it clean?' - Budi: 'I will, Ma'am!'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Will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Modal 'Will' digunakan untuk menanyakan kesediaan sukarela (*willingness*) seseorang melakukan suatu bantuan.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 person who never gives up easily despite facing many failures is described as...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Lazy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Persistent and determined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Arrogant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Selfish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'Persistent and determined' (gigih dan bertekad kuat) adalah sifat pantang menyerah dalam meraih kesuksesan.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How do you express feelings when you receive first prize in an English storytelling contest?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feel very disappointed and sad.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feel extremely proud, happy, and grateful.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feel bored and sleepy.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 feel jealous and angry.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Memenangkan juara pertama memicu perasaan bangga, bahagia, dan bersyukur (*proud, happy, and grateful*).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When Galang was seven years old, he ... ride a bicycle, but now he is very good at 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cannot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could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will not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must not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Untuk menyatakan ketidakmampuan di masa lampau ('When Galang was seven years old'), bentuk lampau dari cannot adalah 'could not'.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5: Embrace Yourself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Personality Traits and Emotional Feelings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kosa kata karakter diri (hardworking, brave, helpful) dan emosi (proud, excited, nervous).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Expressing Ability and Disability (Can and Cannot)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modal can/cannot dan could/could not dalam kalimat keterampilan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Expressing Willingness (Will and Would)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Menyatakan kesediaan membantu teman dan berkolaborasi dalam tugas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Writing an Inspirational Mini-Biography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biografi naratif tentang tokoh teladan yang gigih mengatasi tantangan hidup.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Mengenali dan menerima potensi diri (*self-awareness and self-acceptance*) membangun kepercayaan diri dan resiliensi pada remaja. Peserta didik belajar mendeskripsikan sifat kepribadian positif (*confident, kind, persistent, creative, honest*) dan mengekspresikan ragam perasaan emosi dalam bahasa Inggris.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Menyatakan kemampuan (*expressing ability*) menggunakan modal *can / cannot* untuk masa kini dan *could* untuk masa lampau, sedangkan menyatakan kemauan (*expressing willingness*) memanfaatkan modal *will / would*. Kemampuan ini memfasilitasi kerja sama tim yang saling melengkapi.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membaca teks biografi inspiratif tokoh-tokoh difabel atau pejuang muda yang berhasil mengatasi keterbatasan (*overcoming challenges*), lalu menuliskan draf biografi mini yang merefleksikan tekad meraih cita-cita.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Personality Trait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Ciri khas watak atau kepribadian seseorang seperti ramah (*friendly*), berani (*brave*), atau tekun (*persistent*).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Ability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fisik atau mental seseorang untuk melakukan suatu keterampilan (dinyatakan dengan *can/could*).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Willingness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Kesediaan atau kemauan sukarela seseorang untuk melakukan suatu tindakan (dinyatakan dengan *will/would*).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Persistent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gigih, ulet, dan pantang menyerah dalam menghadapi kesulitan untuk mencapai tujuan.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Biographical Recount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menceritakan riwayat perjalanan hidup, perjuangan, dan pencapaian prestasi seorang tokoh nyata.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