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Love Our World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memberikan instruksi dan opini terkait isu pelestarian lingkungan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modal must, mustn't, dan should dalam konteks kewajiban dan saran.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draf kampanye pelestarian lingkungan sekolah secara tertulis.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teks interaksional meminta dan memberi instruksi/opini tentang isu lingkungan (*environmental conservation*), kalimat imperatif, modalitas kewajiban dan anjuran (*must, mustn't, should*), serta kampanye hemat energi.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Environmental Issues and Conservation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istilah polusi plastik, pemanasan global, dan gerakan 3R (Reduce, Reuse, Recycle).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Giving Instructions and Imperative Sentences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instruksi positif dan kalimat larangan untuk menjaga kebersihan.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Expressing Obligation and Advice (Must and Should)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modal must untuk aturan ketat dan should untuk saran pelestarian 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Creating an Environmental School Campaign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slogan dan pesan kampanye sekolah bersih bebas sampah plastik (*zero waste*).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sentence expresses a strong prohibition against polluting the river?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should swim in the river.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must not throw any garbage into the river!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can fish in the river.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You may cross the river bridge.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'You must not throw any garbage into the river!' menggunakan modal 'must not' yang menyatakan larangan mutlak (*strong prohibition*).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sentence with the appropriate modal for giving a good recommendation: 'We ... bring our own reusable shopping bags to reduce single-use plastic waste.'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are not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Membawa kantong belanja ramah lingkungan adalah anjuran/saran yang baik, sehingga modal yang tepat adalah 'should'.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Andre: 'What should we do before leaving the classroom?' - Pipit: '... the lights and fans to save electricity.'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Turn 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Turn off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Break down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Throw away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Tindakan menghemat energi listrik adalah mematikan lampu dan kipas angin (*turn off the lights and fans*).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meaning of the 3R concept in waste management?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Read, Run, Rest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Reduce, Reuse, Recycle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Repair, Replace, Remove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Refuse, Reject, Return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3R pengelolaan sampah global adalah Reduce (mengurangi), Reuse (menggunakan kembali), dan Recycle (mendaur ulang).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Galang: 'In my opinion, cutting down trees illegally harms wild animals.' - Monita: '... It destroys their natural habitats.'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disagree with you.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completely agree with you.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don't think so.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am not sure.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Monita mendukung argumen Galang dengan menambahkan fakta bahwa itu merusak habitat, sehingga ungkapan persetujuan yang tepat adalah 'I completely agree with you.'.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Love Our World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Environmental Issues and Conservation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istilah polusi plastik, pemanasan global, dan gerakan 3R (Reduce, Reuse, Recycle).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Giving Instructions and Imperative Sentences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instruksi positif dan kalimat larangan untuk menjaga kebersihan.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Expressing Obligation and Advice (Must and Should)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modal must untuk aturan ketat dan should untuk saran pelestarian 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Creating an Environmental School Campaign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slogan dan pesan kampanye sekolah bersih bebas sampah plastik (*zero waste*).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Kesadaran menjaga kelestarian bumi memerlukan kemampuan mengomunikasikan instruksi, anjuran, dan larangan terkait isu lingkungan global dalam bahasa Inggris, seperti pengurangan sampah plastik (*reducing plastic waste*), daur ulang (*recycling*), dan konservasi air.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interaksi mencakup ungkapan meminta dan memberi opini (*What do you think about...? / In my opinion...*), serta menyepakati atau menolak pandangan (*I completely agree / I don't think so*).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Unsur kebahasaan difokuskan pada penggunaan modal *must* (kewajiban mutlak), *must not / mustn't* (larangan tegas), *should / shouldn't* (saran atau rekomendasi bijak), serta kalimat imperatif positif dan negatif (*Turn off the lights! / Don't waste water!*).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Reduce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mengurangi timbulan sampah atau penggunaan barang sekali pakai yang berpotensi mencemari lingkungan.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Reuse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menggunakan kembali barang-barang yang masih layak pakai tanpa perlu membuangnya menjadi sampah.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Recycle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mendaur ulang sampah anorganik (seperti botol plastik) menjadi produk baru yang bernilai guna.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Must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modal yang menyatakan kewajiban mutlak atau keharusan hukum yang wajib ditaati.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Should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modal yang digunakan untuk memberikan saran, rekomendasi, atau anjuran yang baik.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