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My School Activities and Schedule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nama-nama mata pelajaran dan hari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menanyakan dan memberikan informasi tentang jadwal pelajaran sekolah.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menyajikan teks deskriptif mengenai jadwal dan aktivitas ekstrakurikuler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mendiskusikan jadwal mata pelajaran sekolah (*class timetable*), kegiatan ekstrakurikuler (*school clubs*), meminta dan memberi informasi waktu dan hari, serta kalimat tanya WH-Questions.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School Subjects and Days of the Week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nama mata pelajaran dan hari dalam jadwal mingguan.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Reading and Creating a Class Timetable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tabel jadwal pelajaran dan menyusun jadwal kegiatan belajar.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Asking and Answering with WH-Questions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What, When, What time, dan Which dalam dialog seputar jadwal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Extracurricular Activities and Clubs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Menceritakan kegiatan ekstrakurikuler pramuka, PMR, olahraga, dan seni musik.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Budi has Science class on Tuesday and Friday. When does Budi study Science?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 Monday and Thursday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 Tuesday and Friday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Only on Wednesday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Every weekend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Berdasarkan informasi teks, Budi belajar IPA pada hari Selasa (*Tuesday*) dan Jumat (*Friday*).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Complete the question: '... do you usually have Physical Education (PJOK) class?' - 'I have it on Wednesday morning.'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Where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Pertanyaan menanyakan waktu hari pelaksanaan, sehingga kata tanya yang tepat adalah 'When' (Kapan).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subject involves learning about living things, forces, chemical substances, and the solar system?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Social Studies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Mathematics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Natural Science (IPA)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Civics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Natural Science (IPA) mempelajari makhluk hidup, gaya fisis, zat kimia, dan sistem tata surya.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If today is Thursday, what day was yesterday?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Tuesday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Wednesday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Friday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Saturday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Jika hari ini hari Kamis (*Thursday*), maka kemarin (*yesterday*) adalah hari Rabu (*Wednesday*).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Galang: '... is your favorite school subject?' - Andre: 'I like English best because it is fun.'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Where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How many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 tanya 'What' digunakan untuk menanyakan jenis mata pelajaran yang paling disukai.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My School Activities and Schedule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School Subjects and Days of the Week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nama mata pelajaran dan hari dalam jadwal mingguan.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Reading and Creating a Class Timetable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tabel jadwal pelajaran dan menyusun jadwal kegiatan belajar.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Asking and Answering with WH-Questions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What, When, What time, dan Which dalam dialog seputar jadwal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Extracurricular Activities and Clubs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Menceritakan kegiatan ekstrakurikuler pramuka, PMR, olahraga, dan seni musik.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Membicarakan jadwal pelajaran mingguan dan kegiatan ekstrakurikuler melatih peserta didik merencanakan waktu dan mengekspresikan preferensi akademik dalam bahasa Inggris. Kosa kata mencakup nama-nama mata pelajaran (*Mathematics, Science, Social Studies, English, Art, Physical Education*) dan nama hari.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Pertukaran informasi mengenai jadwal melibatkan pemakaian kata tanya *WH-Questions* (*What, When, What time, Which, Where*) dan kata kerja bantu *do/does* dalam present tense.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membaca bagan tabel jadwal pelajaran (*school timetable*), mengekstrak informasi detail mengenai durasi waktu belajar, serta menuliskan paragraf deskriptif tentang aktivitas klub ekstrakurikuler yang diikuti.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Timetable / Schedule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Bagan jadwal yang memuat daftar mata pelajaran atau rencana kegiatan berdasarkan hari dan jam.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School Subject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Mata pelajaran akademis yang diajarkan di sekolah seperti *Science, History, Math*.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Extracurricular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non-akademis tambahan di luar jam pelajaran sekolah untuk mengembangkan minat dan bakat.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WH-Questions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tanya bahasa Inggris yang diawali huruf W dan H seperti *What, When, Where, Who, Why, How*.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Quarter Past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waktu yang menyatakan lewat 15 menit (contoh: *quarter past eight* = 08.15).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