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Home Living and School Environment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kosa kata ruangan dan benda di rumah serta sekolah.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konstruksi There is dan There are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posisi benda menggunakan preposisi tempat yang akurat.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mendeskripsikan ruangan di rumah dan lingkungan kelas (*rooms, furniture, school facilities*), preposisi tempat (*prepositions of place*), serta eksistensial *there is* dan *there are*.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Rooms in a House and Household Objects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nama-nama ruangan (living room, kitchen, bedroom) dan benda-benda di dalamnya.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Classroom Objects and School Facilities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perlengkapan belajar di kelas dan fasilitas gedung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There is and There are Sentences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there is (singular) dan there are (plural) dalam bentuk positif, negatif, dan tanya.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Prepositions of Place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Menunjukkan lokasi benda menggunakan in, on, under, behind, next to, between, in front of.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Look at the picture description: The cat is sleeping inside a cardboard box. Which preposition describes the cat's position?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Behind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Kucing tidur di dalam (*inside/in*) kotak kardus.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Fill in the blank: '... twenty desks and a whiteboard in our classroom.'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 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 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 was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'Twenty desks' adalah kata benda jamak (plural), sehingga konstruksi eksistensial yang tepat adalah 'There are'.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computer monitor is placed ... the teacher's desk.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Between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Behind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Monitor komputer diletakkan di atas permukaan meja guru, sehingga preposisi yang tepat adalah 'on'.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Which room in a house is primarily used for preparing and cooking food?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Living 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Bedroom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Kitchen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Bathroom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Dapur (*kitchen*) adalah ruangan di rumah yang digunakan untuk memasak dan menyiapkan makanan.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Is there a library in your school? - 'Yes, ...'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 is.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 are.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 it is.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is there.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Pertanyaan diawali dengan 'Is there...?', maka jawaban singkat positif yang tepat adalah 'Yes, there is.'.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Home Living and School Environment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Rooms in a House and Household Objects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nama-nama ruangan (living room, kitchen, bedroom) dan benda-benda di dalamnya.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Classroom Objects and School Facilities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perlengkapan belajar di kelas dan fasilitas gedung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There is and There are Sentences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there is (singular) dan there are (plural) dalam bentuk positif, negatif, dan tanya.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Prepositions of Place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Menunjukkan lokasi benda menggunakan in, on, under, behind, next to, between, in front of.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Mendeskripsikan ruang tempat tinggal dan lingkungan sekolah membantu peserta didik mengomunikasikan tata letak benda dan fasilitas di sekitarnya secara spasial. Kosa kata mencakup perabot rumah tangga (*furniture*), perlengkapan belajar di kelas, serta fasilitas sekolah umum.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Eksistensial *There is* digunakan untuk menyatakan keberadaan benda tunggal (*singular*) atau benda tak dapat dihitung (*uncountable*), sedangkan *There are* digunakan untuk benda jamak (*plural*). Keterampilan membedakan bentuk jamak reguler (-s/-es) dan ireguler menjadi aspek penting.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Preposisi tempat (*in, on, under, above, next to, between, behind, in front of*) digunakan untuk merinci posisi relatif suatu objek secara presisi, memandu orang menemukan lokasi barang di dalam ruangan.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Preposition of Place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depan yang menunjukkan posisi atau letak suatu benda terhadap benda lainnya seperti *under, next to, behind*.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There 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yang digunakan untuk menunjukkan keberadaan satu buah benda tunggal (*singular noun*).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There are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yang digunakan untuk menunjukkan keberadaan lebih dari satu benda (*plural nouns*).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Plural Noun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benda jamak yang umumnya dibentuk dengan menambahkan akhiran -s atau -es pada kata benda tunggal.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Furniture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Perabotan rumah tangga seperti meja, kursi, lemari, sofa, dan tempat tidur.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