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C (KELAS 6)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C (Kelas 6)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Occupations and Future Aspirations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Menyebutkan aneka profesi modern dan tugas utamanya dalam bahasa Inggris.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cita-cita masa depan menggunakan ungkapan 'I want to be a/an... because I like to...'.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Menulis esai reflektif pendek bertema 'My Future Dreams' sebagai portofolio kelulusan SD.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Mengekspresikan cita-cita profesi masa depan (software engineer, doctor, architect, diplomat, pilot) dan menguraikan alasan serta langkah persiapan belajar untuk mencapainya.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Occupations and Dream Jobs Vocabulary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Mengenal nama profesi dan deskripsi tugas pekerjaannya dalam bahasa Inggris.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Expressing Future Aspirations with 'I want to be...'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Menyatakan cita-cita beserta alasan minat dan bakat diri.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Graduation and Farewell Speech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Menyusun dan menyampaikan pidato kelulusan bahasa Inggris dengan penuh percaya diri.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A person who designs modern buildings, bridges, and roads is an...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engineer / architect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chef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pilot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artist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Insinyur/arsitek (engineer/architect) merancang bangunan dan infrastruktur.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A: "What do you want to be in the future?"</w:t>
        <w:br/>
        <w:t>B: "I want to be a ... because I love treating sick animals."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veterinarian (vet)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dentist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pilot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journalist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Dokter hewan (veterinarian/vet) merawat dan mengobati hewan yang sakit.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A pilot flies an airplane, while a captain sails 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train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ship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bus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helicopter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Nahkoda (captain) mengemudikan kapal laut (ship).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The sentence that expresses graduation congratulations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Happy birthday to you!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Congratulations on your elementary school graduation!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Get well soon!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Good night, sleep tight!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'Congratulations on your graduation' adalah ucapan selamat kelulusan sekolah.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In a farewell speech, how do you express gratitude to your teachers?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"Thank you from the bottom of our hearts for your patience and dedication, dear teachers."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"We want to go home now."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"Teachers are very strict."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"Goodbye forever!"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Ungkapan terima kasih yang tulus dan santun kepada guru atas bimbingan dan dedikasinya.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8: Occupations and Future Aspirations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Occupations and Dream Jobs Vocabulary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Mengenal nama profesi dan deskripsi tugas pekerjaannya dalam bahasa Inggris.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Expressing Future Aspirations with 'I want to be...'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Menyatakan cita-cita beserta alasan minat dan bakat diri.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Graduation and Farewell Speech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Menyusun dan menyampaikan pidato kelulusan bahasa Inggris dengan penuh percaya diri.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penutup bahasa Inggris Fase C membimbing siswa mengeksplorasi ragam profesi dan profesi masa depan (occupations/professions: teacher, doctor, engineer, pilot, software developer, scientist, astronaut, chef, police officer, entrepreneur).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ungkapan cita-cita masa depan: 'What do you want to be in the future? I want to be an engineer because I want to design green buildings'.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menyusun naskah dan menampilkan pidato perpisahan kelulusan SD (Graduation and Farewell Speech) yang memuat rasa syukur, ungkapan terima kasih kepada guru, dan harapan masa depan yang gemilang.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Occupation / Profession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Pekerjaan, profesi, atau mata pencaharian seseorang.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Future Aspiration (Dream)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Cita-cita, impian, atau harapan profesi yang ingin diraih di masa depan.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Engineer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Insinyur atau ahli teknik yang merancang dan membangun mesin, bangunan, atau perangkat lunak.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Graduation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Upacara kelulusan resmi penamatan suatu jenjang pendidikan.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Farewell Speech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Pidato perpisahan yang disampaikan pada akhir masa belajar bersama.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6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