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BAHASA INGGRIS — FASE C (KELAS 6)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C (Kelas 6)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Bahasa Inggris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16 JP (4 Pertemuan x 4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7: Asking and Giving Directions to Public Places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Menanyakan lokasi fasilitas umum menggunakan pola 'Excuse me, could you tell me where the... is?'.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Memberikan petunjuk arah navigasi menggunakan peta kota sederhana.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Melakukan percakapan simulasi memandu turis mancanegara di objek wisata lokal.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Menanyakan lokasi fasilitas publik (post office, hospital, bank, museum) dan memberikan petunjuk arah rute perjalanan secara presisi (turn left, turn right, go straight, opposite, between).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Public Places Vocabulary and Functions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Mengenal nama dan fungsi gedung-gedung pelayanan publik di perkotaan.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Asking Directions Politely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Menggunakan ungkapan sopan 'Excuse me, how can I get to...?'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Giving Clear Directions on City Maps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Menjelaskan rute belokan, penyeberangan zebra cross, dan persimpangan jalan.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A: "Excuse me, where can I borrow some English books?"</w:t>
        <w:br/>
        <w:t>B: "You can go to the city ... on Diponegoro Street."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hospital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library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market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post office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Meminjam buku dilakukan di perpustakaan kota (city library).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A: "How do I get to the train station?"</w:t>
        <w:br/>
        <w:t>B: "... this street and turn left at the T-junction."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Walk along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Stop 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Fly over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Sleep on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'Walk along this street' (jalanlah menyusuri jalan ini) adalah petunjuk arah yang tepat.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The hospital is located ... the bank. You just need to cross the street.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opposite (across from)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under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behind of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inside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'Opposite' bermakna berhadapan / berseberangan jalan.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We can send mail, letters, and packages at the...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post office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cinema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bakery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swimming pool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Mengirim surat dan paket dilakukan di kantor pos (post office).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The polite phrase used to start asking for help or direction from a stranger is...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Hey you!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Excuse me, sir/madam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Listen to me!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Give me!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'Excuse me' adalah ungkapan sopan baku untuk mengawali sapaan meminta bantuan.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Bahasa Inggris • Bab 7: Asking and Giving Directions to Public Places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Public Places Vocabulary and Functions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Mengenal nama dan fungsi gedung-gedung pelayanan publik di perkotaan.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Asking Directions Politely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Menggunakan ungkapan sopan 'Excuse me, how can I get to...?'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Giving Clear Directions on City Maps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Menjelaskan rute belokan, penyeberangan zebra cross, dan persimpangan jalan.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ini memperluas penguasaan kosakata tempat-tempat umum di kota (public places: library, bank, hospital, post office, train station, supermarket, police station, pharmacy).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melatih keterampilan navigasi peta dan ungkapan meminta serta memberi petunjuk jalan (asking and giving directions: 'Excuse me, could you tell me the way to the hospital? Walk along this street, turn right at the crossroad, it is on your left').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Siswa melakukan simulasi menjadi pemandu wisata kota (city tour guide) yang membantu pengunjung menemukan fasilitas umum di peta wisata.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Public Place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Tempat umum atau fasilitas publik yang dapat diakses dan digunakan oleh seluruh warga masyarakat.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Crossroad (Intersection)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Persimpangan tempat bertemunya empat ruas jalan raya.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T-junction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Pertigaan jalan yang membentuk huruf T.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Pharmacy (Drugstore)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Apotek tempat membeli obat-obatan medis.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Opposite (Across from)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Keterangan letak yang berarti 'berseberangan langsung dengan'.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Bahasa Inggris Kelas 6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