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Comparison of Adjectives (Comparative and Superlative)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aturan perubahan kata sifat pendek satu suku kata dan kata sifat panjang (more/most).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perbandingan spesifikasi gawai atau kendaraan (faster than, the most expensive).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esai komparasi pendek yang membandingkan keunggulan dua tempat wisata.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Memadukan dan membandingkan tingkat perbandingan kata sifat positif, komparatif (-er/more), dan superlatif (-est/most) untuk menganalisis karakteristik benda, teknologi gawai, dan bentang alam.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Three Degrees of Comparison Overview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Memetakan positive, comparative, dan superlative pada kata sifat 1, 2, dan 3 suku kata.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Irregular Comparison Adjectives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Menguasai bentuk good/better/best dan bad/worse/worst dalam kalimat.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Comparative Analysis in Real Life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perbandingan produk teknologi dan kenyamanan transportasi publik.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My score in English test is 90, but Joshua's score is 95. Joshua's score is ... than mine.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good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better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more good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Bentuk komparatif dari 'good' adalah 'better than'.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This delicious chocolate cake is ... cake I have ever eaten.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the best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better than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good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most good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Superlatif dari good adalah 'the best' (kue yang paling enak).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 bicycle is not as ... as a motorcycle.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fast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faster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fastest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more fast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Pada pola perbandingan setara 'as ... as', kata sifat selalu berbentuk positif dasar: 'as fast as'.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Travelling by airplane is ... expensive than travelling by bus.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most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more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much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'Expensive' memiliki tiga suku kata sehingga komparatifnya adalah 'more expensive than'.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Bad -&gt; Worse -&gt; ... (What is the superlative form of bad?)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Worst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The worst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Badder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Most bad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Tingkat superlatif dari bad adalah 'the worst' (paling buruk).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4: Comparison of Adjectives (Comparative and Superlative)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Three Degrees of Comparison Overview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Memetakan positive, comparative, dan superlative pada kata sifat 1, 2, dan 3 suku kata.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Irregular Comparison Adjectives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Menguasai bentuk good/better/best dan bad/worse/worst dalam kalimat.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Comparative Analysis in Real Life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perbandingan produk teknologi dan kenyamanan transportasi publik.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mengintegrasikan seluruh tingkatan perbandingan kata sifat dalam bahasa Inggris: Positive Degree (as... as), Comparative Degree (-er than / more... than), dan Superlative Degree (the -est / the most).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kata sifat tak beraturan (irregular comparison: good -&gt; better -&gt; best, bad -&gt; worse -&gt; worst, little -&gt; less -&gt; least, far -&gt; farther/further -&gt; farthest).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membandingkan gawai, planet di tata surya, dan fasilitas transportasi umum dalam bentuk tabel data dan esai perbandingan analitis.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Degrees of Comparison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Tiga tingkatan perbandingan kata sifat dalam bahasa Inggris untuk menunjukkan perbandingan intensitas sifat.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Positive Degree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dasar kata sifat yang menyatakan kesetaraan kualitas (contoh: as fast as).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Irregular Comparison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kata sifat perbandingan yang tidak mengikuti pola penambahan -er/-est melainkan berubah bentuk kata (good -&gt; better -&gt; best).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Better than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komparatif dari kata sifat 'good' yang berarti 'lebih baik daripada'.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The Best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superlatif dari 'good' yang berarti 'yang terbaik / paling bagus'.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