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Simple Future Tense with 'Will' / 'Won't'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Membedakan konteks penggunaan 'will' (keputusan spontan/janji) dan 'be going to' (rencana matang).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kalimat janji pribadi (personal pledge) menjaga kebersihan dan belajar tekun.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percakapan menawarkan bantuan secara spontan menggunakan frasa 'I will help you'.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Mengungkapkan janji, keputusan spontan, dan komitmen masa depan menggunakan kata kerja bantu modal 'will' dan 'will not (won't)' dalam konteks tugas di rumah dan kepedulian lingkungan.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Using 'Will' for Future Predictions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kalimat ramalan cuaca dan prediksi teknologi masa depan.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Negative and Question Forms ('Won't' &amp; 'Will you...?')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kalimat janji dan tawaran bantuan spontan.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Creative Writing 'My Future Life'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Menuliskan impian dan cita-cita pribadi di masa depan menggunakan 'will'.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Look at the dark clouds in the sky! It ... rain this afternoon.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will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were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'Will rain' digunakan untuk menyatakan prediksi cuaca di masa depan.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A: "The phone is ringing!"</w:t>
        <w:br/>
        <w:t>B: "Don't worry, I ... answer it."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will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Keputusan spontan menanggapi telepon berdering menggunakan 'I will answer it'.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I promise that I ... be late for school again tomorrow.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won't (will not)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am not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didn't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don't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Janji untuk tidak mengulangi kesalahan di masa depan menggunakan 'won't'.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Will you ... me with this heavy luggage, please?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help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helped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helping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helps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Setelah modal 'will', kata kerja selalu berbentuk dasar (base form): 'help'.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Scientists predict that people ... live on Mars in the future.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will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were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Prediksi sains masa depan (in the future) menggunakan 'will live'.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3: Simple Future Tense with 'Will' / 'Won't'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Using 'Will' for Future Predictions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kalimat ramalan cuaca dan prediksi teknologi masa depan.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Negative and Question Forms ('Won't' &amp; 'Will you...?')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kalimat janji dan tawaran bantuan spontan.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Creative Writing 'My Future Life'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Menuliskan impian dan cita-cita pribadi di masa depan menggunakan 'will'.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mengajarkan penggunaan modal Simple Future Tense 'will' dan 'will not (won't)' untuk menyatakan prediksi masa depan, keputusan spontan, janji, dan tawaran bantuan.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struktur 'Subject + will + Verb 1' dan 'Subject + won't + Verb 1' dalam berbagai konteks percakapan sehari-hari.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menuliskan teks imajinatif mengenai prediksi masa depan 'The World in 2050: Flying Cars and Robot Helpers' untuk mengasah kreativitas dan kefasihan berbahasa Inggris.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Simple Future Tense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waktu yang digunakan untuk menyatakan suatu tindakan atau prediksi yang akan terjadi di masa mendatang.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Modal Verb 'Will'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kerja bantu yang digunakan untuk menyatakan masa depan, kesediaan, atau keputusan spontan.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Won't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singkatan resmi (kontraksi) dari 'will not'.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Prediction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Prakiraan atau ramalan tentang apa yang akan terjadi di masa depan.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Spontaneous Decision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Keputusan yang diambil secara langsung dan spontan pada saat berbicara.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